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AB2CD" w14:textId="4366AE73" w:rsidR="004361F1" w:rsidRPr="004361F1" w:rsidRDefault="002D539A" w:rsidP="004361F1">
      <w:pPr>
        <w:spacing w:after="0" w:line="240" w:lineRule="auto"/>
        <w:rPr>
          <w:rFonts w:ascii="Times New Roman" w:eastAsia="Times New Roman" w:hAnsi="Times New Roman" w:cs="Times New Roman"/>
          <w:sz w:val="24"/>
          <w:szCs w:val="24"/>
          <w:lang w:val="sv-SE" w:eastAsia="sv-SE"/>
        </w:rPr>
      </w:pPr>
      <w:bookmarkStart w:id="0" w:name="_Toc119332225"/>
      <w:bookmarkStart w:id="1" w:name="_Toc198883715"/>
      <w:bookmarkStart w:id="2" w:name="_Toc198883900"/>
      <w:r>
        <w:rPr>
          <w:rFonts w:ascii="Times New Roman" w:eastAsia="Times New Roman" w:hAnsi="Times New Roman" w:cs="Times New Roman"/>
          <w:noProof/>
          <w:sz w:val="24"/>
          <w:szCs w:val="24"/>
          <w:lang w:val="sv-SE" w:eastAsia="sv-SE"/>
        </w:rPr>
        <w:drawing>
          <wp:anchor distT="0" distB="0" distL="114300" distR="114300" simplePos="0" relativeHeight="251669504" behindDoc="1" locked="0" layoutInCell="1" allowOverlap="1" wp14:anchorId="5C04437D" wp14:editId="3A508F50">
            <wp:simplePos x="0" y="0"/>
            <wp:positionH relativeFrom="margin">
              <wp:posOffset>-412115</wp:posOffset>
            </wp:positionH>
            <wp:positionV relativeFrom="paragraph">
              <wp:posOffset>0</wp:posOffset>
            </wp:positionV>
            <wp:extent cx="6724015" cy="9511665"/>
            <wp:effectExtent l="0" t="0" r="635" b="0"/>
            <wp:wrapTight wrapText="bothSides">
              <wp:wrapPolygon edited="0">
                <wp:start x="0" y="0"/>
                <wp:lineTo x="0" y="21544"/>
                <wp:lineTo x="21541" y="21544"/>
                <wp:lineTo x="21541" y="0"/>
                <wp:lineTo x="0" y="0"/>
              </wp:wrapPolygon>
            </wp:wrapTight>
            <wp:docPr id="1754072109"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72109" name="Bildobjekt 3"/>
                    <pic:cNvPicPr>
                      <a:picLocks noChangeAspect="1" noChangeArrowheads="1"/>
                    </pic:cNvPicPr>
                  </pic:nvPicPr>
                  <pic:blipFill>
                    <a:blip r:embed="rId8"/>
                    <a:stretch>
                      <a:fillRect/>
                    </a:stretch>
                  </pic:blipFill>
                  <pic:spPr bwMode="auto">
                    <a:xfrm>
                      <a:off x="0" y="0"/>
                      <a:ext cx="6724015" cy="951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468">
        <w:rPr>
          <w:rFonts w:ascii="Times New Roman" w:eastAsia="Times New Roman" w:hAnsi="Times New Roman" w:cs="Times New Roman"/>
          <w:sz w:val="24"/>
          <w:szCs w:val="24"/>
          <w:lang w:val="sv-SE" w:eastAsia="sv-SE"/>
        </w:rPr>
        <w:tab/>
      </w:r>
      <w:r w:rsidR="00341468">
        <w:rPr>
          <w:rFonts w:ascii="Times New Roman" w:eastAsia="Times New Roman" w:hAnsi="Times New Roman" w:cs="Times New Roman"/>
          <w:sz w:val="24"/>
          <w:szCs w:val="24"/>
          <w:lang w:val="sv-SE" w:eastAsia="sv-SE"/>
        </w:rPr>
        <w:tab/>
      </w:r>
      <w:r w:rsidR="00341468">
        <w:rPr>
          <w:rFonts w:ascii="Times New Roman" w:eastAsia="Times New Roman" w:hAnsi="Times New Roman" w:cs="Times New Roman"/>
          <w:sz w:val="24"/>
          <w:szCs w:val="24"/>
          <w:lang w:val="sv-SE" w:eastAsia="sv-SE"/>
        </w:rPr>
        <w:tab/>
      </w:r>
      <w:r w:rsidR="00341468">
        <w:rPr>
          <w:rFonts w:ascii="Times New Roman" w:eastAsia="Times New Roman" w:hAnsi="Times New Roman" w:cs="Times New Roman"/>
          <w:sz w:val="24"/>
          <w:szCs w:val="24"/>
          <w:lang w:val="sv-SE" w:eastAsia="sv-SE"/>
        </w:rPr>
        <w:tab/>
      </w:r>
      <w:r w:rsidR="00341468">
        <w:rPr>
          <w:rFonts w:ascii="Times New Roman" w:eastAsia="Times New Roman" w:hAnsi="Times New Roman" w:cs="Times New Roman"/>
          <w:sz w:val="24"/>
          <w:szCs w:val="24"/>
          <w:lang w:val="sv-SE" w:eastAsia="sv-SE"/>
        </w:rPr>
        <w:tab/>
      </w:r>
      <w:r w:rsidR="00341468">
        <w:rPr>
          <w:rFonts w:ascii="Times New Roman" w:eastAsia="Times New Roman" w:hAnsi="Times New Roman" w:cs="Times New Roman"/>
          <w:sz w:val="24"/>
          <w:szCs w:val="24"/>
          <w:lang w:val="sv-SE" w:eastAsia="sv-SE"/>
        </w:rPr>
        <w:tab/>
      </w:r>
    </w:p>
    <w:p w14:paraId="1216CB33" w14:textId="77777777" w:rsidR="00165D4E" w:rsidRDefault="00165D4E" w:rsidP="00D440EE">
      <w:pPr>
        <w:pStyle w:val="Rubrik1"/>
        <w:rPr>
          <w:rFonts w:cs="Arial"/>
          <w:color w:val="auto"/>
          <w:lang w:val="sv-SE"/>
        </w:rPr>
      </w:pPr>
    </w:p>
    <w:p w14:paraId="1EF3B895" w14:textId="76E60DD8" w:rsidR="00B86FA6" w:rsidRPr="0058619D" w:rsidRDefault="00B86FA6" w:rsidP="0058619D">
      <w:pPr>
        <w:rPr>
          <w:rFonts w:ascii="Arial" w:hAnsi="Arial" w:cs="Arial"/>
          <w:b/>
          <w:bCs/>
          <w:sz w:val="28"/>
          <w:szCs w:val="28"/>
          <w:lang w:val="sv-SE"/>
        </w:rPr>
      </w:pPr>
      <w:r w:rsidRPr="0058619D">
        <w:rPr>
          <w:rFonts w:ascii="Arial" w:hAnsi="Arial" w:cs="Arial"/>
          <w:b/>
          <w:bCs/>
          <w:sz w:val="28"/>
          <w:szCs w:val="28"/>
          <w:lang w:val="sv-SE"/>
        </w:rPr>
        <w:t xml:space="preserve">Omslagets syntolkning: </w:t>
      </w:r>
    </w:p>
    <w:p w14:paraId="1C4F5D5C" w14:textId="41F66F87" w:rsidR="00AA0E2F" w:rsidRPr="003051D5" w:rsidRDefault="00AC2973" w:rsidP="00AE3CBB">
      <w:pPr>
        <w:rPr>
          <w:rFonts w:ascii="Arial" w:hAnsi="Arial" w:cs="Arial"/>
          <w:color w:val="000000" w:themeColor="text1"/>
          <w:sz w:val="28"/>
          <w:szCs w:val="28"/>
          <w:lang w:val="sv-SE"/>
        </w:rPr>
      </w:pPr>
      <w:r>
        <w:rPr>
          <w:rFonts w:ascii="Arial" w:hAnsi="Arial" w:cs="Arial"/>
          <w:color w:val="000000" w:themeColor="text1"/>
          <w:sz w:val="28"/>
          <w:szCs w:val="28"/>
          <w:lang w:val="sv-SE"/>
        </w:rPr>
        <w:t>Logotyp ”SRF GO! Synskadades egen resebyrå”</w:t>
      </w:r>
      <w:r w:rsidR="00B160CF">
        <w:rPr>
          <w:rFonts w:ascii="Arial" w:hAnsi="Arial" w:cs="Arial"/>
          <w:color w:val="000000" w:themeColor="text1"/>
          <w:sz w:val="28"/>
          <w:szCs w:val="28"/>
          <w:lang w:val="sv-SE"/>
        </w:rPr>
        <w:t xml:space="preserve">. </w:t>
      </w:r>
      <w:r w:rsidR="00B160CF" w:rsidRPr="003051D5">
        <w:rPr>
          <w:rFonts w:ascii="Arial" w:hAnsi="Arial" w:cs="Arial"/>
          <w:color w:val="000000" w:themeColor="text1"/>
          <w:sz w:val="28"/>
          <w:szCs w:val="28"/>
          <w:lang w:val="sv-SE"/>
        </w:rPr>
        <w:t>Rosa textrutor: ”Resor augusti</w:t>
      </w:r>
      <w:r w:rsidR="003051D5" w:rsidRPr="003051D5">
        <w:rPr>
          <w:rFonts w:ascii="Arial" w:hAnsi="Arial" w:cs="Arial"/>
          <w:color w:val="000000" w:themeColor="text1"/>
          <w:sz w:val="28"/>
          <w:szCs w:val="28"/>
          <w:lang w:val="sv-SE"/>
        </w:rPr>
        <w:t>–</w:t>
      </w:r>
      <w:r w:rsidR="008A6538">
        <w:rPr>
          <w:rFonts w:ascii="Arial" w:hAnsi="Arial" w:cs="Arial"/>
          <w:color w:val="000000" w:themeColor="text1"/>
          <w:sz w:val="28"/>
          <w:szCs w:val="28"/>
          <w:lang w:val="sv-SE"/>
        </w:rPr>
        <w:t>december</w:t>
      </w:r>
      <w:r w:rsidR="003051D5" w:rsidRPr="003051D5">
        <w:rPr>
          <w:rFonts w:ascii="Arial" w:hAnsi="Arial" w:cs="Arial"/>
          <w:color w:val="000000" w:themeColor="text1"/>
          <w:sz w:val="28"/>
          <w:szCs w:val="28"/>
          <w:lang w:val="sv-SE"/>
        </w:rPr>
        <w:t>”, “Anmäl dig se</w:t>
      </w:r>
      <w:r w:rsidR="003051D5">
        <w:rPr>
          <w:rFonts w:ascii="Arial" w:hAnsi="Arial" w:cs="Arial"/>
          <w:color w:val="000000" w:themeColor="text1"/>
          <w:sz w:val="28"/>
          <w:szCs w:val="28"/>
          <w:lang w:val="sv-SE"/>
        </w:rPr>
        <w:t xml:space="preserve">nast </w:t>
      </w:r>
      <w:r w:rsidR="00A9345E">
        <w:rPr>
          <w:rFonts w:ascii="Arial" w:hAnsi="Arial" w:cs="Arial"/>
          <w:color w:val="000000" w:themeColor="text1"/>
          <w:sz w:val="28"/>
          <w:szCs w:val="28"/>
          <w:lang w:val="sv-SE"/>
        </w:rPr>
        <w:t>17 juli</w:t>
      </w:r>
      <w:r w:rsidR="003051D5">
        <w:rPr>
          <w:rFonts w:ascii="Arial" w:hAnsi="Arial" w:cs="Arial"/>
          <w:color w:val="000000" w:themeColor="text1"/>
          <w:sz w:val="28"/>
          <w:szCs w:val="28"/>
          <w:lang w:val="sv-SE"/>
        </w:rPr>
        <w:t xml:space="preserve">”. </w:t>
      </w:r>
      <w:r w:rsidR="00E55861">
        <w:rPr>
          <w:rFonts w:ascii="Arial" w:hAnsi="Arial" w:cs="Arial"/>
          <w:color w:val="000000" w:themeColor="text1"/>
          <w:sz w:val="28"/>
          <w:szCs w:val="28"/>
          <w:lang w:val="sv-SE"/>
        </w:rPr>
        <w:t>Svartvit historisk bild</w:t>
      </w:r>
      <w:r w:rsidR="00824EEF">
        <w:rPr>
          <w:rFonts w:ascii="Arial" w:hAnsi="Arial" w:cs="Arial"/>
          <w:color w:val="000000" w:themeColor="text1"/>
          <w:sz w:val="28"/>
          <w:szCs w:val="28"/>
          <w:lang w:val="sv-SE"/>
        </w:rPr>
        <w:t xml:space="preserve"> med</w:t>
      </w:r>
      <w:r w:rsidR="004868A1">
        <w:rPr>
          <w:rFonts w:ascii="Arial" w:hAnsi="Arial" w:cs="Arial"/>
          <w:color w:val="000000" w:themeColor="text1"/>
          <w:sz w:val="28"/>
          <w:szCs w:val="28"/>
          <w:lang w:val="sv-SE"/>
        </w:rPr>
        <w:t xml:space="preserve"> sex människor bakifrån</w:t>
      </w:r>
      <w:r w:rsidR="00824EEF">
        <w:rPr>
          <w:rFonts w:ascii="Arial" w:hAnsi="Arial" w:cs="Arial"/>
          <w:color w:val="000000" w:themeColor="text1"/>
          <w:sz w:val="28"/>
          <w:szCs w:val="28"/>
          <w:lang w:val="sv-SE"/>
        </w:rPr>
        <w:t xml:space="preserve"> sittandes</w:t>
      </w:r>
      <w:r w:rsidR="004868A1">
        <w:rPr>
          <w:rFonts w:ascii="Arial" w:hAnsi="Arial" w:cs="Arial"/>
          <w:color w:val="000000" w:themeColor="text1"/>
          <w:sz w:val="28"/>
          <w:szCs w:val="28"/>
          <w:lang w:val="sv-SE"/>
        </w:rPr>
        <w:t xml:space="preserve"> i randiga solstolar</w:t>
      </w:r>
      <w:r w:rsidR="000B2B68">
        <w:rPr>
          <w:rFonts w:ascii="Arial" w:hAnsi="Arial" w:cs="Arial"/>
          <w:color w:val="000000" w:themeColor="text1"/>
          <w:sz w:val="28"/>
          <w:szCs w:val="28"/>
          <w:lang w:val="sv-SE"/>
        </w:rPr>
        <w:t xml:space="preserve"> framför vidsträckt utsikt med bergstoppar</w:t>
      </w:r>
      <w:r w:rsidR="00F705F6">
        <w:rPr>
          <w:rFonts w:ascii="Arial" w:hAnsi="Arial" w:cs="Arial"/>
          <w:color w:val="000000" w:themeColor="text1"/>
          <w:sz w:val="28"/>
          <w:szCs w:val="28"/>
          <w:lang w:val="sv-SE"/>
        </w:rPr>
        <w:t>. Bildtext: ”Vilopaus på en gruppresa i Österrike med dåvarande SRF Fritid</w:t>
      </w:r>
      <w:r w:rsidR="008A6538">
        <w:rPr>
          <w:rFonts w:ascii="Arial" w:hAnsi="Arial" w:cs="Arial"/>
          <w:color w:val="000000" w:themeColor="text1"/>
          <w:sz w:val="28"/>
          <w:szCs w:val="28"/>
          <w:lang w:val="sv-SE"/>
        </w:rPr>
        <w:t xml:space="preserve"> (nu SRF Go)</w:t>
      </w:r>
      <w:r w:rsidR="00F705F6">
        <w:rPr>
          <w:rFonts w:ascii="Arial" w:hAnsi="Arial" w:cs="Arial"/>
          <w:color w:val="000000" w:themeColor="text1"/>
          <w:sz w:val="28"/>
          <w:szCs w:val="28"/>
          <w:lang w:val="sv-SE"/>
        </w:rPr>
        <w:t xml:space="preserve">. Foto: Synskadades Riksförbund”. </w:t>
      </w:r>
    </w:p>
    <w:p w14:paraId="196E405D" w14:textId="77777777" w:rsidR="00AA0E2F" w:rsidRPr="003051D5" w:rsidRDefault="00AA0E2F" w:rsidP="00AE3CBB">
      <w:pPr>
        <w:rPr>
          <w:rFonts w:ascii="Arial" w:hAnsi="Arial" w:cs="Arial"/>
          <w:sz w:val="28"/>
          <w:szCs w:val="28"/>
          <w:lang w:val="sv-SE"/>
        </w:rPr>
      </w:pPr>
    </w:p>
    <w:p w14:paraId="07ABF1A6" w14:textId="1C58ED07" w:rsidR="00AA0E2F" w:rsidRPr="003051D5" w:rsidRDefault="00341468" w:rsidP="00AE3CBB">
      <w:pPr>
        <w:rPr>
          <w:rFonts w:ascii="Arial" w:hAnsi="Arial" w:cs="Arial"/>
          <w:sz w:val="28"/>
          <w:szCs w:val="28"/>
          <w:lang w:val="sv-SE"/>
        </w:rPr>
      </w:pPr>
      <w:r w:rsidRPr="003051D5">
        <w:rPr>
          <w:rFonts w:ascii="Arial" w:hAnsi="Arial" w:cs="Arial"/>
          <w:sz w:val="28"/>
          <w:szCs w:val="28"/>
          <w:lang w:val="sv-SE"/>
        </w:rPr>
        <w:tab/>
      </w:r>
      <w:r w:rsidRPr="003051D5">
        <w:rPr>
          <w:rFonts w:ascii="Arial" w:hAnsi="Arial" w:cs="Arial"/>
          <w:sz w:val="28"/>
          <w:szCs w:val="28"/>
          <w:lang w:val="sv-SE"/>
        </w:rPr>
        <w:tab/>
      </w:r>
    </w:p>
    <w:p w14:paraId="5322D839" w14:textId="77777777" w:rsidR="00AA0E2F" w:rsidRPr="003051D5" w:rsidRDefault="00AA0E2F" w:rsidP="00AE3CBB">
      <w:pPr>
        <w:rPr>
          <w:rFonts w:ascii="Arial" w:hAnsi="Arial" w:cs="Arial"/>
          <w:sz w:val="28"/>
          <w:szCs w:val="28"/>
          <w:lang w:val="sv-SE"/>
        </w:rPr>
      </w:pPr>
    </w:p>
    <w:p w14:paraId="4647FBE5" w14:textId="77777777" w:rsidR="00AA0E2F" w:rsidRPr="003051D5" w:rsidRDefault="00AA0E2F" w:rsidP="00AE3CBB">
      <w:pPr>
        <w:rPr>
          <w:rFonts w:ascii="Arial" w:hAnsi="Arial" w:cs="Arial"/>
          <w:sz w:val="28"/>
          <w:szCs w:val="28"/>
          <w:lang w:val="sv-SE"/>
        </w:rPr>
      </w:pPr>
    </w:p>
    <w:p w14:paraId="1223C511" w14:textId="77777777" w:rsidR="00AA0E2F" w:rsidRPr="003051D5" w:rsidRDefault="00AA0E2F" w:rsidP="00AE3CBB">
      <w:pPr>
        <w:rPr>
          <w:rFonts w:ascii="Arial" w:hAnsi="Arial" w:cs="Arial"/>
          <w:sz w:val="28"/>
          <w:szCs w:val="28"/>
          <w:lang w:val="sv-SE"/>
        </w:rPr>
      </w:pPr>
    </w:p>
    <w:p w14:paraId="54AD270C" w14:textId="77777777" w:rsidR="00AA0E2F" w:rsidRPr="003051D5" w:rsidRDefault="00AA0E2F" w:rsidP="00AE3CBB">
      <w:pPr>
        <w:rPr>
          <w:rFonts w:ascii="Arial" w:hAnsi="Arial" w:cs="Arial"/>
          <w:sz w:val="28"/>
          <w:szCs w:val="28"/>
          <w:lang w:val="sv-SE"/>
        </w:rPr>
      </w:pPr>
    </w:p>
    <w:p w14:paraId="064AF45B" w14:textId="77777777" w:rsidR="00AA0E2F" w:rsidRPr="003051D5" w:rsidRDefault="00AA0E2F" w:rsidP="00AE3CBB">
      <w:pPr>
        <w:rPr>
          <w:rFonts w:ascii="Arial" w:hAnsi="Arial" w:cs="Arial"/>
          <w:sz w:val="28"/>
          <w:szCs w:val="28"/>
          <w:lang w:val="sv-SE"/>
        </w:rPr>
      </w:pPr>
    </w:p>
    <w:p w14:paraId="325CA9F2" w14:textId="77777777" w:rsidR="00AA0E2F" w:rsidRPr="003051D5" w:rsidRDefault="00AA0E2F" w:rsidP="00AE3CBB">
      <w:pPr>
        <w:rPr>
          <w:rFonts w:ascii="Arial" w:hAnsi="Arial" w:cs="Arial"/>
          <w:sz w:val="28"/>
          <w:szCs w:val="28"/>
          <w:lang w:val="sv-SE"/>
        </w:rPr>
      </w:pPr>
    </w:p>
    <w:p w14:paraId="51C94CCB" w14:textId="77777777" w:rsidR="00AA0E2F" w:rsidRPr="003051D5" w:rsidRDefault="00AA0E2F" w:rsidP="00AE3CBB">
      <w:pPr>
        <w:rPr>
          <w:rFonts w:ascii="Arial" w:hAnsi="Arial" w:cs="Arial"/>
          <w:sz w:val="28"/>
          <w:szCs w:val="28"/>
          <w:lang w:val="sv-SE"/>
        </w:rPr>
      </w:pPr>
    </w:p>
    <w:p w14:paraId="6D70329A" w14:textId="77777777" w:rsidR="00AA0E2F" w:rsidRPr="003051D5" w:rsidRDefault="00AA0E2F" w:rsidP="00AE3CBB">
      <w:pPr>
        <w:rPr>
          <w:rFonts w:ascii="Arial" w:hAnsi="Arial" w:cs="Arial"/>
          <w:sz w:val="28"/>
          <w:szCs w:val="28"/>
          <w:lang w:val="sv-SE"/>
        </w:rPr>
      </w:pPr>
    </w:p>
    <w:p w14:paraId="612CF4BA" w14:textId="77777777" w:rsidR="00AA0E2F" w:rsidRPr="003051D5" w:rsidRDefault="00AA0E2F" w:rsidP="00AE3CBB">
      <w:pPr>
        <w:rPr>
          <w:rFonts w:ascii="Arial" w:hAnsi="Arial" w:cs="Arial"/>
          <w:sz w:val="28"/>
          <w:szCs w:val="28"/>
          <w:lang w:val="sv-SE"/>
        </w:rPr>
      </w:pPr>
    </w:p>
    <w:p w14:paraId="0EB8E0B4" w14:textId="77777777" w:rsidR="00AA0E2F" w:rsidRPr="003051D5" w:rsidRDefault="00AA0E2F" w:rsidP="00AE3CBB">
      <w:pPr>
        <w:rPr>
          <w:rFonts w:ascii="Arial" w:hAnsi="Arial" w:cs="Arial"/>
          <w:sz w:val="28"/>
          <w:szCs w:val="28"/>
          <w:lang w:val="sv-SE"/>
        </w:rPr>
      </w:pPr>
    </w:p>
    <w:p w14:paraId="0C36A954" w14:textId="77777777" w:rsidR="00AA0E2F" w:rsidRPr="003051D5" w:rsidRDefault="00AA0E2F" w:rsidP="00AE3CBB">
      <w:pPr>
        <w:rPr>
          <w:rFonts w:ascii="Arial" w:hAnsi="Arial" w:cs="Arial"/>
          <w:sz w:val="28"/>
          <w:szCs w:val="28"/>
          <w:lang w:val="sv-SE"/>
        </w:rPr>
      </w:pPr>
    </w:p>
    <w:p w14:paraId="3C893C37" w14:textId="77777777" w:rsidR="00AA0E2F" w:rsidRPr="003051D5" w:rsidRDefault="00AA0E2F" w:rsidP="00AE3CBB">
      <w:pPr>
        <w:rPr>
          <w:rFonts w:ascii="Arial" w:hAnsi="Arial" w:cs="Arial"/>
          <w:sz w:val="28"/>
          <w:szCs w:val="28"/>
          <w:lang w:val="sv-SE"/>
        </w:rPr>
      </w:pPr>
    </w:p>
    <w:p w14:paraId="2D9CBFDF" w14:textId="77777777" w:rsidR="00AA0E2F" w:rsidRPr="003051D5" w:rsidRDefault="00AA0E2F" w:rsidP="00AE3CBB">
      <w:pPr>
        <w:rPr>
          <w:rFonts w:ascii="Arial" w:hAnsi="Arial" w:cs="Arial"/>
          <w:sz w:val="28"/>
          <w:szCs w:val="28"/>
          <w:lang w:val="sv-SE"/>
        </w:rPr>
      </w:pPr>
    </w:p>
    <w:p w14:paraId="662D5246" w14:textId="77777777" w:rsidR="006652B6" w:rsidRPr="003051D5" w:rsidRDefault="006652B6" w:rsidP="00AE3CBB">
      <w:pPr>
        <w:rPr>
          <w:rFonts w:ascii="Arial" w:hAnsi="Arial" w:cs="Arial"/>
          <w:sz w:val="28"/>
          <w:szCs w:val="28"/>
          <w:lang w:val="sv-SE"/>
        </w:rPr>
      </w:pPr>
    </w:p>
    <w:p w14:paraId="613ABE1C" w14:textId="77777777" w:rsidR="00AA0E2F" w:rsidRPr="003051D5" w:rsidRDefault="00AA0E2F" w:rsidP="00AE3CBB">
      <w:pPr>
        <w:rPr>
          <w:rFonts w:ascii="Arial" w:hAnsi="Arial" w:cs="Arial"/>
          <w:sz w:val="28"/>
          <w:szCs w:val="28"/>
          <w:lang w:val="sv-SE"/>
        </w:rPr>
      </w:pPr>
    </w:p>
    <w:p w14:paraId="14501E67" w14:textId="77777777" w:rsidR="00AA0E2F" w:rsidRPr="003051D5" w:rsidRDefault="00AA0E2F" w:rsidP="00AE3CBB">
      <w:pPr>
        <w:rPr>
          <w:rFonts w:ascii="Arial" w:hAnsi="Arial" w:cs="Arial"/>
          <w:sz w:val="28"/>
          <w:szCs w:val="28"/>
          <w:lang w:val="sv-SE"/>
        </w:rPr>
      </w:pPr>
    </w:p>
    <w:p w14:paraId="1B44D917" w14:textId="77777777" w:rsidR="00AA0E2F" w:rsidRPr="003051D5" w:rsidRDefault="00AA0E2F" w:rsidP="00AE3CBB">
      <w:pPr>
        <w:rPr>
          <w:rFonts w:ascii="Arial" w:hAnsi="Arial" w:cs="Arial"/>
          <w:sz w:val="28"/>
          <w:szCs w:val="28"/>
          <w:lang w:val="sv-SE"/>
        </w:rPr>
      </w:pPr>
    </w:p>
    <w:bookmarkEnd w:id="2" w:displacedByCustomXml="next"/>
    <w:bookmarkEnd w:id="1" w:displacedByCustomXml="next"/>
    <w:bookmarkEnd w:id="0" w:displacedByCustomXml="next"/>
    <w:bookmarkStart w:id="3" w:name="_Toc198883910" w:displacedByCustomXml="next"/>
    <w:sdt>
      <w:sdtPr>
        <w:rPr>
          <w:rFonts w:asciiTheme="minorHAnsi" w:eastAsiaTheme="minorEastAsia" w:hAnsiTheme="minorHAnsi" w:cstheme="minorBidi"/>
          <w:b w:val="0"/>
          <w:bCs w:val="0"/>
          <w:color w:val="auto"/>
          <w:sz w:val="22"/>
          <w:szCs w:val="22"/>
          <w:lang w:val="sv-SE"/>
        </w:rPr>
        <w:id w:val="-1501885034"/>
        <w:docPartObj>
          <w:docPartGallery w:val="Table of Contents"/>
          <w:docPartUnique/>
        </w:docPartObj>
      </w:sdtPr>
      <w:sdtEndPr>
        <w:rPr>
          <w:lang w:val="en-US"/>
        </w:rPr>
      </w:sdtEndPr>
      <w:sdtContent>
        <w:p w14:paraId="4AAFBA44" w14:textId="7F2CD1B5" w:rsidR="0058619D" w:rsidRPr="008A6538" w:rsidRDefault="0058619D">
          <w:pPr>
            <w:pStyle w:val="Innehllsfrteckningsrubrik"/>
            <w:rPr>
              <w:rFonts w:cs="Arial"/>
              <w:szCs w:val="36"/>
              <w:lang w:val="sv-SE"/>
            </w:rPr>
          </w:pPr>
          <w:r w:rsidRPr="0058619D">
            <w:rPr>
              <w:rFonts w:cs="Arial"/>
              <w:szCs w:val="36"/>
              <w:lang w:val="sv-SE"/>
            </w:rPr>
            <w:t>Innehåll</w:t>
          </w:r>
        </w:p>
        <w:p w14:paraId="7CD498B1" w14:textId="45D3AED6" w:rsidR="00A333DB" w:rsidRDefault="0058619D">
          <w:pPr>
            <w:pStyle w:val="Innehll1"/>
            <w:rPr>
              <w:rFonts w:asciiTheme="minorHAnsi" w:eastAsiaTheme="minorEastAsia" w:hAnsiTheme="minorHAnsi" w:cstheme="minorBidi"/>
              <w:b w:val="0"/>
              <w:kern w:val="2"/>
              <w:sz w:val="24"/>
              <w:szCs w:val="24"/>
              <w:lang w:eastAsia="sv-SE"/>
              <w14:ligatures w14:val="standardContextual"/>
            </w:rPr>
          </w:pPr>
          <w:r>
            <w:fldChar w:fldCharType="begin"/>
          </w:r>
          <w:r>
            <w:instrText xml:space="preserve"> TOC \o "1-3" \h \z \u </w:instrText>
          </w:r>
          <w:r>
            <w:fldChar w:fldCharType="separate"/>
          </w:r>
          <w:hyperlink w:anchor="_Toc231983524" w:history="1">
            <w:r w:rsidR="00A333DB" w:rsidRPr="005A762D">
              <w:rPr>
                <w:rStyle w:val="Hyperlnk"/>
              </w:rPr>
              <w:t>Så fungerar SRF Go:s gruppresor</w:t>
            </w:r>
            <w:r w:rsidR="00A333DB">
              <w:rPr>
                <w:webHidden/>
              </w:rPr>
              <w:tab/>
            </w:r>
            <w:r w:rsidR="00A333DB">
              <w:rPr>
                <w:webHidden/>
              </w:rPr>
              <w:fldChar w:fldCharType="begin"/>
            </w:r>
            <w:r w:rsidR="00A333DB">
              <w:rPr>
                <w:webHidden/>
              </w:rPr>
              <w:instrText xml:space="preserve"> PAGEREF _Toc231983524 \h </w:instrText>
            </w:r>
            <w:r w:rsidR="00A333DB">
              <w:rPr>
                <w:webHidden/>
              </w:rPr>
            </w:r>
            <w:r w:rsidR="00A333DB">
              <w:rPr>
                <w:webHidden/>
              </w:rPr>
              <w:fldChar w:fldCharType="separate"/>
            </w:r>
            <w:r w:rsidR="008F7927">
              <w:rPr>
                <w:webHidden/>
              </w:rPr>
              <w:t>3</w:t>
            </w:r>
            <w:r w:rsidR="00A333DB">
              <w:rPr>
                <w:webHidden/>
              </w:rPr>
              <w:fldChar w:fldCharType="end"/>
            </w:r>
          </w:hyperlink>
        </w:p>
        <w:p w14:paraId="02F2AFAC" w14:textId="3E85B932" w:rsidR="00A333DB" w:rsidRDefault="00A333DB">
          <w:pPr>
            <w:pStyle w:val="Innehll2"/>
            <w:tabs>
              <w:tab w:val="right" w:leader="dot" w:pos="9062"/>
            </w:tabs>
            <w:rPr>
              <w:rFonts w:asciiTheme="minorHAnsi" w:hAnsiTheme="minorHAnsi"/>
              <w:noProof/>
              <w:kern w:val="2"/>
              <w:sz w:val="24"/>
              <w:szCs w:val="24"/>
              <w:lang w:val="sv-SE" w:eastAsia="sv-SE"/>
              <w14:ligatures w14:val="standardContextual"/>
            </w:rPr>
          </w:pPr>
          <w:hyperlink w:anchor="_Toc231983525" w:history="1">
            <w:r w:rsidRPr="005A762D">
              <w:rPr>
                <w:rStyle w:val="Hyperlnk"/>
                <w:noProof/>
                <w:lang w:val="sv-SE"/>
              </w:rPr>
              <w:t>Anmälan</w:t>
            </w:r>
            <w:r>
              <w:rPr>
                <w:noProof/>
                <w:webHidden/>
              </w:rPr>
              <w:tab/>
            </w:r>
            <w:r>
              <w:rPr>
                <w:noProof/>
                <w:webHidden/>
              </w:rPr>
              <w:fldChar w:fldCharType="begin"/>
            </w:r>
            <w:r>
              <w:rPr>
                <w:noProof/>
                <w:webHidden/>
              </w:rPr>
              <w:instrText xml:space="preserve"> PAGEREF _Toc231983525 \h </w:instrText>
            </w:r>
            <w:r>
              <w:rPr>
                <w:noProof/>
                <w:webHidden/>
              </w:rPr>
            </w:r>
            <w:r>
              <w:rPr>
                <w:noProof/>
                <w:webHidden/>
              </w:rPr>
              <w:fldChar w:fldCharType="separate"/>
            </w:r>
            <w:r w:rsidR="008F7927">
              <w:rPr>
                <w:noProof/>
                <w:webHidden/>
              </w:rPr>
              <w:t>3</w:t>
            </w:r>
            <w:r>
              <w:rPr>
                <w:noProof/>
                <w:webHidden/>
              </w:rPr>
              <w:fldChar w:fldCharType="end"/>
            </w:r>
          </w:hyperlink>
        </w:p>
        <w:p w14:paraId="334A0638" w14:textId="4B1A734E" w:rsidR="00A333DB" w:rsidRDefault="00A333DB">
          <w:pPr>
            <w:pStyle w:val="Innehll2"/>
            <w:tabs>
              <w:tab w:val="right" w:leader="dot" w:pos="9062"/>
            </w:tabs>
            <w:rPr>
              <w:rFonts w:asciiTheme="minorHAnsi" w:hAnsiTheme="minorHAnsi"/>
              <w:noProof/>
              <w:kern w:val="2"/>
              <w:sz w:val="24"/>
              <w:szCs w:val="24"/>
              <w:lang w:val="sv-SE" w:eastAsia="sv-SE"/>
              <w14:ligatures w14:val="standardContextual"/>
            </w:rPr>
          </w:pPr>
          <w:hyperlink w:anchor="_Toc231983526" w:history="1">
            <w:r w:rsidRPr="005A762D">
              <w:rPr>
                <w:rStyle w:val="Hyperlnk"/>
                <w:noProof/>
                <w:lang w:val="sv-SE"/>
              </w:rPr>
              <w:t>Lottning och reservlista</w:t>
            </w:r>
            <w:r>
              <w:rPr>
                <w:noProof/>
                <w:webHidden/>
              </w:rPr>
              <w:tab/>
            </w:r>
            <w:r>
              <w:rPr>
                <w:noProof/>
                <w:webHidden/>
              </w:rPr>
              <w:fldChar w:fldCharType="begin"/>
            </w:r>
            <w:r>
              <w:rPr>
                <w:noProof/>
                <w:webHidden/>
              </w:rPr>
              <w:instrText xml:space="preserve"> PAGEREF _Toc231983526 \h </w:instrText>
            </w:r>
            <w:r>
              <w:rPr>
                <w:noProof/>
                <w:webHidden/>
              </w:rPr>
            </w:r>
            <w:r>
              <w:rPr>
                <w:noProof/>
                <w:webHidden/>
              </w:rPr>
              <w:fldChar w:fldCharType="separate"/>
            </w:r>
            <w:r w:rsidR="008F7927">
              <w:rPr>
                <w:noProof/>
                <w:webHidden/>
              </w:rPr>
              <w:t>4</w:t>
            </w:r>
            <w:r>
              <w:rPr>
                <w:noProof/>
                <w:webHidden/>
              </w:rPr>
              <w:fldChar w:fldCharType="end"/>
            </w:r>
          </w:hyperlink>
        </w:p>
        <w:p w14:paraId="39DD56AE" w14:textId="65C2BEE2" w:rsidR="00A333DB" w:rsidRDefault="00A333DB">
          <w:pPr>
            <w:pStyle w:val="Innehll2"/>
            <w:tabs>
              <w:tab w:val="right" w:leader="dot" w:pos="9062"/>
            </w:tabs>
            <w:rPr>
              <w:rFonts w:asciiTheme="minorHAnsi" w:hAnsiTheme="minorHAnsi"/>
              <w:noProof/>
              <w:kern w:val="2"/>
              <w:sz w:val="24"/>
              <w:szCs w:val="24"/>
              <w:lang w:val="sv-SE" w:eastAsia="sv-SE"/>
              <w14:ligatures w14:val="standardContextual"/>
            </w:rPr>
          </w:pPr>
          <w:hyperlink w:anchor="_Toc231983527" w:history="1">
            <w:r w:rsidRPr="005A762D">
              <w:rPr>
                <w:rStyle w:val="Hyperlnk"/>
                <w:noProof/>
                <w:lang w:val="sv-SE"/>
              </w:rPr>
              <w:t>Ditt ansvar som resenär</w:t>
            </w:r>
            <w:r>
              <w:rPr>
                <w:noProof/>
                <w:webHidden/>
              </w:rPr>
              <w:tab/>
            </w:r>
            <w:r>
              <w:rPr>
                <w:noProof/>
                <w:webHidden/>
              </w:rPr>
              <w:fldChar w:fldCharType="begin"/>
            </w:r>
            <w:r>
              <w:rPr>
                <w:noProof/>
                <w:webHidden/>
              </w:rPr>
              <w:instrText xml:space="preserve"> PAGEREF _Toc231983527 \h </w:instrText>
            </w:r>
            <w:r>
              <w:rPr>
                <w:noProof/>
                <w:webHidden/>
              </w:rPr>
            </w:r>
            <w:r>
              <w:rPr>
                <w:noProof/>
                <w:webHidden/>
              </w:rPr>
              <w:fldChar w:fldCharType="separate"/>
            </w:r>
            <w:r w:rsidR="008F7927">
              <w:rPr>
                <w:noProof/>
                <w:webHidden/>
              </w:rPr>
              <w:t>4</w:t>
            </w:r>
            <w:r>
              <w:rPr>
                <w:noProof/>
                <w:webHidden/>
              </w:rPr>
              <w:fldChar w:fldCharType="end"/>
            </w:r>
          </w:hyperlink>
        </w:p>
        <w:p w14:paraId="7B5334DD" w14:textId="5E03F8B9" w:rsidR="00A333DB" w:rsidRDefault="00A333DB">
          <w:pPr>
            <w:pStyle w:val="Innehll2"/>
            <w:tabs>
              <w:tab w:val="right" w:leader="dot" w:pos="9062"/>
            </w:tabs>
            <w:rPr>
              <w:rFonts w:asciiTheme="minorHAnsi" w:hAnsiTheme="minorHAnsi"/>
              <w:noProof/>
              <w:kern w:val="2"/>
              <w:sz w:val="24"/>
              <w:szCs w:val="24"/>
              <w:lang w:val="sv-SE" w:eastAsia="sv-SE"/>
              <w14:ligatures w14:val="standardContextual"/>
            </w:rPr>
          </w:pPr>
          <w:hyperlink w:anchor="_Toc231983528" w:history="1">
            <w:r w:rsidRPr="005A762D">
              <w:rPr>
                <w:rStyle w:val="Hyperlnk"/>
                <w:noProof/>
                <w:lang w:val="sv-SE"/>
              </w:rPr>
              <w:t>Ledsagning</w:t>
            </w:r>
            <w:r>
              <w:rPr>
                <w:noProof/>
                <w:webHidden/>
              </w:rPr>
              <w:tab/>
            </w:r>
            <w:r>
              <w:rPr>
                <w:noProof/>
                <w:webHidden/>
              </w:rPr>
              <w:fldChar w:fldCharType="begin"/>
            </w:r>
            <w:r>
              <w:rPr>
                <w:noProof/>
                <w:webHidden/>
              </w:rPr>
              <w:instrText xml:space="preserve"> PAGEREF _Toc231983528 \h </w:instrText>
            </w:r>
            <w:r>
              <w:rPr>
                <w:noProof/>
                <w:webHidden/>
              </w:rPr>
            </w:r>
            <w:r>
              <w:rPr>
                <w:noProof/>
                <w:webHidden/>
              </w:rPr>
              <w:fldChar w:fldCharType="separate"/>
            </w:r>
            <w:r w:rsidR="008F7927">
              <w:rPr>
                <w:noProof/>
                <w:webHidden/>
              </w:rPr>
              <w:t>4</w:t>
            </w:r>
            <w:r>
              <w:rPr>
                <w:noProof/>
                <w:webHidden/>
              </w:rPr>
              <w:fldChar w:fldCharType="end"/>
            </w:r>
          </w:hyperlink>
        </w:p>
        <w:p w14:paraId="421FF274" w14:textId="473DECBC" w:rsidR="00A333DB" w:rsidRDefault="00A333DB">
          <w:pPr>
            <w:pStyle w:val="Innehll2"/>
            <w:tabs>
              <w:tab w:val="right" w:leader="dot" w:pos="9062"/>
            </w:tabs>
            <w:rPr>
              <w:rFonts w:asciiTheme="minorHAnsi" w:hAnsiTheme="minorHAnsi"/>
              <w:noProof/>
              <w:kern w:val="2"/>
              <w:sz w:val="24"/>
              <w:szCs w:val="24"/>
              <w:lang w:val="sv-SE" w:eastAsia="sv-SE"/>
              <w14:ligatures w14:val="standardContextual"/>
            </w:rPr>
          </w:pPr>
          <w:hyperlink w:anchor="_Toc231983529" w:history="1">
            <w:r w:rsidRPr="005A762D">
              <w:rPr>
                <w:rStyle w:val="Hyperlnk"/>
                <w:noProof/>
                <w:lang w:val="sv-SE"/>
              </w:rPr>
              <w:t>Boende</w:t>
            </w:r>
            <w:r>
              <w:rPr>
                <w:noProof/>
                <w:webHidden/>
              </w:rPr>
              <w:tab/>
            </w:r>
            <w:r>
              <w:rPr>
                <w:noProof/>
                <w:webHidden/>
              </w:rPr>
              <w:fldChar w:fldCharType="begin"/>
            </w:r>
            <w:r>
              <w:rPr>
                <w:noProof/>
                <w:webHidden/>
              </w:rPr>
              <w:instrText xml:space="preserve"> PAGEREF _Toc231983529 \h </w:instrText>
            </w:r>
            <w:r>
              <w:rPr>
                <w:noProof/>
                <w:webHidden/>
              </w:rPr>
            </w:r>
            <w:r>
              <w:rPr>
                <w:noProof/>
                <w:webHidden/>
              </w:rPr>
              <w:fldChar w:fldCharType="separate"/>
            </w:r>
            <w:r w:rsidR="008F7927">
              <w:rPr>
                <w:noProof/>
                <w:webHidden/>
              </w:rPr>
              <w:t>5</w:t>
            </w:r>
            <w:r>
              <w:rPr>
                <w:noProof/>
                <w:webHidden/>
              </w:rPr>
              <w:fldChar w:fldCharType="end"/>
            </w:r>
          </w:hyperlink>
        </w:p>
        <w:p w14:paraId="5EA522D5" w14:textId="4D526C62" w:rsidR="00A333DB" w:rsidRDefault="00A333DB">
          <w:pPr>
            <w:pStyle w:val="Innehll2"/>
            <w:tabs>
              <w:tab w:val="right" w:leader="dot" w:pos="9062"/>
            </w:tabs>
            <w:rPr>
              <w:rFonts w:asciiTheme="minorHAnsi" w:hAnsiTheme="minorHAnsi"/>
              <w:noProof/>
              <w:kern w:val="2"/>
              <w:sz w:val="24"/>
              <w:szCs w:val="24"/>
              <w:lang w:val="sv-SE" w:eastAsia="sv-SE"/>
              <w14:ligatures w14:val="standardContextual"/>
            </w:rPr>
          </w:pPr>
          <w:hyperlink w:anchor="_Toc231983530" w:history="1">
            <w:r w:rsidRPr="005A762D">
              <w:rPr>
                <w:rStyle w:val="Hyperlnk"/>
                <w:noProof/>
                <w:lang w:val="sv-SE"/>
              </w:rPr>
              <w:t>Avbokning</w:t>
            </w:r>
            <w:r>
              <w:rPr>
                <w:noProof/>
                <w:webHidden/>
              </w:rPr>
              <w:tab/>
            </w:r>
            <w:r>
              <w:rPr>
                <w:noProof/>
                <w:webHidden/>
              </w:rPr>
              <w:fldChar w:fldCharType="begin"/>
            </w:r>
            <w:r>
              <w:rPr>
                <w:noProof/>
                <w:webHidden/>
              </w:rPr>
              <w:instrText xml:space="preserve"> PAGEREF _Toc231983530 \h </w:instrText>
            </w:r>
            <w:r>
              <w:rPr>
                <w:noProof/>
                <w:webHidden/>
              </w:rPr>
            </w:r>
            <w:r>
              <w:rPr>
                <w:noProof/>
                <w:webHidden/>
              </w:rPr>
              <w:fldChar w:fldCharType="separate"/>
            </w:r>
            <w:r w:rsidR="008F7927">
              <w:rPr>
                <w:noProof/>
                <w:webHidden/>
              </w:rPr>
              <w:t>5</w:t>
            </w:r>
            <w:r>
              <w:rPr>
                <w:noProof/>
                <w:webHidden/>
              </w:rPr>
              <w:fldChar w:fldCharType="end"/>
            </w:r>
          </w:hyperlink>
        </w:p>
        <w:p w14:paraId="0036254B" w14:textId="2E490D54" w:rsidR="00A333DB" w:rsidRDefault="00A333DB">
          <w:pPr>
            <w:pStyle w:val="Innehll2"/>
            <w:tabs>
              <w:tab w:val="right" w:leader="dot" w:pos="9062"/>
            </w:tabs>
            <w:rPr>
              <w:rFonts w:asciiTheme="minorHAnsi" w:hAnsiTheme="minorHAnsi"/>
              <w:noProof/>
              <w:kern w:val="2"/>
              <w:sz w:val="24"/>
              <w:szCs w:val="24"/>
              <w:lang w:val="sv-SE" w:eastAsia="sv-SE"/>
              <w14:ligatures w14:val="standardContextual"/>
            </w:rPr>
          </w:pPr>
          <w:hyperlink w:anchor="_Toc231983531" w:history="1">
            <w:r w:rsidRPr="005A762D">
              <w:rPr>
                <w:rStyle w:val="Hyperlnk"/>
                <w:noProof/>
                <w:lang w:val="sv-SE"/>
              </w:rPr>
              <w:t>Efter resan</w:t>
            </w:r>
            <w:r>
              <w:rPr>
                <w:noProof/>
                <w:webHidden/>
              </w:rPr>
              <w:tab/>
            </w:r>
            <w:r>
              <w:rPr>
                <w:noProof/>
                <w:webHidden/>
              </w:rPr>
              <w:fldChar w:fldCharType="begin"/>
            </w:r>
            <w:r>
              <w:rPr>
                <w:noProof/>
                <w:webHidden/>
              </w:rPr>
              <w:instrText xml:space="preserve"> PAGEREF _Toc231983531 \h </w:instrText>
            </w:r>
            <w:r>
              <w:rPr>
                <w:noProof/>
                <w:webHidden/>
              </w:rPr>
            </w:r>
            <w:r>
              <w:rPr>
                <w:noProof/>
                <w:webHidden/>
              </w:rPr>
              <w:fldChar w:fldCharType="separate"/>
            </w:r>
            <w:r w:rsidR="008F7927">
              <w:rPr>
                <w:noProof/>
                <w:webHidden/>
              </w:rPr>
              <w:t>6</w:t>
            </w:r>
            <w:r>
              <w:rPr>
                <w:noProof/>
                <w:webHidden/>
              </w:rPr>
              <w:fldChar w:fldCharType="end"/>
            </w:r>
          </w:hyperlink>
        </w:p>
        <w:p w14:paraId="38414E8A" w14:textId="2F1B05B4" w:rsidR="00A333DB" w:rsidRDefault="00A333DB">
          <w:pPr>
            <w:pStyle w:val="Innehll2"/>
            <w:tabs>
              <w:tab w:val="right" w:leader="dot" w:pos="9062"/>
            </w:tabs>
            <w:rPr>
              <w:rFonts w:asciiTheme="minorHAnsi" w:hAnsiTheme="minorHAnsi"/>
              <w:noProof/>
              <w:kern w:val="2"/>
              <w:sz w:val="24"/>
              <w:szCs w:val="24"/>
              <w:lang w:val="sv-SE" w:eastAsia="sv-SE"/>
              <w14:ligatures w14:val="standardContextual"/>
            </w:rPr>
          </w:pPr>
          <w:hyperlink w:anchor="_Toc231983532" w:history="1">
            <w:r w:rsidRPr="005A762D">
              <w:rPr>
                <w:rStyle w:val="Hyperlnk"/>
                <w:noProof/>
                <w:lang w:val="sv-SE"/>
              </w:rPr>
              <w:t>Kontakt</w:t>
            </w:r>
            <w:r>
              <w:rPr>
                <w:noProof/>
                <w:webHidden/>
              </w:rPr>
              <w:tab/>
            </w:r>
            <w:r>
              <w:rPr>
                <w:noProof/>
                <w:webHidden/>
              </w:rPr>
              <w:fldChar w:fldCharType="begin"/>
            </w:r>
            <w:r>
              <w:rPr>
                <w:noProof/>
                <w:webHidden/>
              </w:rPr>
              <w:instrText xml:space="preserve"> PAGEREF _Toc231983532 \h </w:instrText>
            </w:r>
            <w:r>
              <w:rPr>
                <w:noProof/>
                <w:webHidden/>
              </w:rPr>
            </w:r>
            <w:r>
              <w:rPr>
                <w:noProof/>
                <w:webHidden/>
              </w:rPr>
              <w:fldChar w:fldCharType="separate"/>
            </w:r>
            <w:r w:rsidR="008F7927">
              <w:rPr>
                <w:noProof/>
                <w:webHidden/>
              </w:rPr>
              <w:t>6</w:t>
            </w:r>
            <w:r>
              <w:rPr>
                <w:noProof/>
                <w:webHidden/>
              </w:rPr>
              <w:fldChar w:fldCharType="end"/>
            </w:r>
          </w:hyperlink>
        </w:p>
        <w:p w14:paraId="3C6EE8FD" w14:textId="08F89D71" w:rsidR="00A333DB" w:rsidRDefault="00A333DB">
          <w:pPr>
            <w:pStyle w:val="Innehll2"/>
            <w:tabs>
              <w:tab w:val="right" w:leader="dot" w:pos="9062"/>
            </w:tabs>
            <w:rPr>
              <w:rFonts w:asciiTheme="minorHAnsi" w:hAnsiTheme="minorHAnsi"/>
              <w:noProof/>
              <w:kern w:val="2"/>
              <w:sz w:val="24"/>
              <w:szCs w:val="24"/>
              <w:lang w:val="sv-SE" w:eastAsia="sv-SE"/>
              <w14:ligatures w14:val="standardContextual"/>
            </w:rPr>
          </w:pPr>
          <w:hyperlink w:anchor="_Toc231983533" w:history="1">
            <w:r w:rsidRPr="005A762D">
              <w:rPr>
                <w:rStyle w:val="Hyperlnk"/>
                <w:noProof/>
                <w:lang w:val="sv-SE"/>
              </w:rPr>
              <w:t>Ekonomiskt stöd</w:t>
            </w:r>
            <w:r>
              <w:rPr>
                <w:noProof/>
                <w:webHidden/>
              </w:rPr>
              <w:tab/>
            </w:r>
            <w:r>
              <w:rPr>
                <w:noProof/>
                <w:webHidden/>
              </w:rPr>
              <w:fldChar w:fldCharType="begin"/>
            </w:r>
            <w:r>
              <w:rPr>
                <w:noProof/>
                <w:webHidden/>
              </w:rPr>
              <w:instrText xml:space="preserve"> PAGEREF _Toc231983533 \h </w:instrText>
            </w:r>
            <w:r>
              <w:rPr>
                <w:noProof/>
                <w:webHidden/>
              </w:rPr>
            </w:r>
            <w:r>
              <w:rPr>
                <w:noProof/>
                <w:webHidden/>
              </w:rPr>
              <w:fldChar w:fldCharType="separate"/>
            </w:r>
            <w:r w:rsidR="008F7927">
              <w:rPr>
                <w:noProof/>
                <w:webHidden/>
              </w:rPr>
              <w:t>6</w:t>
            </w:r>
            <w:r>
              <w:rPr>
                <w:noProof/>
                <w:webHidden/>
              </w:rPr>
              <w:fldChar w:fldCharType="end"/>
            </w:r>
          </w:hyperlink>
        </w:p>
        <w:p w14:paraId="05ED0682" w14:textId="14273610" w:rsidR="00A333DB" w:rsidRDefault="00A333DB">
          <w:pPr>
            <w:pStyle w:val="Innehll1"/>
            <w:rPr>
              <w:rFonts w:asciiTheme="minorHAnsi" w:eastAsiaTheme="minorEastAsia" w:hAnsiTheme="minorHAnsi" w:cstheme="minorBidi"/>
              <w:b w:val="0"/>
              <w:kern w:val="2"/>
              <w:sz w:val="24"/>
              <w:szCs w:val="24"/>
              <w:lang w:eastAsia="sv-SE"/>
              <w14:ligatures w14:val="standardContextual"/>
            </w:rPr>
          </w:pPr>
          <w:hyperlink w:anchor="_Toc231983534" w:history="1">
            <w:r w:rsidRPr="005A762D">
              <w:rPr>
                <w:rStyle w:val="Hyperlnk"/>
              </w:rPr>
              <w:t>Möt solen i Kap Verde</w:t>
            </w:r>
            <w:r>
              <w:rPr>
                <w:webHidden/>
              </w:rPr>
              <w:tab/>
            </w:r>
            <w:r>
              <w:rPr>
                <w:webHidden/>
              </w:rPr>
              <w:fldChar w:fldCharType="begin"/>
            </w:r>
            <w:r>
              <w:rPr>
                <w:webHidden/>
              </w:rPr>
              <w:instrText xml:space="preserve"> PAGEREF _Toc231983534 \h </w:instrText>
            </w:r>
            <w:r>
              <w:rPr>
                <w:webHidden/>
              </w:rPr>
            </w:r>
            <w:r>
              <w:rPr>
                <w:webHidden/>
              </w:rPr>
              <w:fldChar w:fldCharType="separate"/>
            </w:r>
            <w:r w:rsidR="008F7927">
              <w:rPr>
                <w:webHidden/>
              </w:rPr>
              <w:t>7</w:t>
            </w:r>
            <w:r>
              <w:rPr>
                <w:webHidden/>
              </w:rPr>
              <w:fldChar w:fldCharType="end"/>
            </w:r>
          </w:hyperlink>
        </w:p>
        <w:p w14:paraId="711F5F79" w14:textId="4049FD04" w:rsidR="00A333DB" w:rsidRDefault="00A333DB">
          <w:pPr>
            <w:pStyle w:val="Innehll1"/>
            <w:rPr>
              <w:rFonts w:asciiTheme="minorHAnsi" w:eastAsiaTheme="minorEastAsia" w:hAnsiTheme="minorHAnsi" w:cstheme="minorBidi"/>
              <w:b w:val="0"/>
              <w:kern w:val="2"/>
              <w:sz w:val="24"/>
              <w:szCs w:val="24"/>
              <w:lang w:eastAsia="sv-SE"/>
              <w14:ligatures w14:val="standardContextual"/>
            </w:rPr>
          </w:pPr>
          <w:hyperlink w:anchor="_Toc231983535" w:history="1">
            <w:r w:rsidRPr="005A762D">
              <w:rPr>
                <w:rStyle w:val="Hyperlnk"/>
                <w:lang w:eastAsia="sv-SE"/>
              </w:rPr>
              <w:t>Kryssning till Höga kusten &amp; Härnösand</w:t>
            </w:r>
            <w:r>
              <w:rPr>
                <w:webHidden/>
              </w:rPr>
              <w:tab/>
            </w:r>
            <w:r>
              <w:rPr>
                <w:webHidden/>
              </w:rPr>
              <w:fldChar w:fldCharType="begin"/>
            </w:r>
            <w:r>
              <w:rPr>
                <w:webHidden/>
              </w:rPr>
              <w:instrText xml:space="preserve"> PAGEREF _Toc231983535 \h </w:instrText>
            </w:r>
            <w:r>
              <w:rPr>
                <w:webHidden/>
              </w:rPr>
            </w:r>
            <w:r>
              <w:rPr>
                <w:webHidden/>
              </w:rPr>
              <w:fldChar w:fldCharType="separate"/>
            </w:r>
            <w:r w:rsidR="008F7927">
              <w:rPr>
                <w:webHidden/>
              </w:rPr>
              <w:t>8</w:t>
            </w:r>
            <w:r>
              <w:rPr>
                <w:webHidden/>
              </w:rPr>
              <w:fldChar w:fldCharType="end"/>
            </w:r>
          </w:hyperlink>
        </w:p>
        <w:p w14:paraId="5B9E9247" w14:textId="4ACAFC78" w:rsidR="00A333DB" w:rsidRDefault="00A333DB">
          <w:pPr>
            <w:pStyle w:val="Innehll1"/>
            <w:rPr>
              <w:rFonts w:asciiTheme="minorHAnsi" w:eastAsiaTheme="minorEastAsia" w:hAnsiTheme="minorHAnsi" w:cstheme="minorBidi"/>
              <w:b w:val="0"/>
              <w:kern w:val="2"/>
              <w:sz w:val="24"/>
              <w:szCs w:val="24"/>
              <w:lang w:eastAsia="sv-SE"/>
              <w14:ligatures w14:val="standardContextual"/>
            </w:rPr>
          </w:pPr>
          <w:hyperlink w:anchor="_Toc231983536" w:history="1">
            <w:r w:rsidRPr="005A762D">
              <w:rPr>
                <w:rStyle w:val="Hyperlnk"/>
                <w:lang w:eastAsia="sv-SE"/>
              </w:rPr>
              <w:t>Upplev Rostock och oktoberfest!</w:t>
            </w:r>
            <w:r>
              <w:rPr>
                <w:webHidden/>
              </w:rPr>
              <w:tab/>
            </w:r>
            <w:r>
              <w:rPr>
                <w:webHidden/>
              </w:rPr>
              <w:fldChar w:fldCharType="begin"/>
            </w:r>
            <w:r>
              <w:rPr>
                <w:webHidden/>
              </w:rPr>
              <w:instrText xml:space="preserve"> PAGEREF _Toc231983536 \h </w:instrText>
            </w:r>
            <w:r>
              <w:rPr>
                <w:webHidden/>
              </w:rPr>
            </w:r>
            <w:r>
              <w:rPr>
                <w:webHidden/>
              </w:rPr>
              <w:fldChar w:fldCharType="separate"/>
            </w:r>
            <w:r w:rsidR="008F7927">
              <w:rPr>
                <w:webHidden/>
              </w:rPr>
              <w:t>9</w:t>
            </w:r>
            <w:r>
              <w:rPr>
                <w:webHidden/>
              </w:rPr>
              <w:fldChar w:fldCharType="end"/>
            </w:r>
          </w:hyperlink>
        </w:p>
        <w:p w14:paraId="6D5E883B" w14:textId="23F89E60" w:rsidR="00A333DB" w:rsidRDefault="00A333DB">
          <w:pPr>
            <w:pStyle w:val="Innehll1"/>
            <w:rPr>
              <w:rFonts w:asciiTheme="minorHAnsi" w:eastAsiaTheme="minorEastAsia" w:hAnsiTheme="minorHAnsi" w:cstheme="minorBidi"/>
              <w:b w:val="0"/>
              <w:kern w:val="2"/>
              <w:sz w:val="24"/>
              <w:szCs w:val="24"/>
              <w:lang w:eastAsia="sv-SE"/>
              <w14:ligatures w14:val="standardContextual"/>
            </w:rPr>
          </w:pPr>
          <w:hyperlink w:anchor="_Toc231983537" w:history="1">
            <w:r w:rsidRPr="005A762D">
              <w:rPr>
                <w:rStyle w:val="Hyperlnk"/>
                <w:lang w:eastAsia="sv-SE"/>
              </w:rPr>
              <w:t>Adventskryssning med julmarknad i Riga</w:t>
            </w:r>
            <w:r>
              <w:rPr>
                <w:webHidden/>
              </w:rPr>
              <w:tab/>
            </w:r>
            <w:r>
              <w:rPr>
                <w:webHidden/>
              </w:rPr>
              <w:fldChar w:fldCharType="begin"/>
            </w:r>
            <w:r>
              <w:rPr>
                <w:webHidden/>
              </w:rPr>
              <w:instrText xml:space="preserve"> PAGEREF _Toc231983537 \h </w:instrText>
            </w:r>
            <w:r>
              <w:rPr>
                <w:webHidden/>
              </w:rPr>
            </w:r>
            <w:r>
              <w:rPr>
                <w:webHidden/>
              </w:rPr>
              <w:fldChar w:fldCharType="separate"/>
            </w:r>
            <w:r w:rsidR="008F7927">
              <w:rPr>
                <w:webHidden/>
              </w:rPr>
              <w:t>10</w:t>
            </w:r>
            <w:r>
              <w:rPr>
                <w:webHidden/>
              </w:rPr>
              <w:fldChar w:fldCharType="end"/>
            </w:r>
          </w:hyperlink>
        </w:p>
        <w:p w14:paraId="5E9D227D" w14:textId="290BF7F8" w:rsidR="00A333DB" w:rsidRDefault="00A333DB">
          <w:pPr>
            <w:pStyle w:val="Innehll1"/>
            <w:rPr>
              <w:rFonts w:asciiTheme="minorHAnsi" w:eastAsiaTheme="minorEastAsia" w:hAnsiTheme="minorHAnsi" w:cstheme="minorBidi"/>
              <w:b w:val="0"/>
              <w:kern w:val="2"/>
              <w:sz w:val="24"/>
              <w:szCs w:val="24"/>
              <w:lang w:eastAsia="sv-SE"/>
              <w14:ligatures w14:val="standardContextual"/>
            </w:rPr>
          </w:pPr>
          <w:hyperlink w:anchor="_Toc231983538" w:history="1">
            <w:r w:rsidRPr="005A762D">
              <w:rPr>
                <w:rStyle w:val="Hyperlnk"/>
                <w:lang w:eastAsia="sv-SE"/>
              </w:rPr>
              <w:t>Guidad visning på Synskadades Museum i Stockholm</w:t>
            </w:r>
            <w:r>
              <w:rPr>
                <w:webHidden/>
              </w:rPr>
              <w:tab/>
            </w:r>
            <w:r>
              <w:rPr>
                <w:webHidden/>
              </w:rPr>
              <w:fldChar w:fldCharType="begin"/>
            </w:r>
            <w:r>
              <w:rPr>
                <w:webHidden/>
              </w:rPr>
              <w:instrText xml:space="preserve"> PAGEREF _Toc231983538 \h </w:instrText>
            </w:r>
            <w:r>
              <w:rPr>
                <w:webHidden/>
              </w:rPr>
            </w:r>
            <w:r>
              <w:rPr>
                <w:webHidden/>
              </w:rPr>
              <w:fldChar w:fldCharType="separate"/>
            </w:r>
            <w:r w:rsidR="008F7927">
              <w:rPr>
                <w:webHidden/>
              </w:rPr>
              <w:t>11</w:t>
            </w:r>
            <w:r>
              <w:rPr>
                <w:webHidden/>
              </w:rPr>
              <w:fldChar w:fldCharType="end"/>
            </w:r>
          </w:hyperlink>
        </w:p>
        <w:p w14:paraId="4D40F458" w14:textId="3E2F4F4B" w:rsidR="00A333DB" w:rsidRDefault="00A333DB">
          <w:pPr>
            <w:pStyle w:val="Innehll1"/>
            <w:rPr>
              <w:rFonts w:asciiTheme="minorHAnsi" w:eastAsiaTheme="minorEastAsia" w:hAnsiTheme="minorHAnsi" w:cstheme="minorBidi"/>
              <w:b w:val="0"/>
              <w:kern w:val="2"/>
              <w:sz w:val="24"/>
              <w:szCs w:val="24"/>
              <w:lang w:eastAsia="sv-SE"/>
              <w14:ligatures w14:val="standardContextual"/>
            </w:rPr>
          </w:pPr>
          <w:hyperlink w:anchor="_Toc231983539" w:history="1">
            <w:r w:rsidRPr="005A762D">
              <w:rPr>
                <w:rStyle w:val="Hyperlnk"/>
              </w:rPr>
              <w:t>Skräddarsy din drömresa – med ledsagarbidrag</w:t>
            </w:r>
            <w:r>
              <w:rPr>
                <w:webHidden/>
              </w:rPr>
              <w:tab/>
            </w:r>
            <w:r>
              <w:rPr>
                <w:webHidden/>
              </w:rPr>
              <w:fldChar w:fldCharType="begin"/>
            </w:r>
            <w:r>
              <w:rPr>
                <w:webHidden/>
              </w:rPr>
              <w:instrText xml:space="preserve"> PAGEREF _Toc231983539 \h </w:instrText>
            </w:r>
            <w:r>
              <w:rPr>
                <w:webHidden/>
              </w:rPr>
            </w:r>
            <w:r>
              <w:rPr>
                <w:webHidden/>
              </w:rPr>
              <w:fldChar w:fldCharType="separate"/>
            </w:r>
            <w:r w:rsidR="008F7927">
              <w:rPr>
                <w:webHidden/>
              </w:rPr>
              <w:t>12</w:t>
            </w:r>
            <w:r>
              <w:rPr>
                <w:webHidden/>
              </w:rPr>
              <w:fldChar w:fldCharType="end"/>
            </w:r>
          </w:hyperlink>
        </w:p>
        <w:p w14:paraId="4FEAB321" w14:textId="38EEB170" w:rsidR="00A333DB" w:rsidRDefault="00A333DB">
          <w:pPr>
            <w:pStyle w:val="Innehll1"/>
            <w:rPr>
              <w:rFonts w:asciiTheme="minorHAnsi" w:eastAsiaTheme="minorEastAsia" w:hAnsiTheme="minorHAnsi" w:cstheme="minorBidi"/>
              <w:b w:val="0"/>
              <w:kern w:val="2"/>
              <w:sz w:val="24"/>
              <w:szCs w:val="24"/>
              <w:lang w:eastAsia="sv-SE"/>
              <w14:ligatures w14:val="standardContextual"/>
            </w:rPr>
          </w:pPr>
          <w:hyperlink w:anchor="_Toc231983540" w:history="1">
            <w:r w:rsidRPr="005A762D">
              <w:rPr>
                <w:rStyle w:val="Hyperlnk"/>
              </w:rPr>
              <w:t>Resestipendier ur Lars Norrmans fond</w:t>
            </w:r>
            <w:r>
              <w:rPr>
                <w:webHidden/>
              </w:rPr>
              <w:tab/>
            </w:r>
            <w:r>
              <w:rPr>
                <w:webHidden/>
              </w:rPr>
              <w:fldChar w:fldCharType="begin"/>
            </w:r>
            <w:r>
              <w:rPr>
                <w:webHidden/>
              </w:rPr>
              <w:instrText xml:space="preserve"> PAGEREF _Toc231983540 \h </w:instrText>
            </w:r>
            <w:r>
              <w:rPr>
                <w:webHidden/>
              </w:rPr>
            </w:r>
            <w:r>
              <w:rPr>
                <w:webHidden/>
              </w:rPr>
              <w:fldChar w:fldCharType="separate"/>
            </w:r>
            <w:r w:rsidR="008F7927">
              <w:rPr>
                <w:webHidden/>
              </w:rPr>
              <w:t>12</w:t>
            </w:r>
            <w:r>
              <w:rPr>
                <w:webHidden/>
              </w:rPr>
              <w:fldChar w:fldCharType="end"/>
            </w:r>
          </w:hyperlink>
        </w:p>
        <w:p w14:paraId="79E6C6B0" w14:textId="5703D455" w:rsidR="00A333DB" w:rsidRDefault="00A333DB">
          <w:pPr>
            <w:pStyle w:val="Innehll2"/>
            <w:tabs>
              <w:tab w:val="right" w:leader="dot" w:pos="9062"/>
            </w:tabs>
            <w:rPr>
              <w:rFonts w:asciiTheme="minorHAnsi" w:hAnsiTheme="minorHAnsi"/>
              <w:noProof/>
              <w:kern w:val="2"/>
              <w:sz w:val="24"/>
              <w:szCs w:val="24"/>
              <w:lang w:val="sv-SE" w:eastAsia="sv-SE"/>
              <w14:ligatures w14:val="standardContextual"/>
            </w:rPr>
          </w:pPr>
          <w:hyperlink w:anchor="_Toc231983541" w:history="1">
            <w:r w:rsidRPr="005A762D">
              <w:rPr>
                <w:rStyle w:val="Hyperlnk"/>
                <w:noProof/>
                <w:lang w:val="sv-SE"/>
              </w:rPr>
              <w:t>Hur det fungerar</w:t>
            </w:r>
            <w:r>
              <w:rPr>
                <w:noProof/>
                <w:webHidden/>
              </w:rPr>
              <w:tab/>
            </w:r>
            <w:r>
              <w:rPr>
                <w:noProof/>
                <w:webHidden/>
              </w:rPr>
              <w:fldChar w:fldCharType="begin"/>
            </w:r>
            <w:r>
              <w:rPr>
                <w:noProof/>
                <w:webHidden/>
              </w:rPr>
              <w:instrText xml:space="preserve"> PAGEREF _Toc231983541 \h </w:instrText>
            </w:r>
            <w:r>
              <w:rPr>
                <w:noProof/>
                <w:webHidden/>
              </w:rPr>
            </w:r>
            <w:r>
              <w:rPr>
                <w:noProof/>
                <w:webHidden/>
              </w:rPr>
              <w:fldChar w:fldCharType="separate"/>
            </w:r>
            <w:r w:rsidR="008F7927">
              <w:rPr>
                <w:noProof/>
                <w:webHidden/>
              </w:rPr>
              <w:t>12</w:t>
            </w:r>
            <w:r>
              <w:rPr>
                <w:noProof/>
                <w:webHidden/>
              </w:rPr>
              <w:fldChar w:fldCharType="end"/>
            </w:r>
          </w:hyperlink>
        </w:p>
        <w:p w14:paraId="256135A4" w14:textId="1450F315" w:rsidR="00A333DB" w:rsidRDefault="00A333DB">
          <w:pPr>
            <w:pStyle w:val="Innehll2"/>
            <w:tabs>
              <w:tab w:val="right" w:leader="dot" w:pos="9062"/>
            </w:tabs>
            <w:rPr>
              <w:rFonts w:asciiTheme="minorHAnsi" w:hAnsiTheme="minorHAnsi"/>
              <w:noProof/>
              <w:kern w:val="2"/>
              <w:sz w:val="24"/>
              <w:szCs w:val="24"/>
              <w:lang w:val="sv-SE" w:eastAsia="sv-SE"/>
              <w14:ligatures w14:val="standardContextual"/>
            </w:rPr>
          </w:pPr>
          <w:hyperlink w:anchor="_Toc231983542" w:history="1">
            <w:r w:rsidRPr="005A762D">
              <w:rPr>
                <w:rStyle w:val="Hyperlnk"/>
                <w:noProof/>
                <w:lang w:val="sv-SE"/>
              </w:rPr>
              <w:t>Så går ansökan till</w:t>
            </w:r>
            <w:r>
              <w:rPr>
                <w:noProof/>
                <w:webHidden/>
              </w:rPr>
              <w:tab/>
            </w:r>
            <w:r>
              <w:rPr>
                <w:noProof/>
                <w:webHidden/>
              </w:rPr>
              <w:fldChar w:fldCharType="begin"/>
            </w:r>
            <w:r>
              <w:rPr>
                <w:noProof/>
                <w:webHidden/>
              </w:rPr>
              <w:instrText xml:space="preserve"> PAGEREF _Toc231983542 \h </w:instrText>
            </w:r>
            <w:r>
              <w:rPr>
                <w:noProof/>
                <w:webHidden/>
              </w:rPr>
            </w:r>
            <w:r>
              <w:rPr>
                <w:noProof/>
                <w:webHidden/>
              </w:rPr>
              <w:fldChar w:fldCharType="separate"/>
            </w:r>
            <w:r w:rsidR="008F7927">
              <w:rPr>
                <w:noProof/>
                <w:webHidden/>
              </w:rPr>
              <w:t>12</w:t>
            </w:r>
            <w:r>
              <w:rPr>
                <w:noProof/>
                <w:webHidden/>
              </w:rPr>
              <w:fldChar w:fldCharType="end"/>
            </w:r>
          </w:hyperlink>
        </w:p>
        <w:p w14:paraId="1D53970B" w14:textId="512ED8C0" w:rsidR="00A333DB" w:rsidRDefault="00A333DB">
          <w:pPr>
            <w:pStyle w:val="Innehll2"/>
            <w:tabs>
              <w:tab w:val="right" w:leader="dot" w:pos="9062"/>
            </w:tabs>
            <w:rPr>
              <w:rFonts w:asciiTheme="minorHAnsi" w:hAnsiTheme="minorHAnsi"/>
              <w:noProof/>
              <w:kern w:val="2"/>
              <w:sz w:val="24"/>
              <w:szCs w:val="24"/>
              <w:lang w:val="sv-SE" w:eastAsia="sv-SE"/>
              <w14:ligatures w14:val="standardContextual"/>
            </w:rPr>
          </w:pPr>
          <w:hyperlink w:anchor="_Toc231983543" w:history="1">
            <w:r w:rsidRPr="005A762D">
              <w:rPr>
                <w:rStyle w:val="Hyperlnk"/>
                <w:noProof/>
                <w:lang w:val="sv-SE"/>
              </w:rPr>
              <w:t>Utbetalning och villkor</w:t>
            </w:r>
            <w:r>
              <w:rPr>
                <w:noProof/>
                <w:webHidden/>
              </w:rPr>
              <w:tab/>
            </w:r>
            <w:r>
              <w:rPr>
                <w:noProof/>
                <w:webHidden/>
              </w:rPr>
              <w:fldChar w:fldCharType="begin"/>
            </w:r>
            <w:r>
              <w:rPr>
                <w:noProof/>
                <w:webHidden/>
              </w:rPr>
              <w:instrText xml:space="preserve"> PAGEREF _Toc231983543 \h </w:instrText>
            </w:r>
            <w:r>
              <w:rPr>
                <w:noProof/>
                <w:webHidden/>
              </w:rPr>
            </w:r>
            <w:r>
              <w:rPr>
                <w:noProof/>
                <w:webHidden/>
              </w:rPr>
              <w:fldChar w:fldCharType="separate"/>
            </w:r>
            <w:r w:rsidR="008F7927">
              <w:rPr>
                <w:noProof/>
                <w:webHidden/>
              </w:rPr>
              <w:t>13</w:t>
            </w:r>
            <w:r>
              <w:rPr>
                <w:noProof/>
                <w:webHidden/>
              </w:rPr>
              <w:fldChar w:fldCharType="end"/>
            </w:r>
          </w:hyperlink>
        </w:p>
        <w:p w14:paraId="2AD638E5" w14:textId="24DEF92E" w:rsidR="00A333DB" w:rsidRDefault="00A333DB">
          <w:pPr>
            <w:pStyle w:val="Innehll2"/>
            <w:tabs>
              <w:tab w:val="right" w:leader="dot" w:pos="9062"/>
            </w:tabs>
            <w:rPr>
              <w:rFonts w:asciiTheme="minorHAnsi" w:hAnsiTheme="minorHAnsi"/>
              <w:noProof/>
              <w:kern w:val="2"/>
              <w:sz w:val="24"/>
              <w:szCs w:val="24"/>
              <w:lang w:val="sv-SE" w:eastAsia="sv-SE"/>
              <w14:ligatures w14:val="standardContextual"/>
            </w:rPr>
          </w:pPr>
          <w:hyperlink w:anchor="_Toc231983544" w:history="1">
            <w:r w:rsidRPr="005A762D">
              <w:rPr>
                <w:rStyle w:val="Hyperlnk"/>
                <w:noProof/>
                <w:lang w:val="sv-SE"/>
              </w:rPr>
              <w:t>Deadline för ansökan</w:t>
            </w:r>
            <w:r>
              <w:rPr>
                <w:noProof/>
                <w:webHidden/>
              </w:rPr>
              <w:tab/>
            </w:r>
            <w:r>
              <w:rPr>
                <w:noProof/>
                <w:webHidden/>
              </w:rPr>
              <w:fldChar w:fldCharType="begin"/>
            </w:r>
            <w:r>
              <w:rPr>
                <w:noProof/>
                <w:webHidden/>
              </w:rPr>
              <w:instrText xml:space="preserve"> PAGEREF _Toc231983544 \h </w:instrText>
            </w:r>
            <w:r>
              <w:rPr>
                <w:noProof/>
                <w:webHidden/>
              </w:rPr>
            </w:r>
            <w:r>
              <w:rPr>
                <w:noProof/>
                <w:webHidden/>
              </w:rPr>
              <w:fldChar w:fldCharType="separate"/>
            </w:r>
            <w:r w:rsidR="008F7927">
              <w:rPr>
                <w:noProof/>
                <w:webHidden/>
              </w:rPr>
              <w:t>13</w:t>
            </w:r>
            <w:r>
              <w:rPr>
                <w:noProof/>
                <w:webHidden/>
              </w:rPr>
              <w:fldChar w:fldCharType="end"/>
            </w:r>
          </w:hyperlink>
        </w:p>
        <w:p w14:paraId="77516FFF" w14:textId="33B104B4" w:rsidR="00A333DB" w:rsidRDefault="00A333DB">
          <w:pPr>
            <w:pStyle w:val="Innehll1"/>
            <w:rPr>
              <w:rFonts w:asciiTheme="minorHAnsi" w:eastAsiaTheme="minorEastAsia" w:hAnsiTheme="minorHAnsi" w:cstheme="minorBidi"/>
              <w:b w:val="0"/>
              <w:kern w:val="2"/>
              <w:sz w:val="24"/>
              <w:szCs w:val="24"/>
              <w:lang w:eastAsia="sv-SE"/>
              <w14:ligatures w14:val="standardContextual"/>
            </w:rPr>
          </w:pPr>
          <w:hyperlink w:anchor="_Toc231983545" w:history="1">
            <w:r w:rsidRPr="005A762D">
              <w:rPr>
                <w:rStyle w:val="Hyperlnk"/>
              </w:rPr>
              <w:t>Anmälningsblankett gruppresa</w:t>
            </w:r>
            <w:r>
              <w:rPr>
                <w:webHidden/>
              </w:rPr>
              <w:tab/>
            </w:r>
            <w:r>
              <w:rPr>
                <w:webHidden/>
              </w:rPr>
              <w:fldChar w:fldCharType="begin"/>
            </w:r>
            <w:r>
              <w:rPr>
                <w:webHidden/>
              </w:rPr>
              <w:instrText xml:space="preserve"> PAGEREF _Toc231983545 \h </w:instrText>
            </w:r>
            <w:r>
              <w:rPr>
                <w:webHidden/>
              </w:rPr>
            </w:r>
            <w:r>
              <w:rPr>
                <w:webHidden/>
              </w:rPr>
              <w:fldChar w:fldCharType="separate"/>
            </w:r>
            <w:r w:rsidR="008F7927">
              <w:rPr>
                <w:webHidden/>
              </w:rPr>
              <w:t>14</w:t>
            </w:r>
            <w:r>
              <w:rPr>
                <w:webHidden/>
              </w:rPr>
              <w:fldChar w:fldCharType="end"/>
            </w:r>
          </w:hyperlink>
        </w:p>
        <w:p w14:paraId="52899F3D" w14:textId="0A427C6E" w:rsidR="0058619D" w:rsidRDefault="0058619D">
          <w:r>
            <w:rPr>
              <w:b/>
              <w:bCs/>
            </w:rPr>
            <w:fldChar w:fldCharType="end"/>
          </w:r>
        </w:p>
      </w:sdtContent>
    </w:sdt>
    <w:p w14:paraId="0D42FC7E" w14:textId="77777777" w:rsidR="00EA0DCF" w:rsidRDefault="00EA0DCF">
      <w:pPr>
        <w:rPr>
          <w:rFonts w:ascii="Arial" w:eastAsiaTheme="majorEastAsia" w:hAnsi="Arial" w:cs="Arial"/>
          <w:b/>
          <w:bCs/>
          <w:color w:val="4F81BD" w:themeColor="accent1"/>
          <w:sz w:val="36"/>
          <w:szCs w:val="36"/>
          <w:lang w:val="sv-SE"/>
        </w:rPr>
      </w:pPr>
      <w:r>
        <w:rPr>
          <w:rFonts w:ascii="Arial" w:hAnsi="Arial" w:cs="Arial"/>
          <w:sz w:val="36"/>
          <w:szCs w:val="36"/>
          <w:lang w:val="sv-SE"/>
        </w:rPr>
        <w:br w:type="page"/>
      </w:r>
    </w:p>
    <w:p w14:paraId="6FFCF86F" w14:textId="784BC149" w:rsidR="00B12D85" w:rsidRPr="00341468" w:rsidRDefault="00B12D85" w:rsidP="0058619D">
      <w:pPr>
        <w:pStyle w:val="Rubrik1"/>
        <w:rPr>
          <w:lang w:val="sv-SE"/>
        </w:rPr>
      </w:pPr>
      <w:bookmarkStart w:id="4" w:name="_Toc231983524"/>
      <w:r w:rsidRPr="00341468">
        <w:rPr>
          <w:lang w:val="sv-SE"/>
        </w:rPr>
        <w:lastRenderedPageBreak/>
        <w:t xml:space="preserve">Så fungerar SRF </w:t>
      </w:r>
      <w:proofErr w:type="spellStart"/>
      <w:r w:rsidRPr="00341468">
        <w:rPr>
          <w:lang w:val="sv-SE"/>
        </w:rPr>
        <w:t>Go:s</w:t>
      </w:r>
      <w:proofErr w:type="spellEnd"/>
      <w:r w:rsidRPr="00341468">
        <w:rPr>
          <w:lang w:val="sv-SE"/>
        </w:rPr>
        <w:t xml:space="preserve"> gruppresor</w:t>
      </w:r>
      <w:bookmarkEnd w:id="3"/>
      <w:bookmarkEnd w:id="4"/>
    </w:p>
    <w:p w14:paraId="336AF42F" w14:textId="77777777" w:rsidR="00014DF7" w:rsidRDefault="00B12D85" w:rsidP="000E56A7">
      <w:pPr>
        <w:rPr>
          <w:lang w:val="sv-SE"/>
        </w:rPr>
      </w:pPr>
      <w:r w:rsidRPr="00B12D85">
        <w:rPr>
          <w:rFonts w:ascii="Arial" w:hAnsi="Arial" w:cs="Arial"/>
          <w:sz w:val="28"/>
          <w:szCs w:val="28"/>
          <w:lang w:val="sv-SE"/>
        </w:rPr>
        <w:t xml:space="preserve">Att delta i SRF </w:t>
      </w:r>
      <w:proofErr w:type="spellStart"/>
      <w:r w:rsidRPr="00B12D85">
        <w:rPr>
          <w:rFonts w:ascii="Arial" w:hAnsi="Arial" w:cs="Arial"/>
          <w:sz w:val="28"/>
          <w:szCs w:val="28"/>
          <w:lang w:val="sv-SE"/>
        </w:rPr>
        <w:t>Go:s</w:t>
      </w:r>
      <w:proofErr w:type="spellEnd"/>
      <w:r w:rsidRPr="00B12D85">
        <w:rPr>
          <w:rFonts w:ascii="Arial" w:hAnsi="Arial" w:cs="Arial"/>
          <w:sz w:val="28"/>
          <w:szCs w:val="28"/>
          <w:lang w:val="sv-SE"/>
        </w:rPr>
        <w:t xml:space="preserve"> gruppresor är en exklusiv medlemsförmån för dig som är synskadad och medlem i Synskadades Riksförbund.</w:t>
      </w:r>
      <w:r w:rsidR="00014DF7">
        <w:rPr>
          <w:lang w:val="sv-SE"/>
        </w:rPr>
        <w:t xml:space="preserve">  </w:t>
      </w:r>
      <w:r w:rsidRPr="00B12D85">
        <w:rPr>
          <w:rFonts w:ascii="Arial" w:hAnsi="Arial" w:cs="Arial"/>
          <w:sz w:val="28"/>
          <w:szCs w:val="28"/>
          <w:lang w:val="sv-SE"/>
        </w:rPr>
        <w:t xml:space="preserve">Du betalar själv för din resa, </w:t>
      </w:r>
      <w:r w:rsidR="00014DF7" w:rsidRPr="00014DF7">
        <w:rPr>
          <w:rFonts w:ascii="Arial" w:hAnsi="Arial" w:cs="Arial"/>
          <w:sz w:val="28"/>
          <w:szCs w:val="28"/>
          <w:lang w:val="sv-SE"/>
        </w:rPr>
        <w:t>medan SRF Go tillhandahåller och bekostar ledsagare för personer som annars inte skulle kunna resa på egen hand.</w:t>
      </w:r>
      <w:r w:rsidR="00014DF7">
        <w:rPr>
          <w:lang w:val="sv-SE"/>
        </w:rPr>
        <w:t xml:space="preserve"> </w:t>
      </w:r>
    </w:p>
    <w:p w14:paraId="2E2404A3" w14:textId="29267A74" w:rsidR="00B12D85" w:rsidRPr="00014DF7" w:rsidRDefault="00B12D85" w:rsidP="000E56A7">
      <w:pPr>
        <w:rPr>
          <w:rFonts w:ascii="Arial" w:hAnsi="Arial" w:cs="Arial"/>
          <w:sz w:val="28"/>
          <w:szCs w:val="28"/>
          <w:lang w:val="sv-SE"/>
        </w:rPr>
      </w:pPr>
      <w:r w:rsidRPr="00B12D85">
        <w:rPr>
          <w:rFonts w:ascii="Arial" w:hAnsi="Arial" w:cs="Arial"/>
          <w:sz w:val="28"/>
          <w:szCs w:val="28"/>
          <w:lang w:val="sv-SE"/>
        </w:rPr>
        <w:t xml:space="preserve">Priserna i katalogen är cirka-priser och kan ändras beroende på resebolagens villkor. Reseutbudet påverkas av ökade kostnader i resebranschen. </w:t>
      </w:r>
      <w:r w:rsidRPr="00B12D85">
        <w:rPr>
          <w:rFonts w:ascii="Arial" w:eastAsia="Times New Roman" w:hAnsi="Arial" w:cs="Arial"/>
          <w:sz w:val="28"/>
          <w:szCs w:val="28"/>
          <w:lang w:val="sv-SE" w:eastAsia="sv-SE"/>
        </w:rPr>
        <w:t xml:space="preserve">Vi reserverar oss för eventuella förändringar utanför vår kontroll. </w:t>
      </w:r>
      <w:r w:rsidRPr="00B12D85">
        <w:rPr>
          <w:rFonts w:ascii="Arial" w:hAnsi="Arial" w:cs="Arial"/>
          <w:sz w:val="28"/>
          <w:szCs w:val="28"/>
          <w:lang w:val="sv-SE"/>
        </w:rPr>
        <w:t xml:space="preserve">För att kunna erbjuda den bästa möjliga upplevelsen till ett rimligt pris, kan vissa gruppresor vara förlagda utanför högsäsong, innebära alternativa boendealternativ och så vidare. Men vi strävar alltid efter att hålla priserna så låga som möjligt utan att kompromissa med kvaliteten på upplevelsen. </w:t>
      </w:r>
    </w:p>
    <w:p w14:paraId="36D2AC5E" w14:textId="77777777" w:rsidR="00B12D85" w:rsidRPr="00B12D85" w:rsidRDefault="00B12D85" w:rsidP="000E56A7">
      <w:pPr>
        <w:spacing w:after="0"/>
        <w:rPr>
          <w:rFonts w:ascii="Arial" w:hAnsi="Arial" w:cs="Arial"/>
          <w:sz w:val="28"/>
          <w:szCs w:val="28"/>
          <w:lang w:val="sv-SE"/>
        </w:rPr>
      </w:pPr>
      <w:r w:rsidRPr="00B12D85">
        <w:rPr>
          <w:rFonts w:ascii="Arial" w:hAnsi="Arial" w:cs="Arial"/>
          <w:sz w:val="28"/>
          <w:szCs w:val="28"/>
          <w:lang w:val="sv-SE"/>
        </w:rPr>
        <w:t>För att ge fler möjlighet att följa med gäller följande:</w:t>
      </w:r>
    </w:p>
    <w:p w14:paraId="4B2B731B" w14:textId="77777777" w:rsidR="00B12D85" w:rsidRPr="00B12D85" w:rsidRDefault="00B12D85" w:rsidP="000E56A7">
      <w:pPr>
        <w:numPr>
          <w:ilvl w:val="0"/>
          <w:numId w:val="39"/>
        </w:numPr>
        <w:spacing w:after="0"/>
        <w:contextualSpacing/>
        <w:rPr>
          <w:rFonts w:ascii="Arial" w:hAnsi="Arial" w:cs="Arial"/>
          <w:sz w:val="28"/>
          <w:szCs w:val="28"/>
          <w:lang w:val="sv-SE"/>
        </w:rPr>
      </w:pPr>
      <w:r w:rsidRPr="00B12D85">
        <w:rPr>
          <w:rFonts w:ascii="Arial" w:hAnsi="Arial" w:cs="Arial"/>
          <w:sz w:val="28"/>
          <w:szCs w:val="28"/>
          <w:lang w:val="sv-SE"/>
        </w:rPr>
        <w:t>Du kan delta i max en lång och en kort resa per katalog, men kan anmäla dig till flera.</w:t>
      </w:r>
    </w:p>
    <w:p w14:paraId="5CEBAE4B" w14:textId="77777777" w:rsidR="00B12D85" w:rsidRDefault="00B12D85" w:rsidP="000E56A7">
      <w:pPr>
        <w:numPr>
          <w:ilvl w:val="0"/>
          <w:numId w:val="39"/>
        </w:numPr>
        <w:contextualSpacing/>
        <w:rPr>
          <w:rFonts w:ascii="Arial" w:hAnsi="Arial" w:cs="Arial"/>
          <w:sz w:val="28"/>
          <w:szCs w:val="28"/>
          <w:lang w:val="sv-SE"/>
        </w:rPr>
      </w:pPr>
      <w:r w:rsidRPr="00B12D85">
        <w:rPr>
          <w:rFonts w:ascii="Arial" w:hAnsi="Arial" w:cs="Arial"/>
          <w:sz w:val="28"/>
          <w:szCs w:val="28"/>
          <w:lang w:val="sv-SE"/>
        </w:rPr>
        <w:t>En seende vän eller anhörig kan följa med som privat ledsagare om plats finns, men betalar då själv för sin resa.</w:t>
      </w:r>
    </w:p>
    <w:p w14:paraId="0A071F7A" w14:textId="77777777" w:rsidR="00AD2A36" w:rsidRPr="00B12D85" w:rsidRDefault="00AD2A36" w:rsidP="00AD2A36">
      <w:pPr>
        <w:spacing w:line="240" w:lineRule="auto"/>
        <w:ind w:left="720"/>
        <w:contextualSpacing/>
        <w:rPr>
          <w:rFonts w:ascii="Arial" w:hAnsi="Arial" w:cs="Arial"/>
          <w:sz w:val="28"/>
          <w:szCs w:val="28"/>
          <w:lang w:val="sv-SE"/>
        </w:rPr>
      </w:pPr>
    </w:p>
    <w:p w14:paraId="588A6B21" w14:textId="77777777" w:rsidR="00B12D85" w:rsidRPr="00341468" w:rsidRDefault="00B12D85" w:rsidP="0058619D">
      <w:pPr>
        <w:pStyle w:val="Rubrik2"/>
        <w:rPr>
          <w:lang w:val="sv-SE"/>
        </w:rPr>
      </w:pPr>
      <w:bookmarkStart w:id="5" w:name="_Toc198883911"/>
      <w:bookmarkStart w:id="6" w:name="_Toc231983525"/>
      <w:r w:rsidRPr="00341468">
        <w:rPr>
          <w:lang w:val="sv-SE"/>
        </w:rPr>
        <w:t>Anmälan</w:t>
      </w:r>
      <w:bookmarkEnd w:id="5"/>
      <w:bookmarkEnd w:id="6"/>
    </w:p>
    <w:p w14:paraId="6BE46F3D" w14:textId="5A892041" w:rsidR="00FA5674" w:rsidRDefault="00B12D85" w:rsidP="000E56A7">
      <w:pPr>
        <w:rPr>
          <w:color w:val="EE0000"/>
          <w:sz w:val="28"/>
          <w:szCs w:val="28"/>
          <w:lang w:val="sv-SE"/>
        </w:rPr>
      </w:pPr>
      <w:r w:rsidRPr="00B12D85">
        <w:rPr>
          <w:rFonts w:ascii="Arial" w:hAnsi="Arial" w:cs="Arial"/>
          <w:sz w:val="28"/>
          <w:szCs w:val="28"/>
          <w:lang w:val="sv-SE"/>
        </w:rPr>
        <w:t xml:space="preserve">Om du vill anmäla dig till en av våra gruppresor gör du det </w:t>
      </w:r>
      <w:r w:rsidRPr="00B8326B">
        <w:rPr>
          <w:rFonts w:ascii="Arial" w:hAnsi="Arial" w:cs="Arial"/>
          <w:b/>
          <w:bCs/>
          <w:color w:val="000000" w:themeColor="text1"/>
          <w:sz w:val="28"/>
          <w:szCs w:val="28"/>
          <w:lang w:val="sv-SE"/>
        </w:rPr>
        <w:t xml:space="preserve">senast den </w:t>
      </w:r>
      <w:r w:rsidR="00B8326B" w:rsidRPr="00B8326B">
        <w:rPr>
          <w:rFonts w:ascii="Arial" w:hAnsi="Arial" w:cs="Arial"/>
          <w:b/>
          <w:bCs/>
          <w:color w:val="000000" w:themeColor="text1"/>
          <w:sz w:val="28"/>
          <w:szCs w:val="28"/>
          <w:lang w:val="sv-SE"/>
        </w:rPr>
        <w:t>17 juli 2026</w:t>
      </w:r>
      <w:r w:rsidR="00B8326B">
        <w:rPr>
          <w:rFonts w:ascii="Arial" w:hAnsi="Arial" w:cs="Arial"/>
          <w:b/>
          <w:bCs/>
          <w:color w:val="000000" w:themeColor="text1"/>
          <w:sz w:val="28"/>
          <w:szCs w:val="28"/>
          <w:lang w:val="sv-SE"/>
        </w:rPr>
        <w:t xml:space="preserve">. </w:t>
      </w:r>
      <w:r w:rsidRPr="00B12D85">
        <w:rPr>
          <w:rFonts w:ascii="Arial" w:hAnsi="Arial" w:cs="Arial"/>
          <w:sz w:val="28"/>
          <w:szCs w:val="28"/>
          <w:lang w:val="sv-SE"/>
        </w:rPr>
        <w:t>Vi vill gärna att du använder standardformuläret som finns på vår hemsida</w:t>
      </w:r>
      <w:r w:rsidR="00FA5674">
        <w:rPr>
          <w:rFonts w:ascii="Arial" w:hAnsi="Arial" w:cs="Arial"/>
          <w:sz w:val="28"/>
          <w:szCs w:val="28"/>
          <w:lang w:val="sv-SE"/>
        </w:rPr>
        <w:t xml:space="preserve">. </w:t>
      </w:r>
      <w:r w:rsidR="00FA5674" w:rsidRPr="009D3949">
        <w:rPr>
          <w:rFonts w:ascii="Arial" w:hAnsi="Arial" w:cs="Arial"/>
          <w:color w:val="000000" w:themeColor="text1"/>
          <w:sz w:val="28"/>
          <w:szCs w:val="28"/>
          <w:lang w:val="sv-SE"/>
        </w:rPr>
        <w:t xml:space="preserve">Om du av någon anledning inte kan göra det, fyller du </w:t>
      </w:r>
      <w:proofErr w:type="gramStart"/>
      <w:r w:rsidR="00FA5674" w:rsidRPr="009D3949">
        <w:rPr>
          <w:rFonts w:ascii="Arial" w:hAnsi="Arial" w:cs="Arial"/>
          <w:color w:val="000000" w:themeColor="text1"/>
          <w:sz w:val="28"/>
          <w:szCs w:val="28"/>
          <w:lang w:val="sv-SE"/>
        </w:rPr>
        <w:t>istället</w:t>
      </w:r>
      <w:proofErr w:type="gramEnd"/>
      <w:r w:rsidR="00FA5674" w:rsidRPr="009D3949">
        <w:rPr>
          <w:rFonts w:ascii="Arial" w:hAnsi="Arial" w:cs="Arial"/>
          <w:color w:val="000000" w:themeColor="text1"/>
          <w:sz w:val="28"/>
          <w:szCs w:val="28"/>
          <w:lang w:val="sv-SE"/>
        </w:rPr>
        <w:t xml:space="preserve"> i ansökningsblanketten som finns på sista sidan i resekatalogen och skickar den till oss med vanlig post.</w:t>
      </w:r>
      <w:r w:rsidR="00FA5674" w:rsidRPr="009D3949">
        <w:rPr>
          <w:color w:val="000000" w:themeColor="text1"/>
          <w:sz w:val="28"/>
          <w:szCs w:val="28"/>
          <w:lang w:val="sv-SE"/>
        </w:rPr>
        <w:t xml:space="preserve"> </w:t>
      </w:r>
    </w:p>
    <w:p w14:paraId="230A2F4E" w14:textId="6427F4BA" w:rsidR="00B12D85" w:rsidRPr="00B12D85" w:rsidRDefault="00B12D85" w:rsidP="000E56A7">
      <w:pPr>
        <w:spacing w:after="0"/>
        <w:rPr>
          <w:rFonts w:ascii="Arial" w:hAnsi="Arial" w:cs="Arial"/>
          <w:sz w:val="28"/>
          <w:szCs w:val="28"/>
          <w:lang w:val="sv-SE"/>
        </w:rPr>
      </w:pPr>
      <w:r w:rsidRPr="00B12D85">
        <w:rPr>
          <w:rFonts w:ascii="Arial" w:hAnsi="Arial" w:cs="Arial"/>
          <w:sz w:val="28"/>
          <w:szCs w:val="28"/>
          <w:lang w:val="sv-SE"/>
        </w:rPr>
        <w:t>Det är viktigt att du tänker på följande när du anmäler dig till gruppresan:</w:t>
      </w:r>
    </w:p>
    <w:p w14:paraId="58C58E57" w14:textId="77777777" w:rsidR="00B12D85" w:rsidRPr="00B12D85" w:rsidRDefault="00B12D85" w:rsidP="000E56A7">
      <w:pPr>
        <w:numPr>
          <w:ilvl w:val="0"/>
          <w:numId w:val="24"/>
        </w:numPr>
        <w:spacing w:after="0"/>
        <w:contextualSpacing/>
        <w:rPr>
          <w:rFonts w:ascii="Arial" w:hAnsi="Arial" w:cs="Arial"/>
          <w:sz w:val="28"/>
          <w:szCs w:val="28"/>
          <w:lang w:val="sv-SE"/>
        </w:rPr>
      </w:pPr>
      <w:r w:rsidRPr="00B12D85">
        <w:rPr>
          <w:rFonts w:ascii="Arial" w:hAnsi="Arial" w:cs="Arial"/>
          <w:sz w:val="28"/>
          <w:szCs w:val="28"/>
          <w:lang w:val="sv-SE"/>
        </w:rPr>
        <w:t>Använd ditt fullständiga namn och personnummer som det står i din resehandling.</w:t>
      </w:r>
    </w:p>
    <w:p w14:paraId="2DF272A1" w14:textId="77777777" w:rsidR="00B12D85" w:rsidRPr="00B12D85" w:rsidRDefault="00B12D85" w:rsidP="000E56A7">
      <w:pPr>
        <w:numPr>
          <w:ilvl w:val="0"/>
          <w:numId w:val="24"/>
        </w:numPr>
        <w:contextualSpacing/>
        <w:rPr>
          <w:rFonts w:ascii="Arial" w:hAnsi="Arial" w:cs="Arial"/>
          <w:sz w:val="28"/>
          <w:szCs w:val="28"/>
          <w:lang w:val="sv-SE"/>
        </w:rPr>
      </w:pPr>
      <w:r w:rsidRPr="00B12D85">
        <w:rPr>
          <w:rFonts w:ascii="Arial" w:hAnsi="Arial" w:cs="Arial"/>
          <w:sz w:val="28"/>
          <w:szCs w:val="28"/>
          <w:lang w:val="sv-SE"/>
        </w:rPr>
        <w:t>Meddela alltid hälsotillstånd och särskilda behov.</w:t>
      </w:r>
    </w:p>
    <w:p w14:paraId="492447DB" w14:textId="77777777" w:rsidR="00B12D85" w:rsidRPr="00B12D85" w:rsidRDefault="00B12D85" w:rsidP="000E56A7">
      <w:pPr>
        <w:numPr>
          <w:ilvl w:val="0"/>
          <w:numId w:val="24"/>
        </w:numPr>
        <w:contextualSpacing/>
        <w:rPr>
          <w:rFonts w:ascii="Arial" w:hAnsi="Arial" w:cs="Arial"/>
          <w:sz w:val="28"/>
          <w:szCs w:val="28"/>
          <w:lang w:val="sv-SE"/>
        </w:rPr>
      </w:pPr>
      <w:r w:rsidRPr="00B12D85">
        <w:rPr>
          <w:rFonts w:ascii="Arial" w:hAnsi="Arial" w:cs="Arial"/>
          <w:sz w:val="28"/>
          <w:szCs w:val="28"/>
          <w:lang w:val="sv-SE"/>
        </w:rPr>
        <w:t>Ange om du behöver ta med dig ledarhund.</w:t>
      </w:r>
    </w:p>
    <w:p w14:paraId="0FE56D56" w14:textId="77777777" w:rsidR="00B12D85" w:rsidRDefault="00B12D85" w:rsidP="000E56A7">
      <w:pPr>
        <w:numPr>
          <w:ilvl w:val="0"/>
          <w:numId w:val="24"/>
        </w:numPr>
        <w:contextualSpacing/>
        <w:rPr>
          <w:rFonts w:ascii="Arial" w:hAnsi="Arial" w:cs="Arial"/>
          <w:sz w:val="28"/>
          <w:szCs w:val="28"/>
          <w:lang w:val="sv-SE"/>
        </w:rPr>
      </w:pPr>
      <w:r w:rsidRPr="00B12D85">
        <w:rPr>
          <w:rFonts w:ascii="Arial" w:hAnsi="Arial" w:cs="Arial"/>
          <w:sz w:val="28"/>
          <w:szCs w:val="28"/>
          <w:lang w:val="sv-SE"/>
        </w:rPr>
        <w:t xml:space="preserve">Meddela om det är din första resa med SRF Go </w:t>
      </w:r>
      <w:r w:rsidRPr="00B12D85">
        <w:rPr>
          <w:rFonts w:ascii="Arial" w:eastAsia="Times New Roman" w:hAnsi="Arial" w:cs="Arial"/>
          <w:sz w:val="28"/>
          <w:szCs w:val="28"/>
          <w:lang w:val="sv-SE" w:eastAsia="sv-SE"/>
        </w:rPr>
        <w:t>–</w:t>
      </w:r>
      <w:r w:rsidRPr="00B12D85">
        <w:rPr>
          <w:rFonts w:ascii="Arial" w:hAnsi="Arial" w:cs="Arial"/>
          <w:sz w:val="28"/>
          <w:szCs w:val="28"/>
          <w:lang w:val="sv-SE"/>
        </w:rPr>
        <w:t>förstagångsresenärer får förtur.</w:t>
      </w:r>
    </w:p>
    <w:p w14:paraId="5B1AB6A7" w14:textId="77777777" w:rsidR="00E05AEF" w:rsidRPr="00497BC4" w:rsidRDefault="00E05AEF" w:rsidP="00E05AEF">
      <w:pPr>
        <w:spacing w:line="240" w:lineRule="auto"/>
        <w:ind w:left="720"/>
        <w:contextualSpacing/>
        <w:rPr>
          <w:rFonts w:ascii="Arial" w:hAnsi="Arial" w:cs="Arial"/>
          <w:color w:val="FF0000"/>
          <w:sz w:val="28"/>
          <w:szCs w:val="28"/>
          <w:lang w:val="sv-SE"/>
        </w:rPr>
      </w:pPr>
    </w:p>
    <w:p w14:paraId="3E97E1B6" w14:textId="03935A71" w:rsidR="0093109B" w:rsidRPr="00B8326B" w:rsidRDefault="00B12D85" w:rsidP="00B12D85">
      <w:pPr>
        <w:spacing w:line="240" w:lineRule="auto"/>
        <w:rPr>
          <w:rFonts w:ascii="Arial" w:hAnsi="Arial" w:cs="Arial"/>
          <w:b/>
          <w:bCs/>
          <w:color w:val="000000" w:themeColor="text1"/>
          <w:sz w:val="28"/>
          <w:szCs w:val="28"/>
          <w:lang w:val="sv-SE"/>
        </w:rPr>
      </w:pPr>
      <w:r w:rsidRPr="00B8326B">
        <w:rPr>
          <w:rFonts w:ascii="Arial" w:hAnsi="Arial" w:cs="Arial"/>
          <w:b/>
          <w:bCs/>
          <w:color w:val="000000" w:themeColor="text1"/>
          <w:sz w:val="28"/>
          <w:szCs w:val="28"/>
          <w:lang w:val="sv-SE"/>
        </w:rPr>
        <w:t xml:space="preserve">Efter den </w:t>
      </w:r>
      <w:r w:rsidR="00B8326B" w:rsidRPr="00B8326B">
        <w:rPr>
          <w:rFonts w:ascii="Arial" w:hAnsi="Arial" w:cs="Arial"/>
          <w:b/>
          <w:bCs/>
          <w:color w:val="000000" w:themeColor="text1"/>
          <w:sz w:val="28"/>
          <w:szCs w:val="28"/>
          <w:lang w:val="sv-SE"/>
        </w:rPr>
        <w:t xml:space="preserve">17 juli 2026 </w:t>
      </w:r>
      <w:r w:rsidRPr="00B8326B">
        <w:rPr>
          <w:rFonts w:ascii="Arial" w:hAnsi="Arial" w:cs="Arial"/>
          <w:b/>
          <w:bCs/>
          <w:color w:val="000000" w:themeColor="text1"/>
          <w:sz w:val="28"/>
          <w:szCs w:val="28"/>
          <w:lang w:val="sv-SE"/>
        </w:rPr>
        <w:t>kan du anmäla dig till reservlistan.</w:t>
      </w:r>
    </w:p>
    <w:p w14:paraId="3EBEB9A0" w14:textId="0CF7C7C4" w:rsidR="00B12D85" w:rsidRPr="00341468" w:rsidRDefault="00B12D85" w:rsidP="0058619D">
      <w:pPr>
        <w:pStyle w:val="Rubrik2"/>
        <w:rPr>
          <w:lang w:val="sv-SE"/>
        </w:rPr>
      </w:pPr>
      <w:bookmarkStart w:id="7" w:name="_Toc198883912"/>
      <w:bookmarkStart w:id="8" w:name="_Toc231983526"/>
      <w:r w:rsidRPr="00341468">
        <w:rPr>
          <w:lang w:val="sv-SE"/>
        </w:rPr>
        <w:lastRenderedPageBreak/>
        <w:t>Lottning och reservlista</w:t>
      </w:r>
      <w:bookmarkEnd w:id="7"/>
      <w:bookmarkEnd w:id="8"/>
    </w:p>
    <w:p w14:paraId="7A6DFA19" w14:textId="06E77F84" w:rsidR="0078234C" w:rsidRDefault="00B12D85" w:rsidP="00B12D85">
      <w:pPr>
        <w:spacing w:line="240" w:lineRule="auto"/>
        <w:rPr>
          <w:rFonts w:ascii="Arial" w:hAnsi="Arial" w:cs="Arial"/>
          <w:color w:val="EE0000"/>
          <w:sz w:val="28"/>
          <w:szCs w:val="28"/>
          <w:lang w:val="sv-SE"/>
        </w:rPr>
      </w:pPr>
      <w:r w:rsidRPr="00B12D85">
        <w:rPr>
          <w:rFonts w:ascii="Arial" w:hAnsi="Arial" w:cs="Arial"/>
          <w:sz w:val="28"/>
          <w:szCs w:val="28"/>
          <w:lang w:val="sv-SE"/>
        </w:rPr>
        <w:t xml:space="preserve">Efter sista anmälningsdag sker lottning med hjälp av ett datorprogram. </w:t>
      </w:r>
      <w:r w:rsidR="0078234C" w:rsidRPr="009D3949">
        <w:rPr>
          <w:rFonts w:ascii="Arial" w:hAnsi="Arial" w:cs="Arial"/>
          <w:color w:val="000000" w:themeColor="text1"/>
          <w:sz w:val="28"/>
          <w:szCs w:val="28"/>
          <w:lang w:val="sv-SE"/>
        </w:rPr>
        <w:t xml:space="preserve">Resultatet av lottningen kommer att meddelas </w:t>
      </w:r>
      <w:r w:rsidR="0078234C" w:rsidRPr="00383B90">
        <w:rPr>
          <w:rFonts w:ascii="Arial" w:hAnsi="Arial" w:cs="Arial"/>
          <w:b/>
          <w:bCs/>
          <w:color w:val="000000" w:themeColor="text1"/>
          <w:sz w:val="28"/>
          <w:szCs w:val="28"/>
          <w:lang w:val="sv-SE"/>
        </w:rPr>
        <w:t xml:space="preserve">senast den </w:t>
      </w:r>
      <w:r w:rsidR="00383B90" w:rsidRPr="00383B90">
        <w:rPr>
          <w:rFonts w:ascii="Arial" w:hAnsi="Arial" w:cs="Arial"/>
          <w:b/>
          <w:bCs/>
          <w:color w:val="000000" w:themeColor="text1"/>
          <w:sz w:val="28"/>
          <w:szCs w:val="28"/>
          <w:lang w:val="sv-SE"/>
        </w:rPr>
        <w:t>22 juli 2026</w:t>
      </w:r>
    </w:p>
    <w:p w14:paraId="35E40F69" w14:textId="27F1985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Om du får en plats, kontaktar vi dig med mer information. Har du otur och inte får plats hamnar du på reservlistan.</w:t>
      </w:r>
    </w:p>
    <w:p w14:paraId="2F9ADF26" w14:textId="44F4B8D6" w:rsidR="0058619D"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Vid avhopp erbjuds plats till första möjliga reserv med matchande önskemål, exempelvis avgångsort</w:t>
      </w:r>
      <w:r w:rsidR="0078234C">
        <w:rPr>
          <w:rFonts w:ascii="Arial" w:hAnsi="Arial" w:cs="Arial"/>
          <w:sz w:val="28"/>
          <w:szCs w:val="28"/>
          <w:lang w:val="sv-SE"/>
        </w:rPr>
        <w:t>,</w:t>
      </w:r>
      <w:r w:rsidRPr="00B12D85">
        <w:rPr>
          <w:rFonts w:ascii="Arial" w:hAnsi="Arial" w:cs="Arial"/>
          <w:sz w:val="28"/>
          <w:szCs w:val="28"/>
          <w:lang w:val="sv-SE"/>
        </w:rPr>
        <w:t xml:space="preserve"> enkel eller dubbelboende</w:t>
      </w:r>
      <w:r w:rsidR="00D935EE">
        <w:rPr>
          <w:rFonts w:ascii="Arial" w:hAnsi="Arial" w:cs="Arial"/>
          <w:sz w:val="28"/>
          <w:szCs w:val="28"/>
          <w:lang w:val="sv-SE"/>
        </w:rPr>
        <w:t>,</w:t>
      </w:r>
      <w:r w:rsidR="00D935EE" w:rsidRPr="00D935EE">
        <w:rPr>
          <w:lang w:val="sv-SE"/>
        </w:rPr>
        <w:t xml:space="preserve"> </w:t>
      </w:r>
      <w:r w:rsidR="0078234C" w:rsidRPr="009D3949">
        <w:rPr>
          <w:rFonts w:ascii="Arial" w:hAnsi="Arial" w:cs="Arial"/>
          <w:color w:val="000000" w:themeColor="text1"/>
          <w:sz w:val="28"/>
          <w:szCs w:val="28"/>
          <w:lang w:val="sv-SE"/>
        </w:rPr>
        <w:t>och det</w:t>
      </w:r>
      <w:r w:rsidR="00D935EE" w:rsidRPr="009D3949">
        <w:rPr>
          <w:rFonts w:ascii="Arial" w:hAnsi="Arial" w:cs="Arial"/>
          <w:color w:val="000000" w:themeColor="text1"/>
          <w:sz w:val="28"/>
          <w:szCs w:val="28"/>
          <w:lang w:val="sv-SE"/>
        </w:rPr>
        <w:t xml:space="preserve"> kan ske med kort varsel</w:t>
      </w:r>
      <w:r w:rsidRPr="009D3949">
        <w:rPr>
          <w:rFonts w:ascii="Arial" w:hAnsi="Arial" w:cs="Arial"/>
          <w:color w:val="000000" w:themeColor="text1"/>
          <w:sz w:val="28"/>
          <w:szCs w:val="28"/>
          <w:lang w:val="sv-SE"/>
        </w:rPr>
        <w:t xml:space="preserve">. </w:t>
      </w:r>
      <w:r w:rsidRPr="00B12D85">
        <w:rPr>
          <w:rFonts w:ascii="Arial" w:hAnsi="Arial" w:cs="Arial"/>
          <w:sz w:val="28"/>
          <w:szCs w:val="28"/>
          <w:lang w:val="sv-SE"/>
        </w:rPr>
        <w:t>I andra fall gäller turordning.</w:t>
      </w:r>
      <w:r w:rsidR="0058619D">
        <w:rPr>
          <w:rFonts w:ascii="Arial" w:hAnsi="Arial" w:cs="Arial"/>
          <w:sz w:val="28"/>
          <w:szCs w:val="28"/>
          <w:lang w:val="sv-SE"/>
        </w:rPr>
        <w:br/>
      </w:r>
    </w:p>
    <w:p w14:paraId="5B835B15" w14:textId="77777777" w:rsidR="00B12D85" w:rsidRPr="00D96DEA" w:rsidRDefault="00B12D85" w:rsidP="0058619D">
      <w:pPr>
        <w:pStyle w:val="Rubrik2"/>
        <w:rPr>
          <w:lang w:val="sv-SE"/>
        </w:rPr>
      </w:pPr>
      <w:bookmarkStart w:id="9" w:name="_Toc231983527"/>
      <w:r w:rsidRPr="00D96DEA">
        <w:rPr>
          <w:lang w:val="sv-SE"/>
        </w:rPr>
        <w:t>Ditt ansvar som resenär</w:t>
      </w:r>
      <w:bookmarkEnd w:id="9"/>
    </w:p>
    <w:p w14:paraId="1917D039" w14:textId="496D7702" w:rsidR="007B2588" w:rsidRDefault="00B12D85" w:rsidP="000E56A7">
      <w:pPr>
        <w:spacing w:after="0"/>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SRF </w:t>
      </w:r>
      <w:proofErr w:type="spellStart"/>
      <w:r w:rsidRPr="00B12D85">
        <w:rPr>
          <w:rFonts w:ascii="Arial" w:eastAsia="Times New Roman" w:hAnsi="Arial" w:cs="Arial"/>
          <w:sz w:val="28"/>
          <w:szCs w:val="28"/>
          <w:lang w:val="sv-SE" w:eastAsia="sv-SE"/>
        </w:rPr>
        <w:t>Go:s</w:t>
      </w:r>
      <w:proofErr w:type="spellEnd"/>
      <w:r w:rsidRPr="00B12D85">
        <w:rPr>
          <w:rFonts w:ascii="Arial" w:eastAsia="Times New Roman" w:hAnsi="Arial" w:cs="Arial"/>
          <w:sz w:val="28"/>
          <w:szCs w:val="28"/>
          <w:lang w:val="sv-SE" w:eastAsia="sv-SE"/>
        </w:rPr>
        <w:t xml:space="preserve"> mål är att du som synskadad ska kunna resa på likvärdiga villkor. </w:t>
      </w:r>
      <w:bookmarkStart w:id="10" w:name="_Toc198883914"/>
      <w:r w:rsidRPr="00B12D85">
        <w:rPr>
          <w:rFonts w:ascii="Arial" w:eastAsia="Times New Roman" w:hAnsi="Arial" w:cs="Arial"/>
          <w:sz w:val="28"/>
          <w:szCs w:val="28"/>
          <w:lang w:val="sv-SE" w:eastAsia="sv-SE"/>
        </w:rPr>
        <w:t xml:space="preserve">Som resenär förväntas du ta ansvar för din egen hälsa och ditt allmänna välbefinnande. </w:t>
      </w:r>
    </w:p>
    <w:p w14:paraId="63B9175D" w14:textId="77777777" w:rsidR="000E56A7" w:rsidRPr="00B12D85" w:rsidRDefault="000E56A7" w:rsidP="000E56A7">
      <w:pPr>
        <w:spacing w:after="0"/>
        <w:rPr>
          <w:rFonts w:ascii="Arial" w:eastAsia="Times New Roman" w:hAnsi="Arial" w:cs="Arial"/>
          <w:sz w:val="28"/>
          <w:szCs w:val="28"/>
          <w:lang w:val="sv-SE" w:eastAsia="sv-SE"/>
        </w:rPr>
      </w:pPr>
    </w:p>
    <w:p w14:paraId="74052229" w14:textId="4E092FD5" w:rsidR="00E64ED4" w:rsidRPr="00E64ED4" w:rsidRDefault="00B12D85" w:rsidP="000E56A7">
      <w:pPr>
        <w:spacing w:after="0"/>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Du ansvarar också för praktiska uppgifter som packning, hantering av ditt bagage och liknande. Det är viktigt att du är i tillräckligt god hälsa för att kunna genomföra resan. Om du är sjuk, vänligen avstå från att resa.</w:t>
      </w:r>
    </w:p>
    <w:p w14:paraId="6720B8FA" w14:textId="42977BD2" w:rsidR="00B14B58" w:rsidRDefault="00B12D85" w:rsidP="000E56A7">
      <w:pPr>
        <w:spacing w:after="0"/>
        <w:rPr>
          <w:rFonts w:ascii="Arial" w:eastAsia="Times New Roman" w:hAnsi="Arial" w:cs="Arial"/>
          <w:sz w:val="28"/>
          <w:szCs w:val="28"/>
          <w:lang w:val="sv-SE" w:eastAsia="sv-SE"/>
        </w:rPr>
      </w:pPr>
      <w:r w:rsidRPr="00B12D85">
        <w:rPr>
          <w:rFonts w:ascii="Arial" w:hAnsi="Arial" w:cs="Arial"/>
          <w:sz w:val="28"/>
          <w:szCs w:val="28"/>
          <w:lang w:val="sv-SE"/>
        </w:rPr>
        <w:t xml:space="preserve">Observera att det är ditt eget ansvar att ta dig till och från flygplats, tåg- eller busstation eller annan gemensam samlingsplats där resan börjar. </w:t>
      </w:r>
      <w:r w:rsidR="00B14B58" w:rsidRPr="00B14B58">
        <w:rPr>
          <w:rFonts w:ascii="Arial" w:hAnsi="Arial" w:cs="Arial"/>
          <w:sz w:val="28"/>
          <w:szCs w:val="28"/>
          <w:lang w:val="sv-SE"/>
        </w:rPr>
        <w:t xml:space="preserve">SRF Go kan inte garantera ledsagning från din hemort till resans avreseort eller på hemvägen, och vi kan heller inte ansvara för bokning av </w:t>
      </w:r>
      <w:r w:rsidR="006C236C" w:rsidRPr="00B14B58">
        <w:rPr>
          <w:rFonts w:ascii="Arial" w:hAnsi="Arial" w:cs="Arial"/>
          <w:sz w:val="28"/>
          <w:szCs w:val="28"/>
          <w:lang w:val="sv-SE"/>
        </w:rPr>
        <w:t xml:space="preserve">transport till och från avreseorten </w:t>
      </w:r>
      <w:r w:rsidR="006C236C">
        <w:rPr>
          <w:rFonts w:ascii="Arial" w:hAnsi="Arial" w:cs="Arial"/>
          <w:sz w:val="28"/>
          <w:szCs w:val="28"/>
          <w:lang w:val="sv-SE"/>
        </w:rPr>
        <w:t xml:space="preserve">samt </w:t>
      </w:r>
      <w:r w:rsidR="00B14B58" w:rsidRPr="00B14B58">
        <w:rPr>
          <w:rFonts w:ascii="Arial" w:hAnsi="Arial" w:cs="Arial"/>
          <w:sz w:val="28"/>
          <w:szCs w:val="28"/>
          <w:lang w:val="sv-SE"/>
        </w:rPr>
        <w:t>hotellövernattning</w:t>
      </w:r>
      <w:r w:rsidR="006C236C">
        <w:rPr>
          <w:rFonts w:ascii="Arial" w:hAnsi="Arial" w:cs="Arial"/>
          <w:sz w:val="28"/>
          <w:szCs w:val="28"/>
          <w:lang w:val="sv-SE"/>
        </w:rPr>
        <w:t>ar före och innan avresan.</w:t>
      </w:r>
      <w:r w:rsidR="00B14B58">
        <w:rPr>
          <w:rFonts w:ascii="Arial" w:eastAsia="Times New Roman" w:hAnsi="Arial" w:cs="Arial"/>
          <w:sz w:val="28"/>
          <w:szCs w:val="28"/>
          <w:lang w:val="sv-SE" w:eastAsia="sv-SE"/>
        </w:rPr>
        <w:t xml:space="preserve"> </w:t>
      </w:r>
    </w:p>
    <w:p w14:paraId="28B2ABDF" w14:textId="77777777" w:rsidR="000E56A7" w:rsidRDefault="000E56A7" w:rsidP="000E56A7">
      <w:pPr>
        <w:spacing w:after="0"/>
        <w:rPr>
          <w:rFonts w:ascii="Arial" w:eastAsia="Times New Roman" w:hAnsi="Arial" w:cs="Arial"/>
          <w:sz w:val="28"/>
          <w:szCs w:val="28"/>
          <w:lang w:val="sv-SE" w:eastAsia="sv-SE"/>
        </w:rPr>
      </w:pPr>
    </w:p>
    <w:p w14:paraId="0A7D0E2C" w14:textId="211293BD" w:rsidR="00B12D85" w:rsidRDefault="00B12D85" w:rsidP="000E56A7">
      <w:pPr>
        <w:spacing w:after="0"/>
        <w:rPr>
          <w:rFonts w:ascii="Arial" w:hAnsi="Arial" w:cs="Arial"/>
          <w:sz w:val="28"/>
          <w:szCs w:val="28"/>
          <w:lang w:val="sv-SE"/>
        </w:rPr>
      </w:pPr>
      <w:r w:rsidRPr="00B12D85">
        <w:rPr>
          <w:rFonts w:ascii="Arial" w:hAnsi="Arial" w:cs="Arial"/>
          <w:sz w:val="28"/>
          <w:szCs w:val="28"/>
          <w:lang w:val="sv-SE"/>
        </w:rPr>
        <w:t>Resans officiella start och slut är de som anges i katalogen. All övrig hjälp är att betrakta som extra service och kan inte garanteras.</w:t>
      </w:r>
    </w:p>
    <w:p w14:paraId="2C129689" w14:textId="77777777" w:rsidR="007B2588" w:rsidRPr="00B12D85" w:rsidRDefault="007B2588" w:rsidP="007B2588">
      <w:pPr>
        <w:spacing w:after="0" w:line="240" w:lineRule="auto"/>
        <w:rPr>
          <w:rFonts w:ascii="Arial" w:eastAsia="Times New Roman" w:hAnsi="Arial" w:cs="Arial"/>
          <w:sz w:val="28"/>
          <w:szCs w:val="28"/>
          <w:lang w:val="sv-SE" w:eastAsia="sv-SE"/>
        </w:rPr>
      </w:pPr>
    </w:p>
    <w:p w14:paraId="7A9553AC" w14:textId="77777777" w:rsidR="00B12D85" w:rsidRPr="00341468" w:rsidRDefault="00B12D85" w:rsidP="0058619D">
      <w:pPr>
        <w:pStyle w:val="Rubrik2"/>
        <w:rPr>
          <w:lang w:val="sv-SE"/>
        </w:rPr>
      </w:pPr>
      <w:bookmarkStart w:id="11" w:name="_Toc231983528"/>
      <w:r w:rsidRPr="00341468">
        <w:rPr>
          <w:lang w:val="sv-SE"/>
        </w:rPr>
        <w:t>Ledsagning</w:t>
      </w:r>
      <w:bookmarkEnd w:id="10"/>
      <w:bookmarkEnd w:id="11"/>
    </w:p>
    <w:p w14:paraId="4DB7D556" w14:textId="77777777" w:rsidR="00B12D85" w:rsidRPr="00B12D85" w:rsidRDefault="00B12D85" w:rsidP="000E56A7">
      <w:pPr>
        <w:spacing w:after="0"/>
        <w:rPr>
          <w:rFonts w:ascii="Arial" w:hAnsi="Arial" w:cs="Arial"/>
          <w:sz w:val="28"/>
          <w:szCs w:val="28"/>
          <w:lang w:val="sv-SE"/>
        </w:rPr>
      </w:pPr>
      <w:r w:rsidRPr="00B12D85">
        <w:rPr>
          <w:rFonts w:ascii="Arial" w:hAnsi="Arial" w:cs="Arial"/>
          <w:sz w:val="28"/>
          <w:szCs w:val="28"/>
          <w:lang w:val="sv-SE"/>
        </w:rPr>
        <w:t xml:space="preserve">SRF </w:t>
      </w:r>
      <w:proofErr w:type="spellStart"/>
      <w:r w:rsidRPr="00B12D85">
        <w:rPr>
          <w:rFonts w:ascii="Arial" w:hAnsi="Arial" w:cs="Arial"/>
          <w:sz w:val="28"/>
          <w:szCs w:val="28"/>
          <w:lang w:val="sv-SE"/>
        </w:rPr>
        <w:t>Go:s</w:t>
      </w:r>
      <w:proofErr w:type="spellEnd"/>
      <w:r w:rsidRPr="00B12D85">
        <w:rPr>
          <w:rFonts w:ascii="Arial" w:hAnsi="Arial" w:cs="Arial"/>
          <w:sz w:val="28"/>
          <w:szCs w:val="28"/>
          <w:lang w:val="sv-SE"/>
        </w:rPr>
        <w:t xml:space="preserve"> ledsagare är volontärer med ett professionellt förhållningssätt. De gör sitt allra bästa för att tillgodose dina önskemål under resan. </w:t>
      </w:r>
    </w:p>
    <w:p w14:paraId="208014CB" w14:textId="77777777" w:rsidR="00B12D85" w:rsidRDefault="00B12D85" w:rsidP="000E56A7">
      <w:pPr>
        <w:spacing w:after="0"/>
        <w:rPr>
          <w:rFonts w:ascii="Arial" w:hAnsi="Arial" w:cs="Arial"/>
          <w:sz w:val="28"/>
          <w:szCs w:val="28"/>
          <w:lang w:val="sv-SE"/>
        </w:rPr>
      </w:pPr>
      <w:r w:rsidRPr="00B12D85">
        <w:rPr>
          <w:rFonts w:ascii="Arial" w:hAnsi="Arial" w:cs="Arial"/>
          <w:sz w:val="28"/>
          <w:szCs w:val="28"/>
          <w:lang w:val="sv-SE"/>
        </w:rPr>
        <w:t>Ledsagaren fungerar som ett stöd och hjälper till med exempelvis att beskriva omgivningar, läsa menyer och assistera vid enklare ärenden. De ansvarar däremot inte för ditt bagage, tolkning, medicinsk hjälp eller liknande.</w:t>
      </w:r>
    </w:p>
    <w:p w14:paraId="2B0B0A3E" w14:textId="77777777" w:rsidR="0058619D" w:rsidRPr="00B12D85" w:rsidRDefault="0058619D" w:rsidP="000E56A7">
      <w:pPr>
        <w:spacing w:after="0"/>
        <w:rPr>
          <w:rFonts w:ascii="Arial" w:hAnsi="Arial" w:cs="Arial"/>
          <w:sz w:val="28"/>
          <w:szCs w:val="28"/>
          <w:lang w:val="sv-SE"/>
        </w:rPr>
      </w:pPr>
    </w:p>
    <w:p w14:paraId="655EE9DB" w14:textId="6ED9A3A3" w:rsidR="006C236C" w:rsidRDefault="00B12D85" w:rsidP="000E56A7">
      <w:pPr>
        <w:spacing w:after="0"/>
        <w:rPr>
          <w:rFonts w:ascii="Arial" w:hAnsi="Arial" w:cs="Arial"/>
          <w:sz w:val="28"/>
          <w:szCs w:val="28"/>
          <w:lang w:val="sv-SE"/>
        </w:rPr>
      </w:pPr>
      <w:r w:rsidRPr="00B12D85">
        <w:rPr>
          <w:rFonts w:ascii="Arial" w:hAnsi="Arial" w:cs="Arial"/>
          <w:sz w:val="28"/>
          <w:szCs w:val="28"/>
          <w:lang w:val="sv-SE"/>
        </w:rPr>
        <w:lastRenderedPageBreak/>
        <w:t>Vid varje resa finns en gruppansvarig ledsagare som ansvarar för ledsagarfördelningen, eftersom ledsagarna roterar i gruppen. Den gruppansvariga fungerar även som kontaktperson gentemot oss och eventuell resebyrå. Det är dock inte den gruppansvarigas uppgift att hålla ihop gruppen eller föreslå aktiviteter. Det är varje deltagares ansvar att bidra till att resan blir som man önskar.</w:t>
      </w:r>
      <w:bookmarkStart w:id="12" w:name="_Toc198883916"/>
    </w:p>
    <w:p w14:paraId="05D67F48" w14:textId="77777777" w:rsidR="000E56A7" w:rsidRDefault="000E56A7" w:rsidP="000E56A7">
      <w:pPr>
        <w:spacing w:after="0"/>
        <w:rPr>
          <w:rFonts w:ascii="Arial" w:hAnsi="Arial" w:cs="Arial"/>
          <w:sz w:val="28"/>
          <w:szCs w:val="28"/>
          <w:lang w:val="sv-SE"/>
        </w:rPr>
      </w:pPr>
    </w:p>
    <w:p w14:paraId="053E5F03" w14:textId="77777777" w:rsidR="006C236C" w:rsidRPr="00341468" w:rsidRDefault="006C236C" w:rsidP="000E56A7">
      <w:pPr>
        <w:pStyle w:val="Rubrik2"/>
        <w:rPr>
          <w:lang w:val="sv-SE"/>
        </w:rPr>
      </w:pPr>
      <w:bookmarkStart w:id="13" w:name="_Toc198883915"/>
      <w:bookmarkStart w:id="14" w:name="_Toc231983529"/>
      <w:r w:rsidRPr="00341468">
        <w:rPr>
          <w:lang w:val="sv-SE"/>
        </w:rPr>
        <w:t>Boende</w:t>
      </w:r>
      <w:bookmarkEnd w:id="13"/>
      <w:bookmarkEnd w:id="14"/>
    </w:p>
    <w:p w14:paraId="71C93F8E" w14:textId="29C2F170" w:rsidR="0058619D" w:rsidRPr="00B12D85" w:rsidRDefault="006C236C" w:rsidP="000E56A7">
      <w:pPr>
        <w:rPr>
          <w:rFonts w:ascii="Arial" w:hAnsi="Arial" w:cs="Arial"/>
          <w:sz w:val="28"/>
          <w:szCs w:val="28"/>
          <w:lang w:val="sv-SE"/>
        </w:rPr>
      </w:pPr>
      <w:r w:rsidRPr="00B12D85">
        <w:rPr>
          <w:rFonts w:ascii="Arial" w:hAnsi="Arial" w:cs="Arial"/>
          <w:sz w:val="28"/>
          <w:szCs w:val="28"/>
          <w:lang w:val="sv-SE"/>
        </w:rPr>
        <w:t>Vi försöker alltid uppfylla dina önskemål om boende, men det är inte alltid möjligt. Det kan innebära att du får dela rum trots att du önskat enkelrum – eller tvärtom. Observera att reservplatser ger begränsade möjligheter till anpassning efter individuella önskemål.</w:t>
      </w:r>
      <w:r w:rsidR="0058619D">
        <w:rPr>
          <w:rFonts w:ascii="Arial" w:hAnsi="Arial" w:cs="Arial"/>
          <w:sz w:val="28"/>
          <w:szCs w:val="28"/>
          <w:lang w:val="sv-SE"/>
        </w:rPr>
        <w:br/>
      </w:r>
    </w:p>
    <w:p w14:paraId="613161EB" w14:textId="77777777" w:rsidR="00B12D85" w:rsidRPr="00341468" w:rsidRDefault="00B12D85" w:rsidP="0058619D">
      <w:pPr>
        <w:pStyle w:val="Rubrik2"/>
        <w:rPr>
          <w:lang w:val="sv-SE"/>
        </w:rPr>
      </w:pPr>
      <w:bookmarkStart w:id="15" w:name="_Toc198883917"/>
      <w:bookmarkStart w:id="16" w:name="_Toc231983530"/>
      <w:bookmarkEnd w:id="12"/>
      <w:r w:rsidRPr="00341468">
        <w:rPr>
          <w:lang w:val="sv-SE"/>
        </w:rPr>
        <w:t>Avbokning</w:t>
      </w:r>
      <w:bookmarkEnd w:id="15"/>
      <w:bookmarkEnd w:id="16"/>
    </w:p>
    <w:p w14:paraId="3E8660F1" w14:textId="5CDA1D55" w:rsidR="00B12D85" w:rsidRPr="00B12D85" w:rsidRDefault="00B12D85" w:rsidP="000E56A7">
      <w:pPr>
        <w:spacing w:after="0"/>
        <w:rPr>
          <w:rFonts w:ascii="Arial" w:eastAsia="Times New Roman" w:hAnsi="Arial" w:cs="Arial"/>
          <w:bCs/>
          <w:sz w:val="28"/>
          <w:szCs w:val="28"/>
          <w:lang w:val="sv-SE" w:eastAsia="sv-SE"/>
        </w:rPr>
      </w:pPr>
      <w:r w:rsidRPr="00B12D85">
        <w:rPr>
          <w:rFonts w:ascii="Arial" w:eastAsia="Times New Roman" w:hAnsi="Arial" w:cs="Arial"/>
          <w:bCs/>
          <w:sz w:val="28"/>
          <w:szCs w:val="28"/>
          <w:lang w:val="sv-SE" w:eastAsia="sv-SE"/>
        </w:rPr>
        <w:t xml:space="preserve">Alla resenärer ansvarar själva för att kontrollera sitt försäkringsskydd och vid behov teckna avbeställnings- och reseförsäkring. </w:t>
      </w:r>
    </w:p>
    <w:p w14:paraId="0F2F01E3" w14:textId="77777777" w:rsidR="006C236C" w:rsidRDefault="006C236C" w:rsidP="000E56A7">
      <w:pPr>
        <w:spacing w:after="0"/>
        <w:rPr>
          <w:rFonts w:ascii="Arial" w:hAnsi="Arial" w:cs="Arial"/>
          <w:sz w:val="28"/>
          <w:szCs w:val="28"/>
          <w:lang w:val="sv-SE"/>
        </w:rPr>
      </w:pPr>
    </w:p>
    <w:p w14:paraId="4441DEF5" w14:textId="2744A307" w:rsidR="00B12D85" w:rsidRDefault="00B12D85" w:rsidP="000E56A7">
      <w:pPr>
        <w:spacing w:after="0"/>
        <w:rPr>
          <w:rFonts w:ascii="Arial" w:hAnsi="Arial" w:cs="Arial"/>
          <w:sz w:val="28"/>
          <w:szCs w:val="28"/>
          <w:lang w:val="sv-SE"/>
        </w:rPr>
      </w:pPr>
      <w:r w:rsidRPr="007B2588">
        <w:rPr>
          <w:rFonts w:ascii="Arial" w:hAnsi="Arial" w:cs="Arial"/>
          <w:sz w:val="28"/>
          <w:szCs w:val="28"/>
          <w:lang w:val="sv-SE"/>
        </w:rPr>
        <w:t>Om du väljer att avboka resan, vänligen kontakta oss så snart som möjligt. Återbetalning kan endast beviljas om en ersättare för din plats kan tillsättas. Vid beviljad återbetalning kommer en administrativ avgift samt eventuella ytterligare kostnader avräknas från det belopp som återbetalas.</w:t>
      </w:r>
    </w:p>
    <w:p w14:paraId="49B02AF2" w14:textId="7A1398CE" w:rsidR="006C236C" w:rsidRDefault="00797E1C" w:rsidP="000E56A7">
      <w:pPr>
        <w:spacing w:after="0"/>
        <w:rPr>
          <w:rFonts w:ascii="Arial" w:hAnsi="Arial" w:cs="Arial"/>
          <w:sz w:val="28"/>
          <w:szCs w:val="28"/>
          <w:lang w:val="sv-SE"/>
        </w:rPr>
      </w:pPr>
      <w:r w:rsidRPr="007B2588">
        <w:rPr>
          <w:rFonts w:ascii="Arial" w:hAnsi="Arial" w:cs="Arial"/>
          <w:sz w:val="28"/>
          <w:szCs w:val="28"/>
          <w:lang w:val="sv-SE"/>
        </w:rPr>
        <w:t>Om du blir förhindrad att resa med gruppen, till exempel på grund av akut sjukdom med kort varsel före avresa, behöver du omedelbart kontakta även den gruppansvariga ledsagaren.</w:t>
      </w:r>
      <w:r w:rsidR="00014DF7" w:rsidRPr="007B2588">
        <w:rPr>
          <w:rFonts w:ascii="Arial" w:hAnsi="Arial" w:cs="Arial"/>
          <w:sz w:val="28"/>
          <w:szCs w:val="28"/>
          <w:lang w:val="sv-SE"/>
        </w:rPr>
        <w:t xml:space="preserve"> </w:t>
      </w:r>
      <w:r w:rsidR="007B2588" w:rsidRPr="007B2588">
        <w:rPr>
          <w:rFonts w:ascii="Arial" w:hAnsi="Arial" w:cs="Arial"/>
          <w:sz w:val="28"/>
          <w:szCs w:val="28"/>
          <w:lang w:val="sv-SE"/>
        </w:rPr>
        <w:t>Eftersom det rör sig om en gruppresa kommer din plats att avbokas. Du får dock ingen återbetalning från oss, utan hänvisas till ditt eget försäkringsbolag för ersättning via din reseförsäkring.</w:t>
      </w:r>
    </w:p>
    <w:p w14:paraId="51A6A469" w14:textId="77777777" w:rsidR="00383B90" w:rsidRPr="007B2588" w:rsidRDefault="00383B90" w:rsidP="000E56A7">
      <w:pPr>
        <w:spacing w:after="0"/>
        <w:rPr>
          <w:rFonts w:ascii="Arial" w:hAnsi="Arial" w:cs="Arial"/>
          <w:sz w:val="28"/>
          <w:szCs w:val="28"/>
          <w:lang w:val="sv-SE"/>
        </w:rPr>
      </w:pPr>
    </w:p>
    <w:p w14:paraId="2E133BF1" w14:textId="317A2B00" w:rsidR="00B12D85" w:rsidRPr="00B12D85" w:rsidRDefault="00B12D85" w:rsidP="000E56A7">
      <w:pPr>
        <w:spacing w:after="0"/>
        <w:rPr>
          <w:rFonts w:ascii="Arial" w:hAnsi="Arial" w:cs="Arial"/>
          <w:sz w:val="28"/>
          <w:szCs w:val="28"/>
          <w:lang w:val="sv-SE"/>
        </w:rPr>
      </w:pPr>
      <w:r w:rsidRPr="00B12D85">
        <w:rPr>
          <w:rFonts w:ascii="Arial" w:hAnsi="Arial" w:cs="Arial"/>
          <w:sz w:val="28"/>
          <w:szCs w:val="28"/>
          <w:lang w:val="sv-SE"/>
        </w:rPr>
        <w:t>Observera att även om avbokningsskydd anges som en del av resepaketet, gäller detta enbart om hela resan ställs in för gruppen. Skyddet omfattar således inte alltid enskilda resenärer. Dessa villkor fastställs av researrangören och ligger utanför vår kontroll.</w:t>
      </w:r>
      <w:r w:rsidR="0058619D">
        <w:rPr>
          <w:rFonts w:ascii="Arial" w:hAnsi="Arial" w:cs="Arial"/>
          <w:sz w:val="28"/>
          <w:szCs w:val="28"/>
          <w:lang w:val="sv-SE"/>
        </w:rPr>
        <w:br/>
      </w:r>
    </w:p>
    <w:p w14:paraId="7EBD2B3F" w14:textId="77777777" w:rsidR="000E56A7" w:rsidRDefault="000E56A7">
      <w:pPr>
        <w:rPr>
          <w:rFonts w:ascii="Arial" w:eastAsiaTheme="majorEastAsia" w:hAnsi="Arial" w:cstheme="majorBidi"/>
          <w:b/>
          <w:bCs/>
          <w:color w:val="365F91"/>
          <w:sz w:val="32"/>
          <w:szCs w:val="26"/>
          <w:lang w:val="sv-SE"/>
        </w:rPr>
      </w:pPr>
      <w:bookmarkStart w:id="17" w:name="_Toc198883918"/>
      <w:r>
        <w:rPr>
          <w:lang w:val="sv-SE"/>
        </w:rPr>
        <w:br w:type="page"/>
      </w:r>
    </w:p>
    <w:p w14:paraId="32EF4559" w14:textId="23F4BB2B" w:rsidR="00B12D85" w:rsidRPr="00341468" w:rsidRDefault="00B12D85" w:rsidP="0058619D">
      <w:pPr>
        <w:pStyle w:val="Rubrik2"/>
        <w:rPr>
          <w:lang w:val="sv-SE"/>
        </w:rPr>
      </w:pPr>
      <w:bookmarkStart w:id="18" w:name="_Toc231983531"/>
      <w:r w:rsidRPr="00341468">
        <w:rPr>
          <w:lang w:val="sv-SE"/>
        </w:rPr>
        <w:lastRenderedPageBreak/>
        <w:t>Efter resan</w:t>
      </w:r>
      <w:bookmarkEnd w:id="17"/>
      <w:bookmarkEnd w:id="18"/>
    </w:p>
    <w:p w14:paraId="20443509" w14:textId="786D7716" w:rsidR="00B12D85" w:rsidRPr="00B12D85" w:rsidRDefault="00B12D85" w:rsidP="000E56A7">
      <w:pPr>
        <w:rPr>
          <w:rFonts w:ascii="Arial" w:hAnsi="Arial" w:cs="Arial"/>
          <w:sz w:val="28"/>
          <w:szCs w:val="28"/>
          <w:lang w:val="sv-SE"/>
        </w:rPr>
      </w:pPr>
      <w:r w:rsidRPr="00B12D85">
        <w:rPr>
          <w:rFonts w:ascii="Arial" w:hAnsi="Arial" w:cs="Arial"/>
          <w:sz w:val="28"/>
          <w:szCs w:val="28"/>
          <w:lang w:val="sv-SE"/>
        </w:rPr>
        <w:t xml:space="preserve">Berätta gärna vad du tyckte om resan – det hjälper oss bli bättre! Du får gärna skicka in reseberättelse och bilder till oss. </w:t>
      </w:r>
      <w:r w:rsidR="0058619D">
        <w:rPr>
          <w:rFonts w:ascii="Arial" w:hAnsi="Arial" w:cs="Arial"/>
          <w:sz w:val="28"/>
          <w:szCs w:val="28"/>
          <w:lang w:val="sv-SE"/>
        </w:rPr>
        <w:br/>
      </w:r>
    </w:p>
    <w:p w14:paraId="73B35B9B" w14:textId="77777777" w:rsidR="00B12D85" w:rsidRPr="00341468" w:rsidRDefault="00B12D85" w:rsidP="000E56A7">
      <w:pPr>
        <w:pStyle w:val="Rubrik2"/>
        <w:rPr>
          <w:lang w:val="sv-SE" w:eastAsia="sv-SE"/>
        </w:rPr>
      </w:pPr>
      <w:bookmarkStart w:id="19" w:name="_Toc132890629"/>
      <w:bookmarkStart w:id="20" w:name="_Toc150507754"/>
      <w:bookmarkStart w:id="21" w:name="_Toc181087426"/>
      <w:bookmarkStart w:id="22" w:name="_Toc198883919"/>
      <w:bookmarkStart w:id="23" w:name="_Toc231983532"/>
      <w:r w:rsidRPr="00341468">
        <w:rPr>
          <w:lang w:val="sv-SE"/>
        </w:rPr>
        <w:t>Kontakt</w:t>
      </w:r>
      <w:bookmarkEnd w:id="19"/>
      <w:bookmarkEnd w:id="20"/>
      <w:bookmarkEnd w:id="21"/>
      <w:bookmarkEnd w:id="22"/>
      <w:bookmarkEnd w:id="23"/>
    </w:p>
    <w:p w14:paraId="42CE3222" w14:textId="1B95B691" w:rsidR="00B12D85" w:rsidRPr="00341468" w:rsidRDefault="00B12D85" w:rsidP="000E56A7">
      <w:pPr>
        <w:spacing w:after="0"/>
        <w:rPr>
          <w:rFonts w:ascii="Arial" w:hAnsi="Arial" w:cs="Arial"/>
          <w:sz w:val="28"/>
          <w:szCs w:val="28"/>
          <w:u w:val="single"/>
          <w:lang w:val="da-DK" w:eastAsia="sv-SE"/>
        </w:rPr>
      </w:pPr>
      <w:bookmarkStart w:id="24" w:name="_Hlk181020083"/>
      <w:r w:rsidRPr="00341468">
        <w:rPr>
          <w:rFonts w:ascii="Arial" w:hAnsi="Arial" w:cs="Arial"/>
          <w:sz w:val="28"/>
          <w:szCs w:val="28"/>
          <w:lang w:val="da-DK" w:eastAsia="sv-SE"/>
        </w:rPr>
        <w:t xml:space="preserve">Mejl: </w:t>
      </w:r>
      <w:r>
        <w:fldChar w:fldCharType="begin"/>
      </w:r>
      <w:r w:rsidRPr="008A6538">
        <w:rPr>
          <w:lang w:val="sv-SE"/>
        </w:rPr>
        <w:instrText>HYPERLINK "about:blank"</w:instrText>
      </w:r>
      <w:r>
        <w:fldChar w:fldCharType="separate"/>
      </w:r>
      <w:r w:rsidRPr="00341468">
        <w:rPr>
          <w:rFonts w:ascii="Arial" w:hAnsi="Arial" w:cs="Arial"/>
          <w:sz w:val="28"/>
          <w:szCs w:val="28"/>
          <w:u w:val="single"/>
          <w:lang w:val="da-DK" w:eastAsia="sv-SE"/>
        </w:rPr>
        <w:t>go@srf.nu</w:t>
      </w:r>
      <w:r>
        <w:fldChar w:fldCharType="end"/>
      </w:r>
    </w:p>
    <w:p w14:paraId="1800CDB7" w14:textId="00FE39B9" w:rsidR="00B12D85" w:rsidRDefault="00B12D85" w:rsidP="000E56A7">
      <w:pPr>
        <w:spacing w:after="0"/>
        <w:rPr>
          <w:rFonts w:ascii="Arial" w:hAnsi="Arial" w:cs="Arial"/>
          <w:sz w:val="28"/>
          <w:szCs w:val="28"/>
          <w:lang w:val="sv-SE" w:eastAsia="sv-SE"/>
        </w:rPr>
      </w:pPr>
      <w:r w:rsidRPr="00B12D85">
        <w:rPr>
          <w:rFonts w:ascii="Arial" w:hAnsi="Arial" w:cs="Arial"/>
          <w:sz w:val="28"/>
          <w:szCs w:val="28"/>
          <w:lang w:val="sv-SE" w:eastAsia="sv-SE"/>
        </w:rPr>
        <w:t>Telefon: 08-39 90 17</w:t>
      </w:r>
      <w:bookmarkEnd w:id="24"/>
    </w:p>
    <w:p w14:paraId="1BFB5847" w14:textId="77777777" w:rsidR="000E56A7" w:rsidRDefault="000E56A7" w:rsidP="000E56A7">
      <w:pPr>
        <w:spacing w:after="0"/>
        <w:rPr>
          <w:rFonts w:ascii="Arial" w:hAnsi="Arial" w:cs="Arial"/>
          <w:sz w:val="28"/>
          <w:szCs w:val="28"/>
          <w:lang w:val="sv-SE" w:eastAsia="sv-SE"/>
        </w:rPr>
      </w:pPr>
    </w:p>
    <w:p w14:paraId="71E0ADEF" w14:textId="1A7E8AF2" w:rsidR="00B12D85" w:rsidRPr="00341468" w:rsidRDefault="00B12D85" w:rsidP="000E56A7">
      <w:pPr>
        <w:pStyle w:val="Rubrik2"/>
        <w:rPr>
          <w:lang w:val="sv-SE"/>
        </w:rPr>
      </w:pPr>
      <w:bookmarkStart w:id="25" w:name="_Toc231983533"/>
      <w:r w:rsidRPr="00341468">
        <w:rPr>
          <w:lang w:val="sv-SE"/>
        </w:rPr>
        <w:t>Ekonomiskt stöd</w:t>
      </w:r>
      <w:bookmarkEnd w:id="25"/>
    </w:p>
    <w:p w14:paraId="29A276AC" w14:textId="33F91F10" w:rsidR="006C236C" w:rsidRDefault="00B12D85" w:rsidP="000E56A7">
      <w:pPr>
        <w:spacing w:after="0"/>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Du kan ha möjlighet att ansöka om bidrag från Iris Förvaltning om din årsinkomst ligger under det belopp som fastställs varje år. </w:t>
      </w:r>
    </w:p>
    <w:p w14:paraId="0B3EC39C" w14:textId="77777777" w:rsidR="00383B90" w:rsidRDefault="00383B90" w:rsidP="000E56A7">
      <w:pPr>
        <w:spacing w:after="0"/>
        <w:rPr>
          <w:rFonts w:ascii="Arial" w:eastAsia="Times New Roman" w:hAnsi="Arial" w:cs="Arial"/>
          <w:sz w:val="28"/>
          <w:szCs w:val="28"/>
          <w:lang w:val="sv-SE" w:eastAsia="sv-SE"/>
        </w:rPr>
      </w:pPr>
    </w:p>
    <w:p w14:paraId="5DF01A72" w14:textId="3AEB0920" w:rsidR="006C236C" w:rsidRPr="00B12D85" w:rsidRDefault="00B12D85" w:rsidP="000E56A7">
      <w:pPr>
        <w:spacing w:after="0"/>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Här hittar du kontaktuppgifter till Iris Förvaltning:</w:t>
      </w:r>
    </w:p>
    <w:p w14:paraId="066FBC4B" w14:textId="77777777" w:rsidR="00E9768A" w:rsidRPr="000A4DE4" w:rsidRDefault="00B12D85" w:rsidP="000E56A7">
      <w:pPr>
        <w:spacing w:after="0"/>
        <w:rPr>
          <w:lang w:val="sv-SE"/>
        </w:rPr>
      </w:pPr>
      <w:r w:rsidRPr="00B12D85">
        <w:rPr>
          <w:rFonts w:ascii="Arial" w:eastAsia="Times New Roman" w:hAnsi="Arial" w:cs="Arial"/>
          <w:sz w:val="28"/>
          <w:szCs w:val="28"/>
          <w:lang w:val="sv-SE" w:eastAsia="sv-SE"/>
        </w:rPr>
        <w:t>Telefon: 08-402 15 50 (välj knappval 2)</w:t>
      </w:r>
      <w:r w:rsidRPr="00B12D85">
        <w:rPr>
          <w:rFonts w:ascii="Arial" w:eastAsia="Times New Roman" w:hAnsi="Arial" w:cs="Arial"/>
          <w:sz w:val="28"/>
          <w:szCs w:val="28"/>
          <w:lang w:val="sv-SE" w:eastAsia="sv-SE"/>
        </w:rPr>
        <w:br/>
        <w:t xml:space="preserve">E-post: </w:t>
      </w:r>
      <w:hyperlink r:id="rId9" w:history="1">
        <w:r w:rsidR="0093109B" w:rsidRPr="00B56D59">
          <w:rPr>
            <w:rStyle w:val="Hyperlnk"/>
            <w:rFonts w:ascii="Arial" w:eastAsia="Times New Roman" w:hAnsi="Arial" w:cs="Arial"/>
            <w:sz w:val="28"/>
            <w:szCs w:val="28"/>
            <w:lang w:val="sv-SE" w:eastAsia="sv-SE"/>
          </w:rPr>
          <w:t>bidrag@irisstiftelseforvaltning.se</w:t>
        </w:r>
      </w:hyperlink>
    </w:p>
    <w:p w14:paraId="4D60B524" w14:textId="77777777" w:rsidR="00E9768A" w:rsidRPr="000A4DE4" w:rsidRDefault="00E9768A" w:rsidP="000E56A7">
      <w:pPr>
        <w:spacing w:after="0"/>
        <w:rPr>
          <w:lang w:val="sv-SE"/>
        </w:rPr>
      </w:pPr>
    </w:p>
    <w:p w14:paraId="38203823" w14:textId="77777777" w:rsidR="0058619D" w:rsidRPr="00C3052D" w:rsidRDefault="0058619D">
      <w:pPr>
        <w:rPr>
          <w:rFonts w:ascii="Arial" w:eastAsiaTheme="majorEastAsia" w:hAnsi="Arial" w:cstheme="majorBidi"/>
          <w:b/>
          <w:bCs/>
          <w:color w:val="365F91" w:themeColor="accent1" w:themeShade="BF"/>
          <w:sz w:val="36"/>
          <w:szCs w:val="28"/>
          <w:lang w:val="sv-SE"/>
        </w:rPr>
      </w:pPr>
      <w:r w:rsidRPr="00C3052D">
        <w:rPr>
          <w:lang w:val="sv-SE"/>
        </w:rPr>
        <w:br w:type="page"/>
      </w:r>
    </w:p>
    <w:p w14:paraId="584BA3C4" w14:textId="51A4BE2A" w:rsidR="00E9768A" w:rsidRPr="00C3052D" w:rsidRDefault="004A73D7" w:rsidP="0058619D">
      <w:pPr>
        <w:pStyle w:val="Rubrik1"/>
        <w:rPr>
          <w:lang w:val="sv-SE"/>
        </w:rPr>
      </w:pPr>
      <w:bookmarkStart w:id="26" w:name="_Toc231983534"/>
      <w:r w:rsidRPr="00C3052D">
        <w:rPr>
          <w:lang w:val="sv-SE"/>
        </w:rPr>
        <w:lastRenderedPageBreak/>
        <w:t xml:space="preserve">Möt solen i </w:t>
      </w:r>
      <w:r w:rsidR="00E9768A" w:rsidRPr="00C3052D">
        <w:rPr>
          <w:lang w:val="sv-SE"/>
        </w:rPr>
        <w:t>Kap Verde</w:t>
      </w:r>
      <w:bookmarkEnd w:id="26"/>
    </w:p>
    <w:p w14:paraId="46B6963E" w14:textId="5DEBABE2" w:rsidR="00E9768A" w:rsidRDefault="00E9768A" w:rsidP="00E9768A">
      <w:pPr>
        <w:rPr>
          <w:rFonts w:ascii="Arial" w:hAnsi="Arial" w:cs="Arial"/>
          <w:sz w:val="28"/>
          <w:szCs w:val="28"/>
          <w:lang w:val="sv-SE"/>
        </w:rPr>
      </w:pPr>
      <w:r w:rsidRPr="00E9768A">
        <w:rPr>
          <w:rFonts w:ascii="Arial" w:hAnsi="Arial" w:cs="Arial"/>
          <w:sz w:val="28"/>
          <w:szCs w:val="28"/>
          <w:lang w:val="sv-SE"/>
        </w:rPr>
        <w:t xml:space="preserve">Vingresor tar oss </w:t>
      </w:r>
      <w:r>
        <w:rPr>
          <w:rFonts w:ascii="Arial" w:hAnsi="Arial" w:cs="Arial"/>
          <w:sz w:val="28"/>
          <w:szCs w:val="28"/>
          <w:lang w:val="sv-SE"/>
        </w:rPr>
        <w:t xml:space="preserve">med </w:t>
      </w:r>
      <w:r w:rsidRPr="00E9768A">
        <w:rPr>
          <w:rFonts w:ascii="Arial" w:hAnsi="Arial" w:cs="Arial"/>
          <w:sz w:val="28"/>
          <w:szCs w:val="28"/>
          <w:lang w:val="sv-SE"/>
        </w:rPr>
        <w:t>till den soliga ögruppen Kap Verde utanför Afrikas kust.</w:t>
      </w:r>
      <w:r>
        <w:rPr>
          <w:rFonts w:ascii="Arial" w:hAnsi="Arial" w:cs="Arial"/>
          <w:sz w:val="28"/>
          <w:szCs w:val="28"/>
          <w:lang w:val="sv-SE"/>
        </w:rPr>
        <w:t xml:space="preserve"> </w:t>
      </w:r>
      <w:hyperlink r:id="rId10" w:history="1">
        <w:r>
          <w:rPr>
            <w:rStyle w:val="Hyperlnk"/>
            <w:rFonts w:ascii="Arial" w:hAnsi="Arial" w:cs="Arial"/>
            <w:sz w:val="28"/>
            <w:szCs w:val="28"/>
            <w:lang w:val="sv-SE"/>
          </w:rPr>
          <w:t>Hotell Oasis Salinas Sea</w:t>
        </w:r>
      </w:hyperlink>
      <w:r>
        <w:rPr>
          <w:rFonts w:ascii="Arial" w:hAnsi="Arial" w:cs="Arial"/>
          <w:sz w:val="28"/>
          <w:szCs w:val="28"/>
          <w:lang w:val="sv-SE"/>
        </w:rPr>
        <w:t xml:space="preserve"> är</w:t>
      </w:r>
      <w:r w:rsidR="00F82B93">
        <w:rPr>
          <w:rFonts w:ascii="Arial" w:hAnsi="Arial" w:cs="Arial"/>
          <w:sz w:val="28"/>
          <w:szCs w:val="28"/>
          <w:lang w:val="sv-SE"/>
        </w:rPr>
        <w:t xml:space="preserve"> platsen för dig som både längtar efter en avkopplande och rolig semester i solen. Hotellet </w:t>
      </w:r>
      <w:r w:rsidR="00F82B93" w:rsidRPr="00F82B93">
        <w:rPr>
          <w:rFonts w:ascii="Arial" w:hAnsi="Arial" w:cs="Arial"/>
          <w:sz w:val="28"/>
          <w:szCs w:val="28"/>
          <w:lang w:val="sv-SE"/>
        </w:rPr>
        <w:t>har ett av Sals absolut bästa lägen, direkt vid den fina Santa Maria-stranden och bara en kort promenad från huvudgatans restauranger, barer och små affärer. Mellan hotellet och stranden passerar strandpromenaden som leder dig direkt in till centrum av</w:t>
      </w:r>
      <w:r w:rsidR="00F82B93">
        <w:rPr>
          <w:rFonts w:ascii="Arial" w:hAnsi="Arial" w:cs="Arial"/>
          <w:sz w:val="28"/>
          <w:szCs w:val="28"/>
          <w:lang w:val="sv-SE"/>
        </w:rPr>
        <w:t xml:space="preserve"> Santa Maria.</w:t>
      </w:r>
    </w:p>
    <w:p w14:paraId="1435FAE2" w14:textId="4F18CE5D" w:rsidR="00AA0B5B" w:rsidRDefault="00AA0B5B" w:rsidP="00E9768A">
      <w:pPr>
        <w:rPr>
          <w:rFonts w:ascii="Arial" w:hAnsi="Arial" w:cs="Arial"/>
          <w:sz w:val="28"/>
          <w:szCs w:val="28"/>
          <w:lang w:val="sv-SE"/>
        </w:rPr>
      </w:pPr>
      <w:r w:rsidRPr="00AA0B5B">
        <w:rPr>
          <w:rFonts w:ascii="Arial" w:hAnsi="Arial" w:cs="Arial"/>
          <w:sz w:val="28"/>
          <w:szCs w:val="28"/>
          <w:lang w:val="sv-SE"/>
        </w:rPr>
        <w:t xml:space="preserve">På Oasis Salinas Sea bor du i ljusa </w:t>
      </w:r>
      <w:r>
        <w:rPr>
          <w:rFonts w:ascii="Arial" w:hAnsi="Arial" w:cs="Arial"/>
          <w:sz w:val="28"/>
          <w:szCs w:val="28"/>
          <w:lang w:val="sv-SE"/>
        </w:rPr>
        <w:t>dubbel</w:t>
      </w:r>
      <w:r w:rsidRPr="00AA0B5B">
        <w:rPr>
          <w:rFonts w:ascii="Arial" w:hAnsi="Arial" w:cs="Arial"/>
          <w:sz w:val="28"/>
          <w:szCs w:val="28"/>
          <w:lang w:val="sv-SE"/>
        </w:rPr>
        <w:t xml:space="preserve">rum och på dagen kan du njuta av sol och bad i poolen eller i havet - på stranden nedanför hotellet ingår både solstolar och parasoll och här finner du också hotellets kombinerade </w:t>
      </w:r>
      <w:proofErr w:type="spellStart"/>
      <w:r w:rsidRPr="00AA0B5B">
        <w:rPr>
          <w:rFonts w:ascii="Arial" w:hAnsi="Arial" w:cs="Arial"/>
          <w:sz w:val="28"/>
          <w:szCs w:val="28"/>
          <w:lang w:val="sv-SE"/>
        </w:rPr>
        <w:t>strandbar</w:t>
      </w:r>
      <w:proofErr w:type="spellEnd"/>
      <w:r w:rsidRPr="00AA0B5B">
        <w:rPr>
          <w:rFonts w:ascii="Arial" w:hAnsi="Arial" w:cs="Arial"/>
          <w:sz w:val="28"/>
          <w:szCs w:val="28"/>
          <w:lang w:val="sv-SE"/>
        </w:rPr>
        <w:t xml:space="preserve"> och restaurang. Hotellets egna värdar arrangerar aktiviteter på dagen och underhållning på kvällen de flesta av veckans dagar</w:t>
      </w:r>
      <w:r>
        <w:rPr>
          <w:rFonts w:ascii="Arial" w:hAnsi="Arial" w:cs="Arial"/>
          <w:sz w:val="28"/>
          <w:szCs w:val="28"/>
          <w:lang w:val="sv-SE"/>
        </w:rPr>
        <w:t xml:space="preserve">. </w:t>
      </w:r>
      <w:r w:rsidRPr="00AA0B5B">
        <w:rPr>
          <w:rFonts w:ascii="Arial" w:hAnsi="Arial" w:cs="Arial"/>
          <w:sz w:val="28"/>
          <w:szCs w:val="28"/>
          <w:lang w:val="sv-SE"/>
        </w:rPr>
        <w:t>För hotellets yngsta gäster finns en delvis solskyddad barnpool samt en internationell barnklubb.</w:t>
      </w:r>
    </w:p>
    <w:p w14:paraId="50B41A8F" w14:textId="05B19F2E" w:rsidR="00786D68" w:rsidRDefault="00AA0B5B" w:rsidP="00E9768A">
      <w:pPr>
        <w:rPr>
          <w:rFonts w:ascii="Arial" w:hAnsi="Arial" w:cs="Arial"/>
          <w:sz w:val="28"/>
          <w:szCs w:val="28"/>
          <w:lang w:val="sv-SE"/>
        </w:rPr>
      </w:pPr>
      <w:r>
        <w:rPr>
          <w:rFonts w:ascii="Arial" w:hAnsi="Arial" w:cs="Arial"/>
          <w:sz w:val="28"/>
          <w:szCs w:val="28"/>
          <w:lang w:val="sv-SE"/>
        </w:rPr>
        <w:t xml:space="preserve">Hotellet ligger 400m från centrum och 50m från stranden. Hiss och ramp finns till restaurangen, reception och </w:t>
      </w:r>
      <w:r w:rsidR="00786D68">
        <w:rPr>
          <w:rFonts w:ascii="Arial" w:hAnsi="Arial" w:cs="Arial"/>
          <w:sz w:val="28"/>
          <w:szCs w:val="28"/>
          <w:lang w:val="sv-SE"/>
        </w:rPr>
        <w:t xml:space="preserve">första våningen av tre på hotellet. Trappsteg och kanter kan förekomma på område. </w:t>
      </w:r>
    </w:p>
    <w:p w14:paraId="4557AC0F" w14:textId="0A344F94" w:rsidR="00786D68" w:rsidRPr="00383B90" w:rsidRDefault="00786D68" w:rsidP="00E9768A">
      <w:pPr>
        <w:rPr>
          <w:rFonts w:ascii="Arial" w:hAnsi="Arial" w:cs="Arial"/>
          <w:b/>
          <w:bCs/>
          <w:sz w:val="28"/>
          <w:szCs w:val="28"/>
          <w:lang w:val="sv-SE"/>
        </w:rPr>
      </w:pPr>
      <w:r w:rsidRPr="00383B90">
        <w:rPr>
          <w:rFonts w:ascii="Arial" w:hAnsi="Arial" w:cs="Arial"/>
          <w:b/>
          <w:bCs/>
          <w:sz w:val="28"/>
          <w:szCs w:val="28"/>
          <w:lang w:val="sv-SE"/>
        </w:rPr>
        <w:t>Avgångar från Göteborg och Stockholm.</w:t>
      </w:r>
    </w:p>
    <w:p w14:paraId="2EE514FE" w14:textId="5FED2EFC" w:rsidR="00786D68" w:rsidRDefault="00786D68" w:rsidP="000E56A7">
      <w:pPr>
        <w:spacing w:after="0"/>
        <w:rPr>
          <w:rFonts w:ascii="Arial" w:hAnsi="Arial" w:cs="Arial"/>
          <w:sz w:val="28"/>
          <w:szCs w:val="28"/>
          <w:lang w:val="sv-SE"/>
        </w:rPr>
      </w:pPr>
      <w:r>
        <w:rPr>
          <w:rFonts w:ascii="Arial" w:hAnsi="Arial" w:cs="Arial"/>
          <w:sz w:val="28"/>
          <w:szCs w:val="28"/>
          <w:lang w:val="sv-SE"/>
        </w:rPr>
        <w:t>Datum: Göteborg 26/11 till 3/12. Stockholm 27/11 till 4/12.</w:t>
      </w:r>
    </w:p>
    <w:p w14:paraId="19BA375F" w14:textId="77777777" w:rsidR="000E56A7" w:rsidRDefault="000E56A7" w:rsidP="000E56A7">
      <w:pPr>
        <w:spacing w:after="0"/>
        <w:rPr>
          <w:rFonts w:ascii="Arial" w:hAnsi="Arial" w:cs="Arial"/>
          <w:sz w:val="28"/>
          <w:szCs w:val="28"/>
          <w:lang w:val="sv-SE"/>
        </w:rPr>
      </w:pPr>
    </w:p>
    <w:p w14:paraId="4CE68EEF" w14:textId="6296D187" w:rsidR="00AB1AFA" w:rsidRDefault="00786D68" w:rsidP="000E56A7">
      <w:pPr>
        <w:spacing w:after="0"/>
        <w:rPr>
          <w:rFonts w:ascii="Arial" w:hAnsi="Arial" w:cs="Arial"/>
          <w:sz w:val="28"/>
          <w:szCs w:val="28"/>
          <w:lang w:val="sv-SE"/>
        </w:rPr>
      </w:pPr>
      <w:r>
        <w:rPr>
          <w:rFonts w:ascii="Arial" w:hAnsi="Arial" w:cs="Arial"/>
          <w:sz w:val="28"/>
          <w:szCs w:val="28"/>
          <w:lang w:val="sv-SE"/>
        </w:rPr>
        <w:t xml:space="preserve">Pris per person: </w:t>
      </w:r>
      <w:r w:rsidR="00056939">
        <w:rPr>
          <w:rFonts w:ascii="Arial" w:hAnsi="Arial" w:cs="Arial"/>
          <w:sz w:val="28"/>
          <w:szCs w:val="28"/>
          <w:lang w:val="sv-SE"/>
        </w:rPr>
        <w:t xml:space="preserve">Landvetter </w:t>
      </w:r>
      <w:r>
        <w:rPr>
          <w:rFonts w:ascii="Arial" w:hAnsi="Arial" w:cs="Arial"/>
          <w:sz w:val="28"/>
          <w:szCs w:val="28"/>
          <w:lang w:val="sv-SE"/>
        </w:rPr>
        <w:t xml:space="preserve">17 042kr. </w:t>
      </w:r>
      <w:r w:rsidR="00056939">
        <w:rPr>
          <w:rFonts w:ascii="Arial" w:hAnsi="Arial" w:cs="Arial"/>
          <w:sz w:val="28"/>
          <w:szCs w:val="28"/>
          <w:lang w:val="sv-SE"/>
        </w:rPr>
        <w:t>Från Arlanda 17 082kr</w:t>
      </w:r>
    </w:p>
    <w:p w14:paraId="3DCAF0D6" w14:textId="05CE10D1" w:rsidR="00786D68" w:rsidRDefault="00786D68" w:rsidP="000E56A7">
      <w:pPr>
        <w:spacing w:after="0"/>
        <w:rPr>
          <w:rFonts w:ascii="Arial" w:hAnsi="Arial" w:cs="Arial"/>
          <w:sz w:val="28"/>
          <w:szCs w:val="28"/>
          <w:lang w:val="sv-SE"/>
        </w:rPr>
      </w:pPr>
      <w:r>
        <w:rPr>
          <w:rFonts w:ascii="Arial" w:hAnsi="Arial" w:cs="Arial"/>
          <w:sz w:val="28"/>
          <w:szCs w:val="28"/>
          <w:lang w:val="sv-SE"/>
        </w:rPr>
        <w:t xml:space="preserve">Enkelrumstillägg </w:t>
      </w:r>
      <w:r w:rsidR="00056939">
        <w:rPr>
          <w:rFonts w:ascii="Arial" w:hAnsi="Arial" w:cs="Arial"/>
          <w:sz w:val="28"/>
          <w:szCs w:val="28"/>
          <w:lang w:val="sv-SE"/>
        </w:rPr>
        <w:t xml:space="preserve">Från Landvetter </w:t>
      </w:r>
      <w:r>
        <w:rPr>
          <w:rFonts w:ascii="Arial" w:hAnsi="Arial" w:cs="Arial"/>
          <w:sz w:val="28"/>
          <w:szCs w:val="28"/>
          <w:lang w:val="sv-SE"/>
        </w:rPr>
        <w:t>3</w:t>
      </w:r>
      <w:r w:rsidR="000E56A7">
        <w:rPr>
          <w:rFonts w:ascii="Arial" w:hAnsi="Arial" w:cs="Arial"/>
          <w:sz w:val="28"/>
          <w:szCs w:val="28"/>
          <w:lang w:val="sv-SE"/>
        </w:rPr>
        <w:t xml:space="preserve"> </w:t>
      </w:r>
      <w:r w:rsidR="00056939">
        <w:rPr>
          <w:rFonts w:ascii="Arial" w:hAnsi="Arial" w:cs="Arial"/>
          <w:sz w:val="28"/>
          <w:szCs w:val="28"/>
          <w:lang w:val="sv-SE"/>
        </w:rPr>
        <w:t>830</w:t>
      </w:r>
      <w:r>
        <w:rPr>
          <w:rFonts w:ascii="Arial" w:hAnsi="Arial" w:cs="Arial"/>
          <w:sz w:val="28"/>
          <w:szCs w:val="28"/>
          <w:lang w:val="sv-SE"/>
        </w:rPr>
        <w:t xml:space="preserve">kr. </w:t>
      </w:r>
      <w:r w:rsidR="00056939">
        <w:rPr>
          <w:rFonts w:ascii="Arial" w:hAnsi="Arial" w:cs="Arial"/>
          <w:sz w:val="28"/>
          <w:szCs w:val="28"/>
          <w:lang w:val="sv-SE"/>
        </w:rPr>
        <w:t>Från Arlanda 3</w:t>
      </w:r>
      <w:r w:rsidR="000E56A7">
        <w:rPr>
          <w:rFonts w:ascii="Arial" w:hAnsi="Arial" w:cs="Arial"/>
          <w:sz w:val="28"/>
          <w:szCs w:val="28"/>
          <w:lang w:val="sv-SE"/>
        </w:rPr>
        <w:t xml:space="preserve"> </w:t>
      </w:r>
      <w:r w:rsidR="00056939">
        <w:rPr>
          <w:rFonts w:ascii="Arial" w:hAnsi="Arial" w:cs="Arial"/>
          <w:sz w:val="28"/>
          <w:szCs w:val="28"/>
          <w:lang w:val="sv-SE"/>
        </w:rPr>
        <w:t>745kr.</w:t>
      </w:r>
    </w:p>
    <w:p w14:paraId="779BB686" w14:textId="77777777" w:rsidR="000E56A7" w:rsidRDefault="000E56A7" w:rsidP="000E56A7">
      <w:pPr>
        <w:pStyle w:val="Ingetavstnd"/>
        <w:spacing w:line="276" w:lineRule="auto"/>
        <w:rPr>
          <w:rFonts w:ascii="Arial" w:hAnsi="Arial" w:cs="Arial"/>
          <w:sz w:val="28"/>
          <w:szCs w:val="28"/>
          <w:lang w:val="sv-SE" w:eastAsia="sv-SE"/>
        </w:rPr>
      </w:pPr>
    </w:p>
    <w:p w14:paraId="34C5AF96" w14:textId="18C924F6" w:rsidR="00AB1AFA" w:rsidRDefault="00AB1AFA" w:rsidP="000E56A7">
      <w:pPr>
        <w:pStyle w:val="Ingetavstnd"/>
        <w:spacing w:line="276" w:lineRule="auto"/>
        <w:rPr>
          <w:rFonts w:ascii="Arial" w:hAnsi="Arial" w:cs="Arial"/>
          <w:sz w:val="28"/>
          <w:szCs w:val="28"/>
          <w:lang w:val="sv-SE" w:eastAsia="sv-SE"/>
        </w:rPr>
      </w:pPr>
      <w:r w:rsidRPr="00AB1AFA">
        <w:rPr>
          <w:rFonts w:ascii="Arial" w:hAnsi="Arial" w:cs="Arial"/>
          <w:sz w:val="28"/>
          <w:szCs w:val="28"/>
          <w:lang w:val="sv-SE" w:eastAsia="sv-SE"/>
        </w:rPr>
        <w:t xml:space="preserve">Ingår: del i </w:t>
      </w:r>
      <w:r>
        <w:rPr>
          <w:rFonts w:ascii="Arial" w:hAnsi="Arial" w:cs="Arial"/>
          <w:sz w:val="28"/>
          <w:szCs w:val="28"/>
          <w:lang w:val="sv-SE" w:eastAsia="sv-SE"/>
        </w:rPr>
        <w:t>dubbelrum</w:t>
      </w:r>
      <w:r w:rsidRPr="00AB1AFA">
        <w:rPr>
          <w:rFonts w:ascii="Arial" w:hAnsi="Arial" w:cs="Arial"/>
          <w:sz w:val="28"/>
          <w:szCs w:val="28"/>
          <w:lang w:val="sv-SE" w:eastAsia="sv-SE"/>
        </w:rPr>
        <w:t xml:space="preserve">, </w:t>
      </w:r>
      <w:r>
        <w:rPr>
          <w:rFonts w:ascii="Arial" w:hAnsi="Arial" w:cs="Arial"/>
          <w:sz w:val="28"/>
          <w:szCs w:val="28"/>
          <w:lang w:val="sv-SE" w:eastAsia="sv-SE"/>
        </w:rPr>
        <w:t xml:space="preserve">all </w:t>
      </w:r>
      <w:proofErr w:type="spellStart"/>
      <w:r>
        <w:rPr>
          <w:rFonts w:ascii="Arial" w:hAnsi="Arial" w:cs="Arial"/>
          <w:sz w:val="28"/>
          <w:szCs w:val="28"/>
          <w:lang w:val="sv-SE" w:eastAsia="sv-SE"/>
        </w:rPr>
        <w:t>inclusive</w:t>
      </w:r>
      <w:proofErr w:type="spellEnd"/>
      <w:r w:rsidRPr="00AB1AFA">
        <w:rPr>
          <w:rFonts w:ascii="Arial" w:hAnsi="Arial" w:cs="Arial"/>
          <w:sz w:val="28"/>
          <w:szCs w:val="28"/>
          <w:lang w:val="sv-SE" w:eastAsia="sv-SE"/>
        </w:rPr>
        <w:t xml:space="preserve">, direktflyg till </w:t>
      </w:r>
      <w:r>
        <w:rPr>
          <w:rFonts w:ascii="Arial" w:hAnsi="Arial" w:cs="Arial"/>
          <w:sz w:val="28"/>
          <w:szCs w:val="28"/>
          <w:lang w:val="sv-SE" w:eastAsia="sv-SE"/>
        </w:rPr>
        <w:t>Kap Verde</w:t>
      </w:r>
      <w:r w:rsidRPr="00AB1AFA">
        <w:rPr>
          <w:rFonts w:ascii="Arial" w:hAnsi="Arial" w:cs="Arial"/>
          <w:sz w:val="28"/>
          <w:szCs w:val="28"/>
          <w:lang w:val="sv-SE" w:eastAsia="sv-SE"/>
        </w:rPr>
        <w:t>, mat på flyget, bagage, avbeställningsskydd</w:t>
      </w:r>
      <w:r>
        <w:rPr>
          <w:rFonts w:ascii="Arial" w:hAnsi="Arial" w:cs="Arial"/>
          <w:sz w:val="28"/>
          <w:szCs w:val="28"/>
          <w:lang w:val="sv-SE" w:eastAsia="sv-SE"/>
        </w:rPr>
        <w:t xml:space="preserve"> och</w:t>
      </w:r>
      <w:r w:rsidRPr="00AB1AFA">
        <w:rPr>
          <w:rFonts w:ascii="Arial" w:hAnsi="Arial" w:cs="Arial"/>
          <w:sz w:val="28"/>
          <w:szCs w:val="28"/>
          <w:lang w:val="sv-SE" w:eastAsia="sv-SE"/>
        </w:rPr>
        <w:t xml:space="preserve"> transfer</w:t>
      </w:r>
      <w:r w:rsidR="00D251D5">
        <w:rPr>
          <w:rFonts w:ascii="Arial" w:hAnsi="Arial" w:cs="Arial"/>
          <w:sz w:val="28"/>
          <w:szCs w:val="28"/>
          <w:lang w:val="sv-SE" w:eastAsia="sv-SE"/>
        </w:rPr>
        <w:t>.</w:t>
      </w:r>
    </w:p>
    <w:p w14:paraId="4808C4ED" w14:textId="77777777" w:rsidR="000E56A7" w:rsidRDefault="000E56A7" w:rsidP="000E56A7">
      <w:pPr>
        <w:pStyle w:val="Ingetavstnd"/>
        <w:spacing w:line="276" w:lineRule="auto"/>
        <w:rPr>
          <w:rFonts w:ascii="Arial" w:hAnsi="Arial" w:cs="Arial"/>
          <w:sz w:val="28"/>
          <w:szCs w:val="28"/>
          <w:lang w:val="sv-SE" w:eastAsia="sv-SE"/>
        </w:rPr>
      </w:pPr>
    </w:p>
    <w:p w14:paraId="0EFD2A23" w14:textId="395D36B6" w:rsidR="00D251D5" w:rsidRDefault="00D251D5" w:rsidP="000E56A7">
      <w:pPr>
        <w:pStyle w:val="Ingetavstnd"/>
        <w:spacing w:line="276" w:lineRule="auto"/>
        <w:rPr>
          <w:rFonts w:ascii="Arial" w:hAnsi="Arial" w:cs="Arial"/>
          <w:sz w:val="28"/>
          <w:szCs w:val="28"/>
          <w:lang w:val="sv-SE" w:eastAsia="sv-SE"/>
        </w:rPr>
      </w:pPr>
      <w:r w:rsidRPr="00D251D5">
        <w:rPr>
          <w:rFonts w:ascii="Arial" w:hAnsi="Arial" w:cs="Arial"/>
          <w:sz w:val="28"/>
          <w:szCs w:val="28"/>
          <w:lang w:val="sv-SE" w:eastAsia="sv-SE"/>
        </w:rPr>
        <w:t>Tillkommer: anslutningsresa till flygplatserna</w:t>
      </w:r>
      <w:r w:rsidR="003A5D74">
        <w:rPr>
          <w:rFonts w:ascii="Arial" w:hAnsi="Arial" w:cs="Arial"/>
          <w:sz w:val="28"/>
          <w:szCs w:val="28"/>
          <w:lang w:val="sv-SE" w:eastAsia="sv-SE"/>
        </w:rPr>
        <w:t xml:space="preserve"> i Sverige.</w:t>
      </w:r>
    </w:p>
    <w:p w14:paraId="3F6AD17A" w14:textId="77777777" w:rsidR="0058619D" w:rsidRDefault="0058619D">
      <w:pPr>
        <w:rPr>
          <w:rFonts w:ascii="Arial" w:eastAsiaTheme="majorEastAsia" w:hAnsi="Arial" w:cstheme="majorBidi"/>
          <w:b/>
          <w:bCs/>
          <w:color w:val="365F91" w:themeColor="accent1" w:themeShade="BF"/>
          <w:sz w:val="36"/>
          <w:szCs w:val="28"/>
          <w:lang w:val="sv-SE" w:eastAsia="sv-SE"/>
        </w:rPr>
      </w:pPr>
      <w:r>
        <w:rPr>
          <w:lang w:val="sv-SE" w:eastAsia="sv-SE"/>
        </w:rPr>
        <w:br w:type="page"/>
      </w:r>
    </w:p>
    <w:p w14:paraId="040740E0" w14:textId="26D0493C" w:rsidR="000A4DE4" w:rsidRDefault="004A73D7" w:rsidP="004A73D7">
      <w:pPr>
        <w:pStyle w:val="Rubrik1"/>
        <w:rPr>
          <w:lang w:val="sv-SE" w:eastAsia="sv-SE"/>
        </w:rPr>
      </w:pPr>
      <w:bookmarkStart w:id="27" w:name="_Toc231983535"/>
      <w:r>
        <w:rPr>
          <w:lang w:val="sv-SE" w:eastAsia="sv-SE"/>
        </w:rPr>
        <w:lastRenderedPageBreak/>
        <w:t>Kryssning till Höga kusten</w:t>
      </w:r>
      <w:r w:rsidR="00390AE2">
        <w:rPr>
          <w:lang w:val="sv-SE" w:eastAsia="sv-SE"/>
        </w:rPr>
        <w:t xml:space="preserve"> &amp; Härnösand</w:t>
      </w:r>
      <w:bookmarkEnd w:id="27"/>
    </w:p>
    <w:p w14:paraId="4A8402C8" w14:textId="6A7CC6F4" w:rsidR="004F7BE4" w:rsidRDefault="004A73D7" w:rsidP="0058619D">
      <w:pPr>
        <w:pStyle w:val="Ingetavstnd"/>
        <w:spacing w:line="276" w:lineRule="auto"/>
        <w:rPr>
          <w:rFonts w:ascii="Arial" w:hAnsi="Arial" w:cs="Arial"/>
          <w:sz w:val="28"/>
          <w:szCs w:val="28"/>
          <w:lang w:val="sv-SE"/>
        </w:rPr>
      </w:pPr>
      <w:r w:rsidRPr="004A73D7">
        <w:rPr>
          <w:rFonts w:ascii="Arial" w:hAnsi="Arial" w:cs="Arial"/>
          <w:sz w:val="28"/>
          <w:szCs w:val="28"/>
          <w:lang w:val="sv-SE"/>
        </w:rPr>
        <w:t xml:space="preserve">Långkryssa till Höga Kusten och Härnösand och upplev en unik mix av vild natur och kornblått hav. När vi glider fram inomskärs kan du beundra världens högsta kustlinje från Birka Gotlands lyxiga soldäck. </w:t>
      </w:r>
    </w:p>
    <w:p w14:paraId="5D9039BB" w14:textId="77777777" w:rsidR="000E56A7" w:rsidRDefault="000E56A7" w:rsidP="0058619D">
      <w:pPr>
        <w:pStyle w:val="Ingetavstnd"/>
        <w:spacing w:line="276" w:lineRule="auto"/>
        <w:rPr>
          <w:rFonts w:ascii="Arial" w:hAnsi="Arial" w:cs="Arial"/>
          <w:sz w:val="28"/>
          <w:szCs w:val="28"/>
          <w:lang w:val="sv-SE"/>
        </w:rPr>
      </w:pPr>
    </w:p>
    <w:p w14:paraId="7B6DAF64" w14:textId="079EFDE8" w:rsidR="00390AE2" w:rsidRDefault="00390AE2" w:rsidP="0058619D">
      <w:pPr>
        <w:pStyle w:val="Ingetavstnd"/>
        <w:spacing w:line="276" w:lineRule="auto"/>
        <w:rPr>
          <w:rFonts w:ascii="Arial" w:hAnsi="Arial" w:cs="Arial"/>
          <w:sz w:val="28"/>
          <w:szCs w:val="28"/>
          <w:lang w:val="sv-SE"/>
        </w:rPr>
      </w:pPr>
      <w:r>
        <w:rPr>
          <w:rFonts w:ascii="Arial" w:hAnsi="Arial" w:cs="Arial"/>
          <w:sz w:val="28"/>
          <w:szCs w:val="28"/>
          <w:lang w:val="sv-SE"/>
        </w:rPr>
        <w:t xml:space="preserve">Resan startar i Stockholm där vi hoppar på båten som under kvällen och natten ska ta oss utmed Sveriges Östkust upp till Härnösand. </w:t>
      </w:r>
      <w:r w:rsidR="00B428C2">
        <w:rPr>
          <w:rFonts w:ascii="Arial" w:hAnsi="Arial" w:cs="Arial"/>
          <w:sz w:val="28"/>
          <w:szCs w:val="28"/>
          <w:lang w:val="sv-SE"/>
        </w:rPr>
        <w:t xml:space="preserve">Vi anländer Härnösands hamn på </w:t>
      </w:r>
      <w:r w:rsidR="00925E13">
        <w:rPr>
          <w:rFonts w:ascii="Arial" w:hAnsi="Arial" w:cs="Arial"/>
          <w:sz w:val="28"/>
          <w:szCs w:val="28"/>
          <w:lang w:val="sv-SE"/>
        </w:rPr>
        <w:t>morgonen</w:t>
      </w:r>
      <w:r w:rsidR="00B428C2">
        <w:rPr>
          <w:rFonts w:ascii="Arial" w:hAnsi="Arial" w:cs="Arial"/>
          <w:sz w:val="28"/>
          <w:szCs w:val="28"/>
          <w:lang w:val="sv-SE"/>
        </w:rPr>
        <w:t xml:space="preserve">, </w:t>
      </w:r>
      <w:r w:rsidR="00E171D5">
        <w:rPr>
          <w:rFonts w:ascii="Arial" w:hAnsi="Arial" w:cs="Arial"/>
          <w:sz w:val="28"/>
          <w:szCs w:val="28"/>
          <w:lang w:val="sv-SE"/>
        </w:rPr>
        <w:t xml:space="preserve">här kan </w:t>
      </w:r>
      <w:r>
        <w:rPr>
          <w:rFonts w:ascii="Arial" w:hAnsi="Arial" w:cs="Arial"/>
          <w:sz w:val="28"/>
          <w:szCs w:val="28"/>
          <w:lang w:val="sv-SE"/>
        </w:rPr>
        <w:t xml:space="preserve">du uppleva </w:t>
      </w:r>
      <w:r w:rsidR="00E171D5">
        <w:rPr>
          <w:rFonts w:ascii="Arial" w:hAnsi="Arial" w:cs="Arial"/>
          <w:sz w:val="28"/>
          <w:szCs w:val="28"/>
          <w:lang w:val="sv-SE"/>
        </w:rPr>
        <w:t xml:space="preserve">lokala delikatesser i </w:t>
      </w:r>
      <w:r>
        <w:rPr>
          <w:rFonts w:ascii="Arial" w:hAnsi="Arial" w:cs="Arial"/>
          <w:sz w:val="28"/>
          <w:szCs w:val="28"/>
          <w:lang w:val="sv-SE"/>
        </w:rPr>
        <w:t>en av Sveriges mysigaste sommarstäder.</w:t>
      </w:r>
      <w:r w:rsidR="00E171D5">
        <w:rPr>
          <w:rFonts w:ascii="Arial" w:hAnsi="Arial" w:cs="Arial"/>
          <w:sz w:val="28"/>
          <w:szCs w:val="28"/>
          <w:lang w:val="sv-SE"/>
        </w:rPr>
        <w:t xml:space="preserve"> Du har även möjlighet att ta transferbussen in till centrum</w:t>
      </w:r>
      <w:r w:rsidR="00CC1DA3">
        <w:rPr>
          <w:rFonts w:ascii="Arial" w:hAnsi="Arial" w:cs="Arial"/>
          <w:sz w:val="28"/>
          <w:szCs w:val="28"/>
          <w:lang w:val="sv-SE"/>
        </w:rPr>
        <w:t xml:space="preserve">, där kan du kan </w:t>
      </w:r>
      <w:r w:rsidR="00925E13">
        <w:rPr>
          <w:rFonts w:ascii="Arial" w:hAnsi="Arial" w:cs="Arial"/>
          <w:sz w:val="28"/>
          <w:szCs w:val="28"/>
          <w:lang w:val="sv-SE"/>
        </w:rPr>
        <w:t>ta en kort tur</w:t>
      </w:r>
      <w:r w:rsidR="00CC1DA3">
        <w:rPr>
          <w:rFonts w:ascii="Arial" w:hAnsi="Arial" w:cs="Arial"/>
          <w:sz w:val="28"/>
          <w:szCs w:val="28"/>
          <w:lang w:val="sv-SE"/>
        </w:rPr>
        <w:t xml:space="preserve"> genom historien och uppleva de vackra 1700- och 1800-talshusen. Det finns mycket mer att göra i Härnösand, så passa på att fråga i pop-</w:t>
      </w:r>
      <w:proofErr w:type="spellStart"/>
      <w:r w:rsidR="00CC1DA3">
        <w:rPr>
          <w:rFonts w:ascii="Arial" w:hAnsi="Arial" w:cs="Arial"/>
          <w:sz w:val="28"/>
          <w:szCs w:val="28"/>
          <w:lang w:val="sv-SE"/>
        </w:rPr>
        <w:t>up</w:t>
      </w:r>
      <w:proofErr w:type="spellEnd"/>
      <w:r w:rsidR="00CC1DA3">
        <w:rPr>
          <w:rFonts w:ascii="Arial" w:hAnsi="Arial" w:cs="Arial"/>
          <w:sz w:val="28"/>
          <w:szCs w:val="28"/>
          <w:lang w:val="sv-SE"/>
        </w:rPr>
        <w:t xml:space="preserve"> turistbyrån på båten innan du hoppar av för att hitta ditt guldkorn!</w:t>
      </w:r>
    </w:p>
    <w:p w14:paraId="1FA443F0" w14:textId="559A063F" w:rsidR="00CC1DA3" w:rsidRDefault="00CC1DA3" w:rsidP="0058619D">
      <w:pPr>
        <w:pStyle w:val="Ingetavstnd"/>
        <w:spacing w:line="276" w:lineRule="auto"/>
        <w:rPr>
          <w:rFonts w:ascii="Arial" w:hAnsi="Arial" w:cs="Arial"/>
          <w:sz w:val="28"/>
          <w:szCs w:val="28"/>
          <w:lang w:val="sv-SE"/>
        </w:rPr>
      </w:pPr>
      <w:r>
        <w:rPr>
          <w:rFonts w:ascii="Arial" w:hAnsi="Arial" w:cs="Arial"/>
          <w:sz w:val="28"/>
          <w:szCs w:val="28"/>
          <w:lang w:val="sv-SE"/>
        </w:rPr>
        <w:t xml:space="preserve">På </w:t>
      </w:r>
      <w:r w:rsidR="00925E13">
        <w:rPr>
          <w:rFonts w:ascii="Arial" w:hAnsi="Arial" w:cs="Arial"/>
          <w:sz w:val="28"/>
          <w:szCs w:val="28"/>
          <w:lang w:val="sv-SE"/>
        </w:rPr>
        <w:t>eftermiddagen</w:t>
      </w:r>
      <w:r>
        <w:rPr>
          <w:rFonts w:ascii="Arial" w:hAnsi="Arial" w:cs="Arial"/>
          <w:sz w:val="28"/>
          <w:szCs w:val="28"/>
          <w:lang w:val="sv-SE"/>
        </w:rPr>
        <w:t xml:space="preserve"> hoppar vi på båten igen som tar oss tillbaka till Stockholm. Vi bor i hytter på båten och alla måltider ingår på båtresan.</w:t>
      </w:r>
    </w:p>
    <w:p w14:paraId="52F50099" w14:textId="77777777" w:rsidR="00CC1DA3" w:rsidRDefault="00CC1DA3" w:rsidP="0058619D">
      <w:pPr>
        <w:pStyle w:val="Ingetavstnd"/>
        <w:spacing w:line="276" w:lineRule="auto"/>
        <w:rPr>
          <w:rFonts w:ascii="Arial" w:hAnsi="Arial" w:cs="Arial"/>
          <w:sz w:val="28"/>
          <w:szCs w:val="28"/>
          <w:lang w:val="sv-SE" w:eastAsia="sv-SE"/>
        </w:rPr>
      </w:pPr>
    </w:p>
    <w:p w14:paraId="491C272C" w14:textId="0F5CDBEF" w:rsidR="00CC1DA3" w:rsidRDefault="00CC1DA3" w:rsidP="0058619D">
      <w:pPr>
        <w:pStyle w:val="Ingetavstnd"/>
        <w:spacing w:line="276" w:lineRule="auto"/>
        <w:rPr>
          <w:rFonts w:ascii="Arial" w:hAnsi="Arial" w:cs="Arial"/>
          <w:sz w:val="28"/>
          <w:szCs w:val="28"/>
          <w:lang w:val="sv-SE" w:eastAsia="sv-SE"/>
        </w:rPr>
      </w:pPr>
      <w:r>
        <w:rPr>
          <w:rFonts w:ascii="Arial" w:hAnsi="Arial" w:cs="Arial"/>
          <w:sz w:val="28"/>
          <w:szCs w:val="28"/>
          <w:lang w:val="sv-SE" w:eastAsia="sv-SE"/>
        </w:rPr>
        <w:t xml:space="preserve">Datum: </w:t>
      </w:r>
      <w:r w:rsidR="0058619D">
        <w:rPr>
          <w:rFonts w:ascii="Arial" w:hAnsi="Arial" w:cs="Arial"/>
          <w:sz w:val="28"/>
          <w:szCs w:val="28"/>
          <w:lang w:val="sv-SE" w:eastAsia="sv-SE"/>
        </w:rPr>
        <w:t>27–29</w:t>
      </w:r>
      <w:r>
        <w:rPr>
          <w:rFonts w:ascii="Arial" w:hAnsi="Arial" w:cs="Arial"/>
          <w:sz w:val="28"/>
          <w:szCs w:val="28"/>
          <w:lang w:val="sv-SE" w:eastAsia="sv-SE"/>
        </w:rPr>
        <w:t xml:space="preserve"> september</w:t>
      </w:r>
    </w:p>
    <w:p w14:paraId="4021629A" w14:textId="77777777" w:rsidR="000E56A7" w:rsidRDefault="000E56A7" w:rsidP="0058619D">
      <w:pPr>
        <w:pStyle w:val="Ingetavstnd"/>
        <w:spacing w:line="276" w:lineRule="auto"/>
        <w:rPr>
          <w:rFonts w:ascii="Arial" w:hAnsi="Arial" w:cs="Arial"/>
          <w:sz w:val="28"/>
          <w:szCs w:val="28"/>
          <w:lang w:val="sv-SE" w:eastAsia="sv-SE"/>
        </w:rPr>
      </w:pPr>
    </w:p>
    <w:p w14:paraId="24EBC27F" w14:textId="0103A436" w:rsidR="00E07D7F" w:rsidRDefault="00E07D7F" w:rsidP="0058619D">
      <w:pPr>
        <w:pStyle w:val="Ingetavstnd"/>
        <w:spacing w:line="276" w:lineRule="auto"/>
        <w:rPr>
          <w:rFonts w:ascii="Arial" w:hAnsi="Arial" w:cs="Arial"/>
          <w:sz w:val="28"/>
          <w:szCs w:val="28"/>
          <w:lang w:val="sv-SE" w:eastAsia="sv-SE"/>
        </w:rPr>
      </w:pPr>
      <w:r>
        <w:rPr>
          <w:rFonts w:ascii="Arial" w:hAnsi="Arial" w:cs="Arial"/>
          <w:sz w:val="28"/>
          <w:szCs w:val="28"/>
          <w:lang w:val="sv-SE" w:eastAsia="sv-SE"/>
        </w:rPr>
        <w:t>Pris per person: 2</w:t>
      </w:r>
      <w:r w:rsidR="000E56A7">
        <w:rPr>
          <w:rFonts w:ascii="Arial" w:hAnsi="Arial" w:cs="Arial"/>
          <w:sz w:val="28"/>
          <w:szCs w:val="28"/>
          <w:lang w:val="sv-SE" w:eastAsia="sv-SE"/>
        </w:rPr>
        <w:t xml:space="preserve"> </w:t>
      </w:r>
      <w:r>
        <w:rPr>
          <w:rFonts w:ascii="Arial" w:hAnsi="Arial" w:cs="Arial"/>
          <w:sz w:val="28"/>
          <w:szCs w:val="28"/>
          <w:lang w:val="sv-SE" w:eastAsia="sv-SE"/>
        </w:rPr>
        <w:t>467kr</w:t>
      </w:r>
    </w:p>
    <w:p w14:paraId="6B464C8F" w14:textId="77777777" w:rsidR="000E56A7" w:rsidRDefault="000E56A7" w:rsidP="0058619D">
      <w:pPr>
        <w:pStyle w:val="Ingetavstnd"/>
        <w:spacing w:line="276" w:lineRule="auto"/>
        <w:rPr>
          <w:rFonts w:ascii="Arial" w:hAnsi="Arial" w:cs="Arial"/>
          <w:sz w:val="28"/>
          <w:szCs w:val="28"/>
          <w:lang w:val="sv-SE" w:eastAsia="sv-SE"/>
        </w:rPr>
      </w:pPr>
    </w:p>
    <w:p w14:paraId="7EA2702C" w14:textId="361468BC" w:rsidR="00E07D7F" w:rsidRDefault="00E07D7F" w:rsidP="0058619D">
      <w:pPr>
        <w:pStyle w:val="Ingetavstnd"/>
        <w:spacing w:line="276" w:lineRule="auto"/>
        <w:rPr>
          <w:rFonts w:ascii="Arial" w:hAnsi="Arial" w:cs="Arial"/>
          <w:sz w:val="28"/>
          <w:szCs w:val="28"/>
          <w:lang w:val="sv-SE" w:eastAsia="sv-SE"/>
        </w:rPr>
      </w:pPr>
      <w:r>
        <w:rPr>
          <w:rFonts w:ascii="Arial" w:hAnsi="Arial" w:cs="Arial"/>
          <w:sz w:val="28"/>
          <w:szCs w:val="28"/>
          <w:lang w:val="sv-SE" w:eastAsia="sv-SE"/>
        </w:rPr>
        <w:t xml:space="preserve">Ingår: måltider under båtresan, del i hytt, kryssningsbiljett, </w:t>
      </w:r>
      <w:r w:rsidR="0032711A">
        <w:rPr>
          <w:rFonts w:ascii="Arial" w:hAnsi="Arial" w:cs="Arial"/>
          <w:sz w:val="28"/>
          <w:szCs w:val="28"/>
          <w:lang w:val="sv-SE" w:eastAsia="sv-SE"/>
        </w:rPr>
        <w:t>buss till/från Härnösands hamn-centrum.</w:t>
      </w:r>
    </w:p>
    <w:p w14:paraId="60AD6483" w14:textId="040D0395" w:rsidR="0032711A" w:rsidRDefault="0032711A" w:rsidP="0058619D">
      <w:pPr>
        <w:pStyle w:val="Ingetavstnd"/>
        <w:spacing w:line="276" w:lineRule="auto"/>
        <w:rPr>
          <w:rFonts w:ascii="Arial" w:hAnsi="Arial" w:cs="Arial"/>
          <w:sz w:val="28"/>
          <w:szCs w:val="28"/>
          <w:lang w:val="sv-SE" w:eastAsia="sv-SE"/>
        </w:rPr>
      </w:pPr>
      <w:r>
        <w:rPr>
          <w:rFonts w:ascii="Arial" w:hAnsi="Arial" w:cs="Arial"/>
          <w:sz w:val="28"/>
          <w:szCs w:val="28"/>
          <w:lang w:val="sv-SE" w:eastAsia="sv-SE"/>
        </w:rPr>
        <w:t xml:space="preserve">Enkelhyttstillägg: </w:t>
      </w:r>
      <w:r w:rsidR="0004166E">
        <w:rPr>
          <w:rFonts w:ascii="Arial" w:hAnsi="Arial" w:cs="Arial"/>
          <w:sz w:val="28"/>
          <w:szCs w:val="28"/>
          <w:lang w:val="sv-SE" w:eastAsia="sv-SE"/>
        </w:rPr>
        <w:t>960kr</w:t>
      </w:r>
    </w:p>
    <w:p w14:paraId="63E09266" w14:textId="77777777" w:rsidR="000E56A7" w:rsidRDefault="000E56A7" w:rsidP="0058619D">
      <w:pPr>
        <w:pStyle w:val="Ingetavstnd"/>
        <w:spacing w:line="276" w:lineRule="auto"/>
        <w:rPr>
          <w:rFonts w:ascii="Arial" w:hAnsi="Arial" w:cs="Arial"/>
          <w:sz w:val="28"/>
          <w:szCs w:val="28"/>
          <w:lang w:val="sv-SE" w:eastAsia="sv-SE"/>
        </w:rPr>
      </w:pPr>
    </w:p>
    <w:p w14:paraId="6201B80C" w14:textId="02F3F3E7" w:rsidR="008D2C82" w:rsidRDefault="008D2C82" w:rsidP="0058619D">
      <w:pPr>
        <w:pStyle w:val="Ingetavstnd"/>
        <w:spacing w:line="276" w:lineRule="auto"/>
        <w:rPr>
          <w:rFonts w:ascii="Arial" w:hAnsi="Arial" w:cs="Arial"/>
          <w:sz w:val="28"/>
          <w:szCs w:val="28"/>
          <w:lang w:val="sv-SE" w:eastAsia="sv-SE"/>
        </w:rPr>
      </w:pPr>
      <w:r>
        <w:rPr>
          <w:rFonts w:ascii="Arial" w:hAnsi="Arial" w:cs="Arial"/>
          <w:sz w:val="28"/>
          <w:szCs w:val="28"/>
          <w:lang w:val="sv-SE" w:eastAsia="sv-SE"/>
        </w:rPr>
        <w:t>Tillkommer: Anslutningsresa till Stockholm. Måltid i land.</w:t>
      </w:r>
    </w:p>
    <w:p w14:paraId="2CE0EF51" w14:textId="77777777" w:rsidR="0058619D" w:rsidRDefault="0058619D">
      <w:pPr>
        <w:rPr>
          <w:rFonts w:ascii="Arial" w:eastAsiaTheme="majorEastAsia" w:hAnsi="Arial" w:cstheme="majorBidi"/>
          <w:b/>
          <w:bCs/>
          <w:color w:val="365F91" w:themeColor="accent1" w:themeShade="BF"/>
          <w:sz w:val="36"/>
          <w:szCs w:val="28"/>
          <w:lang w:val="sv-SE" w:eastAsia="sv-SE"/>
        </w:rPr>
      </w:pPr>
      <w:r>
        <w:rPr>
          <w:lang w:val="sv-SE" w:eastAsia="sv-SE"/>
        </w:rPr>
        <w:br w:type="page"/>
      </w:r>
    </w:p>
    <w:p w14:paraId="1D924CD0" w14:textId="7FF31E5E" w:rsidR="008D2C82" w:rsidRDefault="008D2C82" w:rsidP="008D2C82">
      <w:pPr>
        <w:pStyle w:val="Rubrik1"/>
        <w:rPr>
          <w:lang w:val="sv-SE" w:eastAsia="sv-SE"/>
        </w:rPr>
      </w:pPr>
      <w:bookmarkStart w:id="28" w:name="_Toc231983536"/>
      <w:r>
        <w:rPr>
          <w:lang w:val="sv-SE" w:eastAsia="sv-SE"/>
        </w:rPr>
        <w:lastRenderedPageBreak/>
        <w:t>Upplev Rostock och oktoberfest!</w:t>
      </w:r>
      <w:bookmarkEnd w:id="28"/>
    </w:p>
    <w:p w14:paraId="343378F7" w14:textId="4EF4CBC1" w:rsidR="008D2C82" w:rsidRDefault="008D2C82" w:rsidP="008D2C82">
      <w:pPr>
        <w:rPr>
          <w:rFonts w:ascii="Arial" w:hAnsi="Arial" w:cs="Arial"/>
          <w:sz w:val="28"/>
          <w:szCs w:val="28"/>
          <w:lang w:val="sv-SE" w:eastAsia="sv-SE"/>
        </w:rPr>
      </w:pPr>
      <w:r w:rsidRPr="008D2C82">
        <w:rPr>
          <w:rFonts w:ascii="Arial" w:hAnsi="Arial" w:cs="Arial"/>
          <w:sz w:val="28"/>
          <w:szCs w:val="28"/>
          <w:lang w:val="sv-SE" w:eastAsia="sv-SE"/>
        </w:rPr>
        <w:t>Följ med oss till Rostock, Tysklands största hamnstad mot Östersjön, för att fira in hösten med en tysk Oktoberfest i Rostocks hamn. I partytältet som rymmer cirka 2500 besökare finns en härlig stämning fylld av musik, traditionella dräkter, mat och självklart bayersk öl</w:t>
      </w:r>
      <w:r w:rsidR="00B74720">
        <w:rPr>
          <w:rFonts w:ascii="Arial" w:hAnsi="Arial" w:cs="Arial"/>
          <w:sz w:val="28"/>
          <w:szCs w:val="28"/>
          <w:lang w:val="sv-SE" w:eastAsia="sv-SE"/>
        </w:rPr>
        <w:t>.</w:t>
      </w:r>
    </w:p>
    <w:p w14:paraId="43CC560F" w14:textId="46B7CE8D" w:rsidR="008D2C82" w:rsidRDefault="00B74720" w:rsidP="008D2C82">
      <w:pPr>
        <w:rPr>
          <w:rFonts w:ascii="Arial" w:hAnsi="Arial" w:cs="Arial"/>
          <w:sz w:val="28"/>
          <w:szCs w:val="28"/>
          <w:lang w:val="sv-SE" w:eastAsia="sv-SE"/>
        </w:rPr>
      </w:pPr>
      <w:r>
        <w:rPr>
          <w:rFonts w:ascii="Arial" w:hAnsi="Arial" w:cs="Arial"/>
          <w:sz w:val="28"/>
          <w:szCs w:val="28"/>
          <w:lang w:val="sv-SE" w:eastAsia="sv-SE"/>
        </w:rPr>
        <w:t>Dag 1</w:t>
      </w:r>
      <w:r w:rsidRPr="00B74720">
        <w:rPr>
          <w:rFonts w:ascii="Arial" w:hAnsi="Arial" w:cs="Arial"/>
          <w:sz w:val="28"/>
          <w:szCs w:val="28"/>
          <w:lang w:val="sv-SE" w:eastAsia="sv-SE"/>
        </w:rPr>
        <w:t xml:space="preserve"> åker </w:t>
      </w:r>
      <w:r>
        <w:rPr>
          <w:rFonts w:ascii="Arial" w:hAnsi="Arial" w:cs="Arial"/>
          <w:sz w:val="28"/>
          <w:szCs w:val="28"/>
          <w:lang w:val="sv-SE" w:eastAsia="sv-SE"/>
        </w:rPr>
        <w:t xml:space="preserve">vi </w:t>
      </w:r>
      <w:r w:rsidRPr="00B74720">
        <w:rPr>
          <w:rFonts w:ascii="Arial" w:hAnsi="Arial" w:cs="Arial"/>
          <w:sz w:val="28"/>
          <w:szCs w:val="28"/>
          <w:lang w:val="sv-SE" w:eastAsia="sv-SE"/>
        </w:rPr>
        <w:t>genom södra Sverige</w:t>
      </w:r>
      <w:r>
        <w:rPr>
          <w:rFonts w:ascii="Arial" w:hAnsi="Arial" w:cs="Arial"/>
          <w:sz w:val="28"/>
          <w:szCs w:val="28"/>
          <w:lang w:val="sv-SE" w:eastAsia="sv-SE"/>
        </w:rPr>
        <w:t xml:space="preserve"> in i Danmark.</w:t>
      </w:r>
      <w:r w:rsidRPr="00B74720">
        <w:rPr>
          <w:rFonts w:ascii="Arial" w:hAnsi="Arial" w:cs="Arial"/>
          <w:sz w:val="28"/>
          <w:szCs w:val="28"/>
          <w:lang w:val="sv-SE" w:eastAsia="sv-SE"/>
        </w:rPr>
        <w:t xml:space="preserve"> Där tar vi färjan Gedser–Rostock som tar strax under två timmar</w:t>
      </w:r>
      <w:r>
        <w:rPr>
          <w:rFonts w:ascii="Arial" w:hAnsi="Arial" w:cs="Arial"/>
          <w:sz w:val="28"/>
          <w:szCs w:val="28"/>
          <w:lang w:val="sv-SE" w:eastAsia="sv-SE"/>
        </w:rPr>
        <w:t xml:space="preserve">. På färjan finns restauranger och shopping. Vi kommer sedan fram till vårt hotell i centrala Rostock. </w:t>
      </w:r>
    </w:p>
    <w:p w14:paraId="09CC10AE" w14:textId="77777777" w:rsidR="00B562F0" w:rsidRDefault="00B74720" w:rsidP="008D2C82">
      <w:pPr>
        <w:rPr>
          <w:rFonts w:ascii="Arial" w:hAnsi="Arial" w:cs="Arial"/>
          <w:sz w:val="28"/>
          <w:szCs w:val="28"/>
          <w:lang w:val="sv-SE" w:eastAsia="sv-SE"/>
        </w:rPr>
      </w:pPr>
      <w:r>
        <w:rPr>
          <w:rFonts w:ascii="Arial" w:hAnsi="Arial" w:cs="Arial"/>
          <w:sz w:val="28"/>
          <w:szCs w:val="28"/>
          <w:lang w:val="sv-SE" w:eastAsia="sv-SE"/>
        </w:rPr>
        <w:t xml:space="preserve">Förmiddagen dag 2 är </w:t>
      </w:r>
      <w:r w:rsidR="00B562F0">
        <w:rPr>
          <w:rFonts w:ascii="Arial" w:hAnsi="Arial" w:cs="Arial"/>
          <w:sz w:val="28"/>
          <w:szCs w:val="28"/>
          <w:lang w:val="sv-SE" w:eastAsia="sv-SE"/>
        </w:rPr>
        <w:t xml:space="preserve">det </w:t>
      </w:r>
      <w:r>
        <w:rPr>
          <w:rFonts w:ascii="Arial" w:hAnsi="Arial" w:cs="Arial"/>
          <w:sz w:val="28"/>
          <w:szCs w:val="28"/>
          <w:lang w:val="sv-SE" w:eastAsia="sv-SE"/>
        </w:rPr>
        <w:t>fri</w:t>
      </w:r>
      <w:r w:rsidR="00B562F0">
        <w:rPr>
          <w:rFonts w:ascii="Arial" w:hAnsi="Arial" w:cs="Arial"/>
          <w:sz w:val="28"/>
          <w:szCs w:val="28"/>
          <w:lang w:val="sv-SE" w:eastAsia="sv-SE"/>
        </w:rPr>
        <w:t>tt fram</w:t>
      </w:r>
      <w:r>
        <w:rPr>
          <w:rFonts w:ascii="Arial" w:hAnsi="Arial" w:cs="Arial"/>
          <w:sz w:val="28"/>
          <w:szCs w:val="28"/>
          <w:lang w:val="sv-SE" w:eastAsia="sv-SE"/>
        </w:rPr>
        <w:t xml:space="preserve"> att vandra runt och uppleva</w:t>
      </w:r>
      <w:r w:rsidR="00B562F0">
        <w:rPr>
          <w:rFonts w:ascii="Arial" w:hAnsi="Arial" w:cs="Arial"/>
          <w:sz w:val="28"/>
          <w:szCs w:val="28"/>
          <w:lang w:val="sv-SE" w:eastAsia="sv-SE"/>
        </w:rPr>
        <w:t xml:space="preserve"> staden Rostock. På eftermiddagen åker vi ner till Rostocker Oktoberfest i hamnen. Där finns ett partytält som rymmer 2500personer vilket vi tillbringar kvällen i. Där finns god mat, dryck och livemusik. En riktig folkfest!</w:t>
      </w:r>
    </w:p>
    <w:p w14:paraId="6478915E" w14:textId="77777777" w:rsidR="00B562F0" w:rsidRDefault="00B562F0" w:rsidP="008D2C82">
      <w:pPr>
        <w:rPr>
          <w:rFonts w:ascii="Arial" w:hAnsi="Arial" w:cs="Arial"/>
          <w:sz w:val="28"/>
          <w:szCs w:val="28"/>
          <w:lang w:val="sv-SE" w:eastAsia="sv-SE"/>
        </w:rPr>
      </w:pPr>
      <w:r>
        <w:rPr>
          <w:rFonts w:ascii="Arial" w:hAnsi="Arial" w:cs="Arial"/>
          <w:sz w:val="28"/>
          <w:szCs w:val="28"/>
          <w:lang w:val="sv-SE" w:eastAsia="sv-SE"/>
        </w:rPr>
        <w:t>Dag 3 äter vi frukost på hotellet innan vi börjar resan hem till Sverige igen.</w:t>
      </w:r>
    </w:p>
    <w:p w14:paraId="0B59E2FC" w14:textId="6B4F0B11" w:rsidR="00B562F0" w:rsidRDefault="00DC20B4" w:rsidP="008D2C82">
      <w:pPr>
        <w:rPr>
          <w:rFonts w:ascii="Arial" w:hAnsi="Arial" w:cs="Arial"/>
          <w:sz w:val="28"/>
          <w:szCs w:val="28"/>
          <w:lang w:val="sv-SE" w:eastAsia="sv-SE"/>
        </w:rPr>
      </w:pPr>
      <w:r>
        <w:rPr>
          <w:rFonts w:ascii="Arial" w:hAnsi="Arial" w:cs="Arial"/>
          <w:sz w:val="28"/>
          <w:szCs w:val="28"/>
          <w:lang w:val="sv-SE" w:eastAsia="sv-SE"/>
        </w:rPr>
        <w:t xml:space="preserve">Datum: </w:t>
      </w:r>
      <w:r w:rsidR="000E56A7">
        <w:rPr>
          <w:rFonts w:ascii="Arial" w:hAnsi="Arial" w:cs="Arial"/>
          <w:sz w:val="28"/>
          <w:szCs w:val="28"/>
          <w:lang w:val="sv-SE" w:eastAsia="sv-SE"/>
        </w:rPr>
        <w:t>2–4</w:t>
      </w:r>
      <w:r>
        <w:rPr>
          <w:rFonts w:ascii="Arial" w:hAnsi="Arial" w:cs="Arial"/>
          <w:sz w:val="28"/>
          <w:szCs w:val="28"/>
          <w:lang w:val="sv-SE" w:eastAsia="sv-SE"/>
        </w:rPr>
        <w:t xml:space="preserve"> oktober</w:t>
      </w:r>
    </w:p>
    <w:p w14:paraId="4754ABD4" w14:textId="6547AAC9" w:rsidR="00DC20B4" w:rsidRDefault="00D83E6C" w:rsidP="008D2C82">
      <w:pPr>
        <w:rPr>
          <w:rFonts w:ascii="Arial" w:hAnsi="Arial" w:cs="Arial"/>
          <w:sz w:val="28"/>
          <w:szCs w:val="28"/>
          <w:lang w:val="sv-SE" w:eastAsia="sv-SE"/>
        </w:rPr>
      </w:pPr>
      <w:r>
        <w:rPr>
          <w:rFonts w:ascii="Arial" w:hAnsi="Arial" w:cs="Arial"/>
          <w:sz w:val="28"/>
          <w:szCs w:val="28"/>
          <w:lang w:val="sv-SE" w:eastAsia="sv-SE"/>
        </w:rPr>
        <w:t>Påstigningsplats: Ulricehamn, Borås, Bollebygd, Landvetter, Kungsbacka, Göteborg, Varberg, Falkenberg, Halmstad, Ängelholm, Helsingborg, Landskrona, Malmö.</w:t>
      </w:r>
    </w:p>
    <w:p w14:paraId="2FECF651" w14:textId="52687C3E" w:rsidR="0056750F" w:rsidRDefault="0056750F" w:rsidP="008D2C82">
      <w:pPr>
        <w:rPr>
          <w:rFonts w:ascii="Arial" w:hAnsi="Arial" w:cs="Arial"/>
          <w:sz w:val="28"/>
          <w:szCs w:val="28"/>
          <w:lang w:val="sv-SE" w:eastAsia="sv-SE"/>
        </w:rPr>
      </w:pPr>
      <w:r>
        <w:rPr>
          <w:rFonts w:ascii="Arial" w:hAnsi="Arial" w:cs="Arial"/>
          <w:sz w:val="28"/>
          <w:szCs w:val="28"/>
          <w:lang w:val="sv-SE" w:eastAsia="sv-SE"/>
        </w:rPr>
        <w:t>Pris: 4</w:t>
      </w:r>
      <w:r w:rsidR="000E56A7">
        <w:rPr>
          <w:rFonts w:ascii="Arial" w:hAnsi="Arial" w:cs="Arial"/>
          <w:sz w:val="28"/>
          <w:szCs w:val="28"/>
          <w:lang w:val="sv-SE" w:eastAsia="sv-SE"/>
        </w:rPr>
        <w:t xml:space="preserve"> </w:t>
      </w:r>
      <w:r>
        <w:rPr>
          <w:rFonts w:ascii="Arial" w:hAnsi="Arial" w:cs="Arial"/>
          <w:sz w:val="28"/>
          <w:szCs w:val="28"/>
          <w:lang w:val="sv-SE" w:eastAsia="sv-SE"/>
        </w:rPr>
        <w:t>700kr</w:t>
      </w:r>
    </w:p>
    <w:p w14:paraId="279C86B4" w14:textId="6BB1EF3E" w:rsidR="0056750F" w:rsidRDefault="0056750F" w:rsidP="008D2C82">
      <w:pPr>
        <w:rPr>
          <w:rFonts w:ascii="Arial" w:hAnsi="Arial" w:cs="Arial"/>
          <w:sz w:val="28"/>
          <w:szCs w:val="28"/>
          <w:lang w:val="sv-SE" w:eastAsia="sv-SE"/>
        </w:rPr>
      </w:pPr>
      <w:r>
        <w:rPr>
          <w:rFonts w:ascii="Arial" w:hAnsi="Arial" w:cs="Arial"/>
          <w:sz w:val="28"/>
          <w:szCs w:val="28"/>
          <w:lang w:val="sv-SE" w:eastAsia="sv-SE"/>
        </w:rPr>
        <w:t xml:space="preserve">Vad ingår: Bussresa, del i dubbelrum, 2 frukostar, 1 middag (all </w:t>
      </w:r>
      <w:proofErr w:type="spellStart"/>
      <w:r>
        <w:rPr>
          <w:rFonts w:ascii="Arial" w:hAnsi="Arial" w:cs="Arial"/>
          <w:sz w:val="28"/>
          <w:szCs w:val="28"/>
          <w:lang w:val="sv-SE" w:eastAsia="sv-SE"/>
        </w:rPr>
        <w:t>inclusive</w:t>
      </w:r>
      <w:proofErr w:type="spellEnd"/>
      <w:r>
        <w:rPr>
          <w:rFonts w:ascii="Arial" w:hAnsi="Arial" w:cs="Arial"/>
          <w:sz w:val="28"/>
          <w:szCs w:val="28"/>
          <w:lang w:val="sv-SE" w:eastAsia="sv-SE"/>
        </w:rPr>
        <w:t xml:space="preserve"> dryck oktoberfest).</w:t>
      </w:r>
    </w:p>
    <w:p w14:paraId="7AFB61A1" w14:textId="06F9C4D4" w:rsidR="0056750F" w:rsidRDefault="0056750F" w:rsidP="008D2C82">
      <w:pPr>
        <w:rPr>
          <w:rFonts w:ascii="Arial" w:hAnsi="Arial" w:cs="Arial"/>
          <w:sz w:val="28"/>
          <w:szCs w:val="28"/>
          <w:lang w:val="sv-SE" w:eastAsia="sv-SE"/>
        </w:rPr>
      </w:pPr>
      <w:r>
        <w:rPr>
          <w:rFonts w:ascii="Arial" w:hAnsi="Arial" w:cs="Arial"/>
          <w:sz w:val="28"/>
          <w:szCs w:val="28"/>
          <w:lang w:val="sv-SE" w:eastAsia="sv-SE"/>
        </w:rPr>
        <w:t>Enkelrumstillägg: Från 675kr</w:t>
      </w:r>
    </w:p>
    <w:p w14:paraId="4E907705" w14:textId="0D73341D" w:rsidR="0056750F" w:rsidRDefault="0056750F" w:rsidP="008D2C82">
      <w:pPr>
        <w:rPr>
          <w:rFonts w:ascii="Arial" w:hAnsi="Arial" w:cs="Arial"/>
          <w:sz w:val="28"/>
          <w:szCs w:val="28"/>
          <w:lang w:val="sv-SE" w:eastAsia="sv-SE"/>
        </w:rPr>
      </w:pPr>
      <w:r>
        <w:rPr>
          <w:rFonts w:ascii="Arial" w:hAnsi="Arial" w:cs="Arial"/>
          <w:sz w:val="28"/>
          <w:szCs w:val="28"/>
          <w:lang w:val="sv-SE" w:eastAsia="sv-SE"/>
        </w:rPr>
        <w:t>Tillkommer: Luncher, eventuella middagar på resdagarna.</w:t>
      </w:r>
      <w:r w:rsidR="00A765E7">
        <w:rPr>
          <w:rFonts w:ascii="Arial" w:hAnsi="Arial" w:cs="Arial"/>
          <w:sz w:val="28"/>
          <w:szCs w:val="28"/>
          <w:lang w:val="sv-SE" w:eastAsia="sv-SE"/>
        </w:rPr>
        <w:t xml:space="preserve"> Eventuell anslutningsresa till någon av påstigningsplatserna.</w:t>
      </w:r>
    </w:p>
    <w:p w14:paraId="4EA0553A" w14:textId="77777777" w:rsidR="000E56A7" w:rsidRDefault="000E56A7">
      <w:pPr>
        <w:rPr>
          <w:rFonts w:ascii="Arial" w:eastAsiaTheme="majorEastAsia" w:hAnsi="Arial" w:cstheme="majorBidi"/>
          <w:b/>
          <w:bCs/>
          <w:color w:val="365F91" w:themeColor="accent1" w:themeShade="BF"/>
          <w:sz w:val="36"/>
          <w:szCs w:val="28"/>
          <w:lang w:val="sv-SE" w:eastAsia="sv-SE"/>
        </w:rPr>
      </w:pPr>
      <w:r>
        <w:rPr>
          <w:lang w:val="sv-SE" w:eastAsia="sv-SE"/>
        </w:rPr>
        <w:br w:type="page"/>
      </w:r>
    </w:p>
    <w:p w14:paraId="1223B914" w14:textId="1C8FAB03" w:rsidR="0056750F" w:rsidRDefault="0056750F" w:rsidP="0056750F">
      <w:pPr>
        <w:pStyle w:val="Rubrik1"/>
        <w:rPr>
          <w:lang w:val="sv-SE" w:eastAsia="sv-SE"/>
        </w:rPr>
      </w:pPr>
      <w:bookmarkStart w:id="29" w:name="_Toc231983537"/>
      <w:r>
        <w:rPr>
          <w:lang w:val="sv-SE" w:eastAsia="sv-SE"/>
        </w:rPr>
        <w:lastRenderedPageBreak/>
        <w:t>Adventskryssning med julmarknad i Riga</w:t>
      </w:r>
      <w:bookmarkEnd w:id="29"/>
    </w:p>
    <w:p w14:paraId="6DDC5CB7" w14:textId="601DDD6D" w:rsidR="0056750F" w:rsidRDefault="009B4D1C" w:rsidP="000E56A7">
      <w:pPr>
        <w:spacing w:after="0"/>
        <w:rPr>
          <w:rFonts w:ascii="Arial" w:hAnsi="Arial" w:cs="Arial"/>
          <w:sz w:val="28"/>
          <w:szCs w:val="28"/>
          <w:lang w:val="sv-SE" w:eastAsia="sv-SE"/>
        </w:rPr>
      </w:pPr>
      <w:r>
        <w:rPr>
          <w:rFonts w:ascii="Arial" w:hAnsi="Arial" w:cs="Arial"/>
          <w:sz w:val="28"/>
          <w:szCs w:val="28"/>
          <w:lang w:val="sv-SE" w:eastAsia="sv-SE"/>
        </w:rPr>
        <w:t xml:space="preserve">Häng med på en riktigt härlig julkryssning till en av världens mysigaste julmarknader! Den </w:t>
      </w:r>
      <w:r w:rsidR="000E56A7">
        <w:rPr>
          <w:rFonts w:ascii="Arial" w:hAnsi="Arial" w:cs="Arial"/>
          <w:sz w:val="28"/>
          <w:szCs w:val="28"/>
          <w:lang w:val="sv-SE" w:eastAsia="sv-SE"/>
        </w:rPr>
        <w:t>13–15</w:t>
      </w:r>
      <w:r>
        <w:rPr>
          <w:rFonts w:ascii="Arial" w:hAnsi="Arial" w:cs="Arial"/>
          <w:sz w:val="28"/>
          <w:szCs w:val="28"/>
          <w:lang w:val="sv-SE" w:eastAsia="sv-SE"/>
        </w:rPr>
        <w:t xml:space="preserve"> december hoppar vi på Viking Lines kryssning från Stockholm till Riga. </w:t>
      </w:r>
    </w:p>
    <w:p w14:paraId="7F3743CD" w14:textId="77777777" w:rsidR="000E56A7" w:rsidRDefault="000E56A7" w:rsidP="000E56A7">
      <w:pPr>
        <w:spacing w:after="0"/>
        <w:rPr>
          <w:rFonts w:ascii="Arial" w:hAnsi="Arial" w:cs="Arial"/>
          <w:sz w:val="28"/>
          <w:szCs w:val="28"/>
          <w:lang w:val="sv-SE" w:eastAsia="sv-SE"/>
        </w:rPr>
      </w:pPr>
    </w:p>
    <w:p w14:paraId="39C23226" w14:textId="300FBF46" w:rsidR="009B4D1C" w:rsidRDefault="009B4D1C" w:rsidP="000E56A7">
      <w:pPr>
        <w:spacing w:after="0"/>
        <w:rPr>
          <w:rFonts w:ascii="Arial" w:hAnsi="Arial" w:cs="Arial"/>
          <w:sz w:val="28"/>
          <w:szCs w:val="28"/>
          <w:lang w:val="sv-SE" w:eastAsia="sv-SE"/>
        </w:rPr>
      </w:pPr>
      <w:r>
        <w:rPr>
          <w:rFonts w:ascii="Arial" w:hAnsi="Arial" w:cs="Arial"/>
          <w:sz w:val="28"/>
          <w:szCs w:val="28"/>
          <w:lang w:val="sv-SE" w:eastAsia="sv-SE"/>
        </w:rPr>
        <w:t>På båten dukas det upp julbord, erbjuds taxfree shopping och underhållning. På julbordet finns något för alla magar!</w:t>
      </w:r>
    </w:p>
    <w:p w14:paraId="24C2BFB2" w14:textId="77777777" w:rsidR="000E56A7" w:rsidRDefault="000E56A7" w:rsidP="000E56A7">
      <w:pPr>
        <w:spacing w:after="0"/>
        <w:rPr>
          <w:rFonts w:ascii="Arial" w:hAnsi="Arial" w:cs="Arial"/>
          <w:sz w:val="28"/>
          <w:szCs w:val="28"/>
          <w:lang w:val="sv-SE" w:eastAsia="sv-SE"/>
        </w:rPr>
      </w:pPr>
    </w:p>
    <w:p w14:paraId="42948C03" w14:textId="77F511F1" w:rsidR="009B4D1C" w:rsidRDefault="009B4D1C" w:rsidP="000E56A7">
      <w:pPr>
        <w:spacing w:after="0"/>
        <w:rPr>
          <w:rFonts w:ascii="Arial" w:hAnsi="Arial" w:cs="Arial"/>
          <w:sz w:val="28"/>
          <w:szCs w:val="28"/>
          <w:lang w:val="sv-SE" w:eastAsia="sv-SE"/>
        </w:rPr>
      </w:pPr>
      <w:r>
        <w:rPr>
          <w:rFonts w:ascii="Arial" w:hAnsi="Arial" w:cs="Arial"/>
          <w:sz w:val="28"/>
          <w:szCs w:val="28"/>
          <w:lang w:val="sv-SE" w:eastAsia="sv-SE"/>
        </w:rPr>
        <w:t>V</w:t>
      </w:r>
      <w:r w:rsidR="000E56A7">
        <w:rPr>
          <w:rFonts w:ascii="Arial" w:hAnsi="Arial" w:cs="Arial"/>
          <w:sz w:val="28"/>
          <w:szCs w:val="28"/>
          <w:lang w:val="sv-SE" w:eastAsia="sv-SE"/>
        </w:rPr>
        <w:t>i</w:t>
      </w:r>
      <w:r>
        <w:rPr>
          <w:rFonts w:ascii="Arial" w:hAnsi="Arial" w:cs="Arial"/>
          <w:sz w:val="28"/>
          <w:szCs w:val="28"/>
          <w:lang w:val="sv-SE" w:eastAsia="sv-SE"/>
        </w:rPr>
        <w:t xml:space="preserve"> anländer Riga på förmiddagen på måndagen och tar oss till den kända julmarknaden. Du kan välja om du vill ta en promenad hit eller hoppa på Viking Lines transferbussar. På julmarknaden hittar du allt från traditionellt hantverk, julgodis och annat du kan köpa med dig hem till Sverige för julen. Vi stannar i Riga fram till sen eftermiddag innan vi hoppar på båten igen som tar oss hem till Sverige. Under resan bor vi i hytter på båten Birka Gotland.</w:t>
      </w:r>
    </w:p>
    <w:p w14:paraId="11A886E7" w14:textId="77777777" w:rsidR="000E56A7" w:rsidRDefault="000E56A7" w:rsidP="000E56A7">
      <w:pPr>
        <w:spacing w:after="0"/>
        <w:rPr>
          <w:rFonts w:ascii="Arial" w:hAnsi="Arial" w:cs="Arial"/>
          <w:sz w:val="28"/>
          <w:szCs w:val="28"/>
          <w:lang w:val="sv-SE" w:eastAsia="sv-SE"/>
        </w:rPr>
      </w:pPr>
    </w:p>
    <w:p w14:paraId="0208D812" w14:textId="0FBE46A3" w:rsidR="009B4D1C" w:rsidRDefault="009B4D1C" w:rsidP="000E56A7">
      <w:pPr>
        <w:spacing w:after="0"/>
        <w:rPr>
          <w:rFonts w:ascii="Arial" w:hAnsi="Arial" w:cs="Arial"/>
          <w:sz w:val="28"/>
          <w:szCs w:val="28"/>
          <w:lang w:val="sv-SE" w:eastAsia="sv-SE"/>
        </w:rPr>
      </w:pPr>
      <w:r>
        <w:rPr>
          <w:rFonts w:ascii="Arial" w:hAnsi="Arial" w:cs="Arial"/>
          <w:sz w:val="28"/>
          <w:szCs w:val="28"/>
          <w:lang w:val="sv-SE" w:eastAsia="sv-SE"/>
        </w:rPr>
        <w:t>Så vill du komma i julstämning? Handla julklappar? Äta god mat? Eller helt bara koppla av i julhysterin och resa en sväng? Då kan detta vara resan för dig!</w:t>
      </w:r>
    </w:p>
    <w:p w14:paraId="42F93E38" w14:textId="77777777" w:rsidR="000E56A7" w:rsidRDefault="000E56A7" w:rsidP="000E56A7">
      <w:pPr>
        <w:spacing w:after="0"/>
        <w:rPr>
          <w:rFonts w:ascii="Arial" w:hAnsi="Arial" w:cs="Arial"/>
          <w:sz w:val="28"/>
          <w:szCs w:val="28"/>
          <w:lang w:val="sv-SE" w:eastAsia="sv-SE"/>
        </w:rPr>
      </w:pPr>
    </w:p>
    <w:p w14:paraId="5E1259E1" w14:textId="4AF8F130" w:rsidR="009B4D1C" w:rsidRDefault="009B4D1C" w:rsidP="000E56A7">
      <w:pPr>
        <w:spacing w:after="0"/>
        <w:rPr>
          <w:rFonts w:ascii="Arial" w:hAnsi="Arial" w:cs="Arial"/>
          <w:sz w:val="28"/>
          <w:szCs w:val="28"/>
          <w:lang w:val="sv-SE" w:eastAsia="sv-SE"/>
        </w:rPr>
      </w:pPr>
      <w:r>
        <w:rPr>
          <w:rFonts w:ascii="Arial" w:hAnsi="Arial" w:cs="Arial"/>
          <w:sz w:val="28"/>
          <w:szCs w:val="28"/>
          <w:lang w:val="sv-SE" w:eastAsia="sv-SE"/>
        </w:rPr>
        <w:t>Påstigningsplats:</w:t>
      </w:r>
      <w:r w:rsidR="005E0D24">
        <w:rPr>
          <w:rFonts w:ascii="Arial" w:hAnsi="Arial" w:cs="Arial"/>
          <w:sz w:val="28"/>
          <w:szCs w:val="28"/>
          <w:lang w:val="sv-SE" w:eastAsia="sv-SE"/>
        </w:rPr>
        <w:t xml:space="preserve"> Stockholm</w:t>
      </w:r>
    </w:p>
    <w:p w14:paraId="5F64047C" w14:textId="0FF89CDB" w:rsidR="005E0D24" w:rsidRDefault="005E0D24" w:rsidP="000E56A7">
      <w:pPr>
        <w:spacing w:after="0"/>
        <w:rPr>
          <w:rFonts w:ascii="Arial" w:hAnsi="Arial" w:cs="Arial"/>
          <w:sz w:val="28"/>
          <w:szCs w:val="28"/>
          <w:lang w:val="sv-SE" w:eastAsia="sv-SE"/>
        </w:rPr>
      </w:pPr>
      <w:r>
        <w:rPr>
          <w:rFonts w:ascii="Arial" w:hAnsi="Arial" w:cs="Arial"/>
          <w:sz w:val="28"/>
          <w:szCs w:val="28"/>
          <w:lang w:val="sv-SE" w:eastAsia="sv-SE"/>
        </w:rPr>
        <w:t xml:space="preserve">Datum: </w:t>
      </w:r>
      <w:proofErr w:type="gramStart"/>
      <w:r>
        <w:rPr>
          <w:rFonts w:ascii="Arial" w:hAnsi="Arial" w:cs="Arial"/>
          <w:sz w:val="28"/>
          <w:szCs w:val="28"/>
          <w:lang w:val="sv-SE" w:eastAsia="sv-SE"/>
        </w:rPr>
        <w:t>13-15</w:t>
      </w:r>
      <w:proofErr w:type="gramEnd"/>
      <w:r>
        <w:rPr>
          <w:rFonts w:ascii="Arial" w:hAnsi="Arial" w:cs="Arial"/>
          <w:sz w:val="28"/>
          <w:szCs w:val="28"/>
          <w:lang w:val="sv-SE" w:eastAsia="sv-SE"/>
        </w:rPr>
        <w:t xml:space="preserve"> december</w:t>
      </w:r>
    </w:p>
    <w:p w14:paraId="71A285D3" w14:textId="77777777" w:rsidR="000E56A7" w:rsidRDefault="000E56A7" w:rsidP="000E56A7">
      <w:pPr>
        <w:spacing w:after="0"/>
        <w:rPr>
          <w:rFonts w:ascii="Arial" w:hAnsi="Arial" w:cs="Arial"/>
          <w:sz w:val="28"/>
          <w:szCs w:val="28"/>
          <w:lang w:val="sv-SE" w:eastAsia="sv-SE"/>
        </w:rPr>
      </w:pPr>
    </w:p>
    <w:p w14:paraId="386E7884" w14:textId="6ED4B7F8" w:rsidR="005E0D24" w:rsidRDefault="005E0D24" w:rsidP="000E56A7">
      <w:pPr>
        <w:spacing w:after="0"/>
        <w:rPr>
          <w:rFonts w:ascii="Arial" w:hAnsi="Arial" w:cs="Arial"/>
          <w:sz w:val="28"/>
          <w:szCs w:val="28"/>
          <w:lang w:val="sv-SE" w:eastAsia="sv-SE"/>
        </w:rPr>
      </w:pPr>
      <w:r>
        <w:rPr>
          <w:rFonts w:ascii="Arial" w:hAnsi="Arial" w:cs="Arial"/>
          <w:sz w:val="28"/>
          <w:szCs w:val="28"/>
          <w:lang w:val="sv-SE" w:eastAsia="sv-SE"/>
        </w:rPr>
        <w:t>Pris per person: 2367kr</w:t>
      </w:r>
    </w:p>
    <w:p w14:paraId="06C2976B" w14:textId="77777777" w:rsidR="000E56A7" w:rsidRDefault="000E56A7" w:rsidP="000E56A7">
      <w:pPr>
        <w:spacing w:after="0"/>
        <w:rPr>
          <w:rFonts w:ascii="Arial" w:hAnsi="Arial" w:cs="Arial"/>
          <w:sz w:val="28"/>
          <w:szCs w:val="28"/>
          <w:lang w:val="sv-SE" w:eastAsia="sv-SE"/>
        </w:rPr>
      </w:pPr>
    </w:p>
    <w:p w14:paraId="26937FD3" w14:textId="72378AAF" w:rsidR="005E0D24" w:rsidRDefault="005E0D24" w:rsidP="000E56A7">
      <w:pPr>
        <w:spacing w:after="0"/>
        <w:rPr>
          <w:rFonts w:ascii="Arial" w:hAnsi="Arial" w:cs="Arial"/>
          <w:sz w:val="28"/>
          <w:szCs w:val="28"/>
          <w:lang w:val="sv-SE" w:eastAsia="sv-SE"/>
        </w:rPr>
      </w:pPr>
      <w:r>
        <w:rPr>
          <w:rFonts w:ascii="Arial" w:hAnsi="Arial" w:cs="Arial"/>
          <w:sz w:val="28"/>
          <w:szCs w:val="28"/>
          <w:lang w:val="sv-SE" w:eastAsia="sv-SE"/>
        </w:rPr>
        <w:t>Ingår: Del i hytt, 1 Buffémiddag, 1 trerättersmiddag, 1 frukostbuffé, 1 brunchbuffé.</w:t>
      </w:r>
    </w:p>
    <w:p w14:paraId="2F30995C" w14:textId="77777777" w:rsidR="005C1B40" w:rsidRDefault="005E0D24" w:rsidP="000E56A7">
      <w:pPr>
        <w:spacing w:after="0"/>
        <w:rPr>
          <w:rFonts w:ascii="Arial" w:hAnsi="Arial" w:cs="Arial"/>
          <w:sz w:val="28"/>
          <w:szCs w:val="28"/>
          <w:lang w:val="sv-SE" w:eastAsia="sv-SE"/>
        </w:rPr>
      </w:pPr>
      <w:r>
        <w:rPr>
          <w:rFonts w:ascii="Arial" w:hAnsi="Arial" w:cs="Arial"/>
          <w:sz w:val="28"/>
          <w:szCs w:val="28"/>
          <w:lang w:val="sv-SE" w:eastAsia="sv-SE"/>
        </w:rPr>
        <w:t xml:space="preserve">Enkelrumstillägg: </w:t>
      </w:r>
      <w:r w:rsidR="005C1B40">
        <w:rPr>
          <w:rFonts w:ascii="Arial" w:hAnsi="Arial" w:cs="Arial"/>
          <w:sz w:val="28"/>
          <w:szCs w:val="28"/>
          <w:lang w:val="sv-SE" w:eastAsia="sv-SE"/>
        </w:rPr>
        <w:t>760kr</w:t>
      </w:r>
    </w:p>
    <w:p w14:paraId="3891BAA4" w14:textId="2D22C4D5" w:rsidR="005E0D24" w:rsidRDefault="005C1B40" w:rsidP="000E56A7">
      <w:pPr>
        <w:spacing w:after="0"/>
        <w:rPr>
          <w:rFonts w:ascii="Arial" w:hAnsi="Arial" w:cs="Arial"/>
          <w:sz w:val="28"/>
          <w:szCs w:val="28"/>
          <w:lang w:val="sv-SE" w:eastAsia="sv-SE"/>
        </w:rPr>
      </w:pPr>
      <w:r>
        <w:rPr>
          <w:rFonts w:ascii="Arial" w:hAnsi="Arial" w:cs="Arial"/>
          <w:sz w:val="28"/>
          <w:szCs w:val="28"/>
          <w:lang w:val="sv-SE" w:eastAsia="sv-SE"/>
        </w:rPr>
        <w:t>Tillkommer: lunch i Riga.</w:t>
      </w:r>
      <w:r w:rsidR="005E0D24">
        <w:rPr>
          <w:rFonts w:ascii="Arial" w:hAnsi="Arial" w:cs="Arial"/>
          <w:sz w:val="28"/>
          <w:szCs w:val="28"/>
          <w:lang w:val="sv-SE" w:eastAsia="sv-SE"/>
        </w:rPr>
        <w:t xml:space="preserve"> </w:t>
      </w:r>
    </w:p>
    <w:p w14:paraId="6F70B833" w14:textId="77777777" w:rsidR="009B4D1C" w:rsidRDefault="009B4D1C" w:rsidP="0056750F">
      <w:pPr>
        <w:rPr>
          <w:rFonts w:ascii="Arial" w:hAnsi="Arial" w:cs="Arial"/>
          <w:sz w:val="28"/>
          <w:szCs w:val="28"/>
          <w:lang w:val="sv-SE" w:eastAsia="sv-SE"/>
        </w:rPr>
      </w:pPr>
    </w:p>
    <w:p w14:paraId="6D944BAA" w14:textId="77777777" w:rsidR="000E56A7" w:rsidRDefault="000E56A7">
      <w:pPr>
        <w:rPr>
          <w:rFonts w:ascii="Arial" w:eastAsiaTheme="majorEastAsia" w:hAnsi="Arial" w:cstheme="majorBidi"/>
          <w:b/>
          <w:bCs/>
          <w:color w:val="365F91" w:themeColor="accent1" w:themeShade="BF"/>
          <w:sz w:val="36"/>
          <w:szCs w:val="28"/>
          <w:lang w:val="sv-SE" w:eastAsia="sv-SE"/>
        </w:rPr>
      </w:pPr>
      <w:r>
        <w:rPr>
          <w:lang w:val="sv-SE" w:eastAsia="sv-SE"/>
        </w:rPr>
        <w:br w:type="page"/>
      </w:r>
    </w:p>
    <w:p w14:paraId="2A972CC3" w14:textId="57D04FDA" w:rsidR="00E50AC3" w:rsidRPr="00E50AC3" w:rsidRDefault="00E50AC3" w:rsidP="00E50AC3">
      <w:pPr>
        <w:pStyle w:val="Rubrik1"/>
        <w:rPr>
          <w:lang w:val="sv-SE" w:eastAsia="sv-SE"/>
        </w:rPr>
      </w:pPr>
      <w:bookmarkStart w:id="30" w:name="_Toc231983538"/>
      <w:r w:rsidRPr="00E50AC3">
        <w:rPr>
          <w:lang w:val="sv-SE" w:eastAsia="sv-SE"/>
        </w:rPr>
        <w:lastRenderedPageBreak/>
        <w:t>Guidad visning på Synskadades Museum i Stockholm</w:t>
      </w:r>
      <w:bookmarkEnd w:id="30"/>
    </w:p>
    <w:p w14:paraId="049CF150" w14:textId="77777777" w:rsidR="00E50AC3" w:rsidRPr="00E50AC3" w:rsidRDefault="00E50AC3" w:rsidP="00E50AC3">
      <w:pPr>
        <w:rPr>
          <w:rFonts w:ascii="Arial" w:hAnsi="Arial" w:cs="Arial"/>
          <w:sz w:val="28"/>
          <w:szCs w:val="28"/>
          <w:lang w:val="sv-SE" w:eastAsia="sv-SE"/>
        </w:rPr>
      </w:pPr>
      <w:r w:rsidRPr="00E50AC3">
        <w:rPr>
          <w:rFonts w:ascii="Arial" w:hAnsi="Arial" w:cs="Arial"/>
          <w:sz w:val="28"/>
          <w:szCs w:val="28"/>
          <w:lang w:val="sv-SE" w:eastAsia="sv-SE"/>
        </w:rPr>
        <w:t>Synskadades museum är ett kulturhistoriskt museum som drivs ideellt av Synskadades Riksförbund. Utställningen visar synskadades historia i Sverige, från slutet av 1700-talet till idag, med fokus på utbildning, yrkesliv och sociala förhållanden.</w:t>
      </w:r>
    </w:p>
    <w:p w14:paraId="13E22D95" w14:textId="4CDF3E30" w:rsidR="00E50AC3" w:rsidRPr="00E50AC3" w:rsidRDefault="00E50AC3" w:rsidP="00E50AC3">
      <w:pPr>
        <w:rPr>
          <w:rFonts w:ascii="Arial" w:hAnsi="Arial" w:cs="Arial"/>
          <w:sz w:val="28"/>
          <w:szCs w:val="28"/>
          <w:lang w:val="sv-SE" w:eastAsia="sv-SE"/>
        </w:rPr>
      </w:pPr>
      <w:r w:rsidRPr="00E50AC3">
        <w:rPr>
          <w:rFonts w:ascii="Arial" w:hAnsi="Arial" w:cs="Arial"/>
          <w:sz w:val="28"/>
          <w:szCs w:val="28"/>
          <w:lang w:val="sv-SE" w:eastAsia="sv-SE"/>
        </w:rPr>
        <w:t xml:space="preserve">Museet är taktilt, med föremål och material som besökare kan känna på för att uppleva historien. </w:t>
      </w:r>
      <w:r w:rsidR="00497BC4" w:rsidRPr="00E50AC3">
        <w:rPr>
          <w:rFonts w:ascii="Arial" w:hAnsi="Arial" w:cs="Arial"/>
          <w:sz w:val="28"/>
          <w:szCs w:val="28"/>
          <w:lang w:val="sv-SE" w:eastAsia="sv-SE"/>
        </w:rPr>
        <w:t>Ge</w:t>
      </w:r>
      <w:r w:rsidR="00497BC4">
        <w:rPr>
          <w:rFonts w:ascii="Arial" w:hAnsi="Arial" w:cs="Arial"/>
          <w:sz w:val="28"/>
          <w:szCs w:val="28"/>
          <w:lang w:val="sv-SE" w:eastAsia="sv-SE"/>
        </w:rPr>
        <w:t>n</w:t>
      </w:r>
      <w:r w:rsidR="00497BC4" w:rsidRPr="00E50AC3">
        <w:rPr>
          <w:rFonts w:ascii="Arial" w:hAnsi="Arial" w:cs="Arial"/>
          <w:sz w:val="28"/>
          <w:szCs w:val="28"/>
          <w:lang w:val="sv-SE" w:eastAsia="sv-SE"/>
        </w:rPr>
        <w:t>om</w:t>
      </w:r>
      <w:r w:rsidRPr="00E50AC3">
        <w:rPr>
          <w:rFonts w:ascii="Arial" w:hAnsi="Arial" w:cs="Arial"/>
          <w:sz w:val="28"/>
          <w:szCs w:val="28"/>
          <w:lang w:val="sv-SE" w:eastAsia="sv-SE"/>
        </w:rPr>
        <w:t xml:space="preserve"> föremål, bilder och berättelser vill museet både spegla hur livet för synskadade har sett ut historiskt och visa hur vi vill att framtiden ska se ut.</w:t>
      </w:r>
    </w:p>
    <w:p w14:paraId="66FB6459" w14:textId="77777777" w:rsidR="00E50AC3" w:rsidRPr="00E50AC3" w:rsidRDefault="00E50AC3" w:rsidP="00E50AC3">
      <w:pPr>
        <w:rPr>
          <w:rFonts w:ascii="Arial" w:hAnsi="Arial" w:cs="Arial"/>
          <w:sz w:val="28"/>
          <w:szCs w:val="28"/>
          <w:lang w:val="sv-SE" w:eastAsia="sv-SE"/>
        </w:rPr>
      </w:pPr>
      <w:r w:rsidRPr="00E50AC3">
        <w:rPr>
          <w:rFonts w:ascii="Arial" w:hAnsi="Arial" w:cs="Arial"/>
          <w:sz w:val="28"/>
          <w:szCs w:val="28"/>
          <w:lang w:val="sv-SE" w:eastAsia="sv-SE"/>
        </w:rPr>
        <w:t>Denna resa ingår inte i den vanliga lottningen, utan alla som anmäler sig kan delta. Även de som bor i Stockholm eller behöver inte övernattning kan anmäla sig.</w:t>
      </w:r>
    </w:p>
    <w:p w14:paraId="5545A583" w14:textId="77777777" w:rsidR="00E50AC3" w:rsidRPr="00E50AC3" w:rsidRDefault="00E50AC3" w:rsidP="00E50AC3">
      <w:pPr>
        <w:rPr>
          <w:rFonts w:ascii="Arial" w:hAnsi="Arial" w:cs="Arial"/>
          <w:sz w:val="28"/>
          <w:szCs w:val="28"/>
          <w:lang w:val="sv-SE" w:eastAsia="sv-SE"/>
        </w:rPr>
      </w:pPr>
      <w:r w:rsidRPr="00E50AC3">
        <w:rPr>
          <w:rFonts w:ascii="Arial" w:hAnsi="Arial" w:cs="Arial"/>
          <w:sz w:val="28"/>
          <w:szCs w:val="28"/>
          <w:lang w:val="sv-SE" w:eastAsia="sv-SE"/>
        </w:rPr>
        <w:t>SRF Go kan hjälpa till att boka hotellövernattning samt busstransfer mellan hotellet och museet i Stockholm, under förutsättning att tillräckligt många är intresserade för att en gruppbokning ska kunna genomföras. Resan till och från Stockholm ansvarar deltagarna själva för.</w:t>
      </w:r>
    </w:p>
    <w:p w14:paraId="4537E0C4" w14:textId="4DDC4BD9" w:rsidR="00E50AC3" w:rsidRPr="00E50AC3" w:rsidRDefault="00E50AC3" w:rsidP="00E50AC3">
      <w:pPr>
        <w:rPr>
          <w:rFonts w:ascii="Arial" w:hAnsi="Arial" w:cs="Arial"/>
          <w:sz w:val="28"/>
          <w:szCs w:val="28"/>
          <w:lang w:val="sv-SE" w:eastAsia="sv-SE"/>
        </w:rPr>
      </w:pPr>
      <w:r w:rsidRPr="00E50AC3">
        <w:rPr>
          <w:rFonts w:ascii="Arial" w:hAnsi="Arial" w:cs="Arial"/>
          <w:sz w:val="28"/>
          <w:szCs w:val="28"/>
          <w:lang w:val="sv-SE" w:eastAsia="sv-SE"/>
        </w:rPr>
        <w:t xml:space="preserve">Datum: </w:t>
      </w:r>
      <w:r w:rsidR="00383B90">
        <w:rPr>
          <w:rFonts w:ascii="Arial" w:hAnsi="Arial" w:cs="Arial"/>
          <w:sz w:val="28"/>
          <w:szCs w:val="28"/>
          <w:lang w:val="sv-SE" w:eastAsia="sv-SE"/>
        </w:rPr>
        <w:t>30 september 2026</w:t>
      </w:r>
    </w:p>
    <w:p w14:paraId="5F20F797" w14:textId="77777777" w:rsidR="000E56A7" w:rsidRDefault="00E50AC3" w:rsidP="00E50AC3">
      <w:pPr>
        <w:rPr>
          <w:rFonts w:ascii="Arial" w:hAnsi="Arial" w:cs="Arial"/>
          <w:sz w:val="28"/>
          <w:szCs w:val="28"/>
          <w:lang w:val="sv-SE" w:eastAsia="sv-SE"/>
        </w:rPr>
      </w:pPr>
      <w:r w:rsidRPr="00E50AC3">
        <w:rPr>
          <w:rFonts w:ascii="Arial" w:hAnsi="Arial" w:cs="Arial"/>
          <w:sz w:val="28"/>
          <w:szCs w:val="28"/>
          <w:lang w:val="sv-SE" w:eastAsia="sv-SE"/>
        </w:rPr>
        <w:t>Pris: från cirka 900 kr per person i delat dubbelrum. Därutöver kan kostnader för enkelrumstillägg, måltider, museiguidning, övriga utflykter samt eventuell gruppbusstransfer mellan hotellet och museet i Stockholm tillkomma. Detta varierar utifrån resans upplägg, eftersom det slutliga priset påverkas av bland annat antal deltagare och resans innehåll.</w:t>
      </w:r>
    </w:p>
    <w:p w14:paraId="0BB69AD8" w14:textId="415E70FA" w:rsidR="00E50AC3" w:rsidRPr="00C3052D" w:rsidRDefault="00383B90" w:rsidP="00E50AC3">
      <w:pPr>
        <w:rPr>
          <w:rFonts w:ascii="Arial" w:hAnsi="Arial" w:cs="Arial"/>
          <w:sz w:val="28"/>
          <w:szCs w:val="28"/>
          <w:lang w:val="sv-SE"/>
        </w:rPr>
      </w:pPr>
      <w:r>
        <w:rPr>
          <w:rFonts w:ascii="Arial" w:hAnsi="Arial" w:cs="Arial"/>
          <w:sz w:val="28"/>
          <w:szCs w:val="28"/>
          <w:lang w:val="sv-SE" w:eastAsia="sv-SE"/>
        </w:rPr>
        <w:br/>
        <w:t xml:space="preserve">Vill ni boka en egen resa och besöka museet så bokar ni ert besök via </w:t>
      </w:r>
      <w:proofErr w:type="gramStart"/>
      <w:r w:rsidR="003276BB" w:rsidRPr="003276BB">
        <w:rPr>
          <w:rFonts w:ascii="Arial" w:hAnsi="Arial" w:cs="Arial"/>
          <w:sz w:val="28"/>
          <w:szCs w:val="28"/>
          <w:lang w:val="sv-SE" w:eastAsia="sv-SE"/>
        </w:rPr>
        <w:t>mail</w:t>
      </w:r>
      <w:proofErr w:type="gramEnd"/>
      <w:r w:rsidR="003276BB" w:rsidRPr="003276BB">
        <w:rPr>
          <w:rFonts w:ascii="Arial" w:hAnsi="Arial" w:cs="Arial"/>
          <w:sz w:val="28"/>
          <w:szCs w:val="28"/>
          <w:lang w:val="sv-SE" w:eastAsia="sv-SE"/>
        </w:rPr>
        <w:t xml:space="preserve">: </w:t>
      </w:r>
      <w:hyperlink r:id="rId11" w:history="1">
        <w:r w:rsidR="003276BB" w:rsidRPr="000E56A7">
          <w:rPr>
            <w:rStyle w:val="Hyperlnk"/>
            <w:rFonts w:ascii="Arial" w:hAnsi="Arial" w:cs="Arial"/>
            <w:sz w:val="28"/>
            <w:szCs w:val="28"/>
            <w:lang w:val="sv-SE"/>
          </w:rPr>
          <w:t>synskadades.museum@srf.nu</w:t>
        </w:r>
      </w:hyperlink>
    </w:p>
    <w:p w14:paraId="245A904C" w14:textId="77777777" w:rsidR="000E56A7" w:rsidRPr="00E50AC3" w:rsidRDefault="000E56A7" w:rsidP="00E50AC3">
      <w:pPr>
        <w:rPr>
          <w:rFonts w:ascii="Arial" w:hAnsi="Arial" w:cs="Arial"/>
          <w:sz w:val="28"/>
          <w:szCs w:val="28"/>
          <w:lang w:val="sv-SE" w:eastAsia="sv-SE"/>
        </w:rPr>
      </w:pPr>
    </w:p>
    <w:p w14:paraId="28C5CC3D" w14:textId="77777777" w:rsidR="009B4D1C" w:rsidRPr="009B4D1C" w:rsidRDefault="009B4D1C" w:rsidP="0056750F">
      <w:pPr>
        <w:rPr>
          <w:rFonts w:ascii="Arial" w:hAnsi="Arial" w:cs="Arial"/>
          <w:sz w:val="28"/>
          <w:szCs w:val="28"/>
          <w:lang w:val="sv-SE" w:eastAsia="sv-SE"/>
        </w:rPr>
      </w:pPr>
    </w:p>
    <w:p w14:paraId="6EBF5115" w14:textId="006DB232" w:rsidR="00B74720" w:rsidRPr="00B74720" w:rsidRDefault="00B562F0" w:rsidP="008D2C82">
      <w:pPr>
        <w:rPr>
          <w:rFonts w:ascii="Arial" w:hAnsi="Arial" w:cs="Arial"/>
          <w:sz w:val="28"/>
          <w:szCs w:val="28"/>
          <w:lang w:val="sv-SE" w:eastAsia="sv-SE"/>
        </w:rPr>
      </w:pPr>
      <w:r>
        <w:rPr>
          <w:rFonts w:ascii="Arial" w:hAnsi="Arial" w:cs="Arial"/>
          <w:sz w:val="28"/>
          <w:szCs w:val="28"/>
          <w:lang w:val="sv-SE" w:eastAsia="sv-SE"/>
        </w:rPr>
        <w:t xml:space="preserve"> </w:t>
      </w:r>
    </w:p>
    <w:p w14:paraId="32DF94C1" w14:textId="77777777" w:rsidR="0004166E" w:rsidRDefault="0004166E" w:rsidP="00AB1AFA">
      <w:pPr>
        <w:pStyle w:val="Ingetavstnd"/>
        <w:rPr>
          <w:rFonts w:ascii="Arial" w:hAnsi="Arial" w:cs="Arial"/>
          <w:sz w:val="28"/>
          <w:szCs w:val="28"/>
          <w:lang w:val="sv-SE" w:eastAsia="sv-SE"/>
        </w:rPr>
      </w:pPr>
    </w:p>
    <w:p w14:paraId="0543A427" w14:textId="10EE7356" w:rsidR="00D251D5" w:rsidRPr="00AB1AFA" w:rsidRDefault="00B428C2" w:rsidP="00AB1AFA">
      <w:pPr>
        <w:pStyle w:val="Ingetavstnd"/>
        <w:rPr>
          <w:rFonts w:ascii="Arial" w:hAnsi="Arial" w:cs="Arial"/>
          <w:sz w:val="28"/>
          <w:szCs w:val="28"/>
          <w:lang w:val="sv-SE" w:eastAsia="sv-SE"/>
        </w:rPr>
      </w:pPr>
      <w:r>
        <w:rPr>
          <w:rFonts w:ascii="Arial" w:hAnsi="Arial" w:cs="Arial"/>
          <w:sz w:val="28"/>
          <w:szCs w:val="28"/>
          <w:lang w:val="sv-SE" w:eastAsia="sv-SE"/>
        </w:rPr>
        <w:t xml:space="preserve"> </w:t>
      </w:r>
    </w:p>
    <w:p w14:paraId="2A5CD787" w14:textId="615727AB" w:rsidR="00B12D85" w:rsidRPr="00383B90" w:rsidRDefault="00B12D85" w:rsidP="000E56A7">
      <w:pPr>
        <w:pStyle w:val="Rubrik1"/>
        <w:rPr>
          <w:lang w:val="sv-SE"/>
        </w:rPr>
      </w:pPr>
      <w:bookmarkStart w:id="31" w:name="_Toc198883920"/>
      <w:bookmarkStart w:id="32" w:name="_Hlk198883587"/>
      <w:bookmarkStart w:id="33" w:name="_Toc231983539"/>
      <w:r w:rsidRPr="00341468">
        <w:rPr>
          <w:lang w:val="sv-SE"/>
        </w:rPr>
        <w:lastRenderedPageBreak/>
        <w:t>Skräddarsy din drömresa – med ledsagarbidrag</w:t>
      </w:r>
      <w:bookmarkEnd w:id="31"/>
      <w:bookmarkEnd w:id="32"/>
      <w:bookmarkEnd w:id="33"/>
    </w:p>
    <w:p w14:paraId="2FE8B41C" w14:textId="548C05D3" w:rsidR="00CD3384" w:rsidRPr="000E56A7" w:rsidRDefault="00CD3384" w:rsidP="000E56A7">
      <w:pPr>
        <w:spacing w:after="0"/>
        <w:rPr>
          <w:rFonts w:ascii="Arial" w:hAnsi="Arial" w:cs="Arial"/>
          <w:color w:val="0E0E0F"/>
          <w:sz w:val="28"/>
          <w:szCs w:val="28"/>
          <w:shd w:val="clear" w:color="auto" w:fill="FAFAFA"/>
          <w:lang w:val="sv-SE"/>
        </w:rPr>
      </w:pPr>
      <w:r w:rsidRPr="00CD3384">
        <w:rPr>
          <w:rFonts w:ascii="Arial" w:hAnsi="Arial" w:cs="Arial"/>
          <w:color w:val="0E0E0F"/>
          <w:sz w:val="28"/>
          <w:szCs w:val="28"/>
          <w:shd w:val="clear" w:color="auto" w:fill="FAFAFA"/>
          <w:lang w:val="sv-SE"/>
        </w:rPr>
        <w:t>Tyvärr har vi inte fått beviljad finansiering för ”Skräddarsy din egen resa” för 2026. Det innebär att vi inte kommer kunna erbjuda finansiering för skräddarsydda resor under 2026.</w:t>
      </w:r>
      <w:r w:rsidR="000E56A7">
        <w:rPr>
          <w:rFonts w:ascii="Arial" w:hAnsi="Arial" w:cs="Arial"/>
          <w:color w:val="0E0E0F"/>
          <w:sz w:val="28"/>
          <w:szCs w:val="28"/>
          <w:shd w:val="clear" w:color="auto" w:fill="FAFAFA"/>
          <w:lang w:val="sv-SE"/>
        </w:rPr>
        <w:br/>
      </w:r>
    </w:p>
    <w:p w14:paraId="2C260FEE" w14:textId="7B2F5184" w:rsidR="00B12D85" w:rsidRPr="00383B90" w:rsidRDefault="00B12D85" w:rsidP="000E56A7">
      <w:pPr>
        <w:pStyle w:val="Rubrik1"/>
        <w:rPr>
          <w:lang w:val="sv-SE"/>
        </w:rPr>
      </w:pPr>
      <w:bookmarkStart w:id="34" w:name="_Toc198883925"/>
      <w:bookmarkStart w:id="35" w:name="_Toc231983540"/>
      <w:r w:rsidRPr="00944A81">
        <w:rPr>
          <w:lang w:val="sv-SE"/>
        </w:rPr>
        <w:t xml:space="preserve">Resestipendier ur Lars </w:t>
      </w:r>
      <w:proofErr w:type="gramStart"/>
      <w:r w:rsidRPr="00944A81">
        <w:rPr>
          <w:lang w:val="sv-SE"/>
        </w:rPr>
        <w:t>Norrmans</w:t>
      </w:r>
      <w:proofErr w:type="gramEnd"/>
      <w:r w:rsidRPr="00944A81">
        <w:rPr>
          <w:lang w:val="sv-SE"/>
        </w:rPr>
        <w:t xml:space="preserve"> fond</w:t>
      </w:r>
      <w:bookmarkEnd w:id="34"/>
      <w:bookmarkEnd w:id="35"/>
    </w:p>
    <w:p w14:paraId="1A9CC2F1" w14:textId="1CFDD09A" w:rsidR="000E56A7"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 xml:space="preserve">Drömmer du om en utlandsresa där du kan möta andra synskadade eller delta i idrottsutbyte? Då kan du ansöka om stipendium från </w:t>
      </w:r>
      <w:hyperlink r:id="rId12" w:history="1">
        <w:r w:rsidRPr="00B12D85">
          <w:rPr>
            <w:rFonts w:ascii="Arial" w:hAnsi="Arial" w:cs="Arial"/>
            <w:sz w:val="28"/>
            <w:szCs w:val="28"/>
            <w:u w:val="single"/>
            <w:lang w:val="sv-SE"/>
          </w:rPr>
          <w:t>Norrmans fond</w:t>
        </w:r>
      </w:hyperlink>
      <w:r w:rsidRPr="00B12D85">
        <w:rPr>
          <w:rFonts w:ascii="Arial" w:hAnsi="Arial" w:cs="Arial"/>
          <w:sz w:val="28"/>
          <w:szCs w:val="28"/>
          <w:lang w:val="sv-SE"/>
        </w:rPr>
        <w:t xml:space="preserve"> och få medel för både dina och din ledsagares kostnader. </w:t>
      </w:r>
      <w:r w:rsidR="000E56A7">
        <w:rPr>
          <w:rFonts w:ascii="Arial" w:hAnsi="Arial" w:cs="Arial"/>
          <w:sz w:val="28"/>
          <w:szCs w:val="28"/>
          <w:lang w:val="sv-SE"/>
        </w:rPr>
        <w:br/>
      </w:r>
    </w:p>
    <w:p w14:paraId="212B8ED5" w14:textId="77777777" w:rsidR="00B12D85" w:rsidRPr="00B12D85" w:rsidRDefault="00B12D85" w:rsidP="006402DD">
      <w:pPr>
        <w:spacing w:after="0"/>
        <w:rPr>
          <w:rFonts w:ascii="Arial" w:eastAsiaTheme="majorEastAsia" w:hAnsi="Arial" w:cs="Arial"/>
          <w:b/>
          <w:bCs/>
          <w:color w:val="4F81BD" w:themeColor="accent1"/>
          <w:sz w:val="28"/>
          <w:szCs w:val="28"/>
          <w:lang w:val="sv-SE"/>
        </w:rPr>
      </w:pPr>
      <w:bookmarkStart w:id="36" w:name="_Toc198883926"/>
      <w:bookmarkStart w:id="37" w:name="_Toc231983541"/>
      <w:r w:rsidRPr="000E56A7">
        <w:rPr>
          <w:rStyle w:val="Rubrik2Char"/>
          <w:lang w:val="sv-SE"/>
        </w:rPr>
        <w:t>Hur det fungerar</w:t>
      </w:r>
      <w:bookmarkEnd w:id="36"/>
      <w:bookmarkEnd w:id="37"/>
      <w:r w:rsidRPr="000E56A7">
        <w:rPr>
          <w:rStyle w:val="Rubrik2Char"/>
          <w:lang w:val="sv-SE"/>
        </w:rPr>
        <w:br/>
      </w:r>
      <w:r w:rsidRPr="00B12D85">
        <w:rPr>
          <w:rFonts w:ascii="Arial" w:hAnsi="Arial" w:cs="Arial"/>
          <w:sz w:val="28"/>
          <w:szCs w:val="28"/>
          <w:lang w:val="sv-SE"/>
        </w:rPr>
        <w:t>För att ansöka krävs det att du är</w:t>
      </w:r>
    </w:p>
    <w:p w14:paraId="1F1337C7" w14:textId="77777777" w:rsidR="00B12D85" w:rsidRPr="00B12D85" w:rsidRDefault="00B12D85" w:rsidP="006402DD">
      <w:pPr>
        <w:numPr>
          <w:ilvl w:val="0"/>
          <w:numId w:val="28"/>
        </w:numPr>
        <w:spacing w:after="0"/>
        <w:contextualSpacing/>
        <w:rPr>
          <w:rFonts w:ascii="Arial" w:hAnsi="Arial" w:cs="Arial"/>
          <w:sz w:val="28"/>
          <w:szCs w:val="28"/>
          <w:lang w:val="sv-SE"/>
        </w:rPr>
      </w:pPr>
      <w:r w:rsidRPr="00B12D85">
        <w:rPr>
          <w:rFonts w:ascii="Arial" w:hAnsi="Arial" w:cs="Arial"/>
          <w:sz w:val="28"/>
          <w:szCs w:val="28"/>
          <w:lang w:val="sv-SE"/>
        </w:rPr>
        <w:t xml:space="preserve">synskadad, med minst 75 % synbortfall. Intyg som styrker synskadan måste bifogas i ansökan, och skickas till </w:t>
      </w:r>
      <w:hyperlink r:id="rId13" w:history="1">
        <w:r w:rsidRPr="00B12D85">
          <w:rPr>
            <w:rFonts w:ascii="Arial" w:hAnsi="Arial" w:cs="Arial"/>
            <w:sz w:val="28"/>
            <w:szCs w:val="28"/>
            <w:u w:val="single"/>
            <w:lang w:val="sv-SE"/>
          </w:rPr>
          <w:t>enskildabidrag@srf.nu</w:t>
        </w:r>
      </w:hyperlink>
    </w:p>
    <w:p w14:paraId="3F4FA230" w14:textId="77777777" w:rsidR="00B12D85" w:rsidRPr="00B12D85" w:rsidRDefault="00B12D85" w:rsidP="006402DD">
      <w:pPr>
        <w:numPr>
          <w:ilvl w:val="0"/>
          <w:numId w:val="28"/>
        </w:numPr>
        <w:contextualSpacing/>
        <w:rPr>
          <w:rFonts w:ascii="Arial" w:hAnsi="Arial" w:cs="Arial"/>
          <w:sz w:val="28"/>
          <w:szCs w:val="28"/>
          <w:lang w:val="sv-SE"/>
        </w:rPr>
      </w:pPr>
      <w:r w:rsidRPr="00B12D85">
        <w:rPr>
          <w:rFonts w:ascii="Arial" w:hAnsi="Arial" w:cs="Arial"/>
          <w:sz w:val="28"/>
          <w:szCs w:val="28"/>
          <w:lang w:val="sv-SE"/>
        </w:rPr>
        <w:t xml:space="preserve">svensk medborgare eller bor i Sverige. </w:t>
      </w:r>
    </w:p>
    <w:p w14:paraId="6D0DDD8E" w14:textId="77777777" w:rsidR="00B12D85" w:rsidRPr="00B12D85" w:rsidRDefault="00B12D85" w:rsidP="006402DD">
      <w:pPr>
        <w:numPr>
          <w:ilvl w:val="0"/>
          <w:numId w:val="28"/>
        </w:numPr>
        <w:contextualSpacing/>
        <w:rPr>
          <w:rFonts w:ascii="Arial" w:hAnsi="Arial" w:cs="Arial"/>
          <w:sz w:val="28"/>
          <w:szCs w:val="28"/>
          <w:lang w:val="sv-SE"/>
        </w:rPr>
      </w:pPr>
      <w:r w:rsidRPr="00B12D85">
        <w:rPr>
          <w:rFonts w:ascii="Arial" w:hAnsi="Arial" w:cs="Arial"/>
          <w:sz w:val="28"/>
          <w:szCs w:val="28"/>
          <w:lang w:val="sv-SE"/>
        </w:rPr>
        <w:t>svensktalande. Talar du ett språk utöver svenska är det ett plus.</w:t>
      </w:r>
    </w:p>
    <w:p w14:paraId="47F993C9" w14:textId="77777777" w:rsidR="00B12D85" w:rsidRPr="00B12D85" w:rsidRDefault="00B12D85" w:rsidP="006402DD">
      <w:pPr>
        <w:rPr>
          <w:rFonts w:ascii="Arial" w:hAnsi="Arial" w:cs="Arial"/>
          <w:sz w:val="28"/>
          <w:szCs w:val="28"/>
          <w:lang w:val="sv-SE"/>
        </w:rPr>
      </w:pPr>
      <w:r w:rsidRPr="00B12D85">
        <w:rPr>
          <w:rFonts w:ascii="Arial" w:hAnsi="Arial" w:cs="Arial"/>
          <w:sz w:val="28"/>
          <w:szCs w:val="28"/>
          <w:lang w:val="sv-SE"/>
        </w:rPr>
        <w:t>Du kan söka själv eller som grupp. Din inkomst spelar ingen roll, så du behöver inte ange inkomstuppgifter i anmälan.</w:t>
      </w:r>
    </w:p>
    <w:p w14:paraId="769A0CCD" w14:textId="581B489E" w:rsidR="006402DD" w:rsidRPr="006402DD" w:rsidRDefault="00B12D85" w:rsidP="006402DD">
      <w:pPr>
        <w:rPr>
          <w:rFonts w:ascii="Arial" w:hAnsi="Arial" w:cs="Arial"/>
          <w:sz w:val="28"/>
          <w:szCs w:val="28"/>
          <w:shd w:val="clear" w:color="auto" w:fill="FAFAFA"/>
          <w:lang w:val="sv-SE"/>
        </w:rPr>
      </w:pPr>
      <w:r w:rsidRPr="00B12D85">
        <w:rPr>
          <w:rFonts w:ascii="Arial" w:hAnsi="Arial" w:cs="Arial"/>
          <w:sz w:val="28"/>
          <w:szCs w:val="28"/>
          <w:shd w:val="clear" w:color="auto" w:fill="FAFAFA"/>
          <w:lang w:val="sv-SE"/>
        </w:rPr>
        <w:t>Vi prioriterar sökande som inte tidigare beviljats stipendium, och beviljar inte stipendium till den som genomfört en resa inom en tvåårsperiod från beslutsdatum.</w:t>
      </w:r>
      <w:r w:rsidR="006402DD">
        <w:rPr>
          <w:rFonts w:ascii="Arial" w:hAnsi="Arial" w:cs="Arial"/>
          <w:sz w:val="28"/>
          <w:szCs w:val="28"/>
          <w:shd w:val="clear" w:color="auto" w:fill="FAFAFA"/>
          <w:lang w:val="sv-SE"/>
        </w:rPr>
        <w:br/>
      </w:r>
    </w:p>
    <w:p w14:paraId="4C65C8F9" w14:textId="77777777" w:rsidR="00B12D85" w:rsidRPr="00944A81" w:rsidRDefault="00B12D85" w:rsidP="006402DD">
      <w:pPr>
        <w:pStyle w:val="Rubrik2"/>
        <w:rPr>
          <w:lang w:val="sv-SE"/>
        </w:rPr>
      </w:pPr>
      <w:bookmarkStart w:id="38" w:name="_Toc198883927"/>
      <w:bookmarkStart w:id="39" w:name="_Toc231983542"/>
      <w:r w:rsidRPr="00944A81">
        <w:rPr>
          <w:lang w:val="sv-SE"/>
        </w:rPr>
        <w:t>Så går ansökan till</w:t>
      </w:r>
      <w:bookmarkEnd w:id="38"/>
      <w:bookmarkEnd w:id="39"/>
    </w:p>
    <w:p w14:paraId="77DBD18B" w14:textId="498CC058" w:rsidR="00B12D85" w:rsidRPr="00B12D85" w:rsidRDefault="00B12D85" w:rsidP="006402DD">
      <w:pPr>
        <w:spacing w:after="0"/>
        <w:rPr>
          <w:rFonts w:ascii="Arial" w:hAnsi="Arial" w:cs="Arial"/>
          <w:sz w:val="28"/>
          <w:szCs w:val="28"/>
          <w:lang w:val="sv-SE"/>
        </w:rPr>
      </w:pPr>
      <w:r w:rsidRPr="00B12D85">
        <w:rPr>
          <w:rFonts w:ascii="Arial" w:hAnsi="Arial" w:cs="Arial"/>
          <w:sz w:val="28"/>
          <w:szCs w:val="28"/>
          <w:lang w:val="sv-SE"/>
        </w:rPr>
        <w:t xml:space="preserve">Du ansöker om stipendiet genom att fylla i ett </w:t>
      </w:r>
      <w:hyperlink r:id="rId14" w:history="1">
        <w:r w:rsidRPr="00B12D85">
          <w:rPr>
            <w:rFonts w:ascii="Arial" w:hAnsi="Arial" w:cs="Arial"/>
            <w:sz w:val="28"/>
            <w:szCs w:val="28"/>
            <w:u w:val="single"/>
            <w:lang w:val="sv-SE"/>
          </w:rPr>
          <w:t>formulär på srf.nu</w:t>
        </w:r>
      </w:hyperlink>
      <w:r w:rsidRPr="00B12D85">
        <w:rPr>
          <w:rFonts w:ascii="Arial" w:hAnsi="Arial" w:cs="Arial"/>
          <w:sz w:val="28"/>
          <w:szCs w:val="28"/>
          <w:u w:val="single"/>
          <w:lang w:val="sv-SE"/>
        </w:rPr>
        <w:t>,</w:t>
      </w:r>
      <w:r w:rsidRPr="00B12D85">
        <w:rPr>
          <w:rFonts w:ascii="Arial" w:hAnsi="Arial" w:cs="Arial"/>
          <w:b/>
          <w:bCs/>
          <w:sz w:val="28"/>
          <w:szCs w:val="28"/>
          <w:lang w:val="sv-SE"/>
        </w:rPr>
        <w:t xml:space="preserve"> </w:t>
      </w:r>
      <w:r w:rsidRPr="00B12D85">
        <w:rPr>
          <w:rFonts w:ascii="Arial" w:hAnsi="Arial" w:cs="Arial"/>
          <w:sz w:val="28"/>
          <w:szCs w:val="28"/>
          <w:lang w:val="sv-SE"/>
        </w:rPr>
        <w:t xml:space="preserve">eller en blankett som du beställer från oss via </w:t>
      </w:r>
      <w:hyperlink r:id="rId15" w:history="1">
        <w:r w:rsidRPr="00B12D85">
          <w:rPr>
            <w:rFonts w:ascii="Arial" w:hAnsi="Arial" w:cs="Arial"/>
            <w:sz w:val="28"/>
            <w:szCs w:val="28"/>
            <w:u w:val="single"/>
            <w:lang w:val="sv-SE"/>
          </w:rPr>
          <w:t>enskildabidrag@srf.nu</w:t>
        </w:r>
      </w:hyperlink>
      <w:r w:rsidRPr="00B12D85">
        <w:rPr>
          <w:rFonts w:ascii="Arial" w:hAnsi="Arial" w:cs="Arial"/>
          <w:sz w:val="28"/>
          <w:szCs w:val="28"/>
          <w:lang w:val="sv-SE"/>
        </w:rPr>
        <w:t>. I ansökan ska du bland annat uppge</w:t>
      </w:r>
    </w:p>
    <w:p w14:paraId="4702C093" w14:textId="77777777" w:rsidR="00B12D85" w:rsidRPr="00B12D85" w:rsidRDefault="00B12D85" w:rsidP="006402DD">
      <w:pPr>
        <w:numPr>
          <w:ilvl w:val="0"/>
          <w:numId w:val="29"/>
        </w:numPr>
        <w:spacing w:after="0"/>
        <w:contextualSpacing/>
        <w:rPr>
          <w:rFonts w:ascii="Arial" w:hAnsi="Arial" w:cs="Arial"/>
          <w:b/>
          <w:bCs/>
          <w:sz w:val="28"/>
          <w:szCs w:val="28"/>
          <w:lang w:val="sv-SE"/>
        </w:rPr>
      </w:pPr>
      <w:r w:rsidRPr="00B12D85">
        <w:rPr>
          <w:rFonts w:ascii="Arial" w:hAnsi="Arial" w:cs="Arial"/>
          <w:sz w:val="28"/>
          <w:szCs w:val="28"/>
          <w:lang w:val="sv-SE"/>
        </w:rPr>
        <w:t>syftet med resan</w:t>
      </w:r>
    </w:p>
    <w:p w14:paraId="4FA2A3A3" w14:textId="77777777" w:rsidR="00B12D85" w:rsidRPr="00B12D85" w:rsidRDefault="00B12D85" w:rsidP="006402DD">
      <w:pPr>
        <w:numPr>
          <w:ilvl w:val="0"/>
          <w:numId w:val="29"/>
        </w:numPr>
        <w:contextualSpacing/>
        <w:rPr>
          <w:rFonts w:ascii="Arial" w:hAnsi="Arial" w:cs="Arial"/>
          <w:b/>
          <w:bCs/>
          <w:sz w:val="28"/>
          <w:szCs w:val="28"/>
          <w:lang w:val="sv-SE"/>
        </w:rPr>
      </w:pPr>
      <w:r w:rsidRPr="00B12D85">
        <w:rPr>
          <w:rFonts w:ascii="Arial" w:hAnsi="Arial" w:cs="Arial"/>
          <w:sz w:val="28"/>
          <w:szCs w:val="28"/>
          <w:lang w:val="sv-SE"/>
        </w:rPr>
        <w:t>resplan</w:t>
      </w:r>
    </w:p>
    <w:p w14:paraId="2D6C950F" w14:textId="77777777" w:rsidR="00B12D85" w:rsidRPr="00B12D85" w:rsidRDefault="00B12D85" w:rsidP="006402DD">
      <w:pPr>
        <w:numPr>
          <w:ilvl w:val="0"/>
          <w:numId w:val="29"/>
        </w:numPr>
        <w:contextualSpacing/>
        <w:rPr>
          <w:rFonts w:ascii="Arial" w:hAnsi="Arial" w:cs="Arial"/>
          <w:b/>
          <w:bCs/>
          <w:sz w:val="28"/>
          <w:szCs w:val="28"/>
          <w:lang w:val="sv-SE"/>
        </w:rPr>
      </w:pPr>
      <w:r w:rsidRPr="00B12D85">
        <w:rPr>
          <w:rFonts w:ascii="Arial" w:hAnsi="Arial" w:cs="Arial"/>
          <w:sz w:val="28"/>
          <w:szCs w:val="28"/>
          <w:lang w:val="sv-SE"/>
        </w:rPr>
        <w:t>kostnader och sökt belopp.</w:t>
      </w:r>
    </w:p>
    <w:p w14:paraId="399F290E" w14:textId="77777777" w:rsidR="00B12D85" w:rsidRPr="00B12D85" w:rsidRDefault="00B12D85" w:rsidP="006402DD">
      <w:pPr>
        <w:spacing w:after="0"/>
        <w:rPr>
          <w:rFonts w:ascii="Arial" w:hAnsi="Arial" w:cs="Arial"/>
          <w:sz w:val="28"/>
          <w:szCs w:val="28"/>
          <w:lang w:val="sv-SE"/>
        </w:rPr>
      </w:pPr>
      <w:r w:rsidRPr="00B12D85">
        <w:rPr>
          <w:rFonts w:ascii="Arial" w:hAnsi="Arial" w:cs="Arial"/>
          <w:sz w:val="28"/>
          <w:szCs w:val="28"/>
          <w:lang w:val="sv-SE"/>
        </w:rPr>
        <w:t>Innan du skickar in din ansökan, rekommenderar vi att du noggrant går igenom våra riktlinjer på hemsidan. Detta säkerställer att du lämnar in ett fullständigt och korrekt underlag från början. Resan ska inte bokas vid ansökningstillfället. Vänta på vårt beslut om din ansökan beviljas.</w:t>
      </w:r>
    </w:p>
    <w:p w14:paraId="7DD4D01F" w14:textId="77777777" w:rsidR="00B12D85" w:rsidRPr="00944A81" w:rsidRDefault="00B12D85" w:rsidP="006402DD">
      <w:pPr>
        <w:pStyle w:val="Rubrik2"/>
        <w:rPr>
          <w:lang w:val="sv-SE"/>
        </w:rPr>
      </w:pPr>
      <w:bookmarkStart w:id="40" w:name="_Toc198883929"/>
      <w:bookmarkStart w:id="41" w:name="_Toc231983543"/>
      <w:bookmarkStart w:id="42" w:name="_Toc198883928"/>
      <w:r w:rsidRPr="00944A81">
        <w:rPr>
          <w:lang w:val="sv-SE"/>
        </w:rPr>
        <w:lastRenderedPageBreak/>
        <w:t>Utbetalning och villkor</w:t>
      </w:r>
      <w:bookmarkEnd w:id="40"/>
      <w:bookmarkEnd w:id="41"/>
      <w:r w:rsidRPr="00944A81">
        <w:rPr>
          <w:lang w:val="sv-SE"/>
        </w:rPr>
        <w:t xml:space="preserve"> </w:t>
      </w:r>
    </w:p>
    <w:p w14:paraId="68412068" w14:textId="77777777" w:rsidR="00B12D85" w:rsidRPr="00B12D85" w:rsidRDefault="00B12D85" w:rsidP="006402DD">
      <w:pPr>
        <w:spacing w:after="0"/>
        <w:rPr>
          <w:rFonts w:ascii="Arial" w:hAnsi="Arial" w:cs="Arial"/>
          <w:sz w:val="28"/>
          <w:szCs w:val="28"/>
          <w:lang w:val="sv-SE"/>
        </w:rPr>
      </w:pPr>
      <w:r w:rsidRPr="00B12D85">
        <w:rPr>
          <w:rFonts w:ascii="Arial" w:hAnsi="Arial" w:cs="Arial"/>
          <w:sz w:val="28"/>
          <w:szCs w:val="28"/>
          <w:lang w:val="sv-SE"/>
        </w:rPr>
        <w:t>Pengarna betalas ut när bokning/kvitto på att resan är betald har skickats in. Stipendiet kan användas inom ett år efter beslut. Efter genomförd resa ska en rapport lämnas in inom två månader.</w:t>
      </w:r>
    </w:p>
    <w:p w14:paraId="25852C65" w14:textId="77777777" w:rsidR="00B12D85" w:rsidRPr="00B12D85" w:rsidRDefault="00B12D85" w:rsidP="00B12D85">
      <w:pPr>
        <w:spacing w:after="0" w:line="240" w:lineRule="auto"/>
        <w:rPr>
          <w:rFonts w:ascii="Arial" w:hAnsi="Arial" w:cs="Arial"/>
          <w:sz w:val="28"/>
          <w:szCs w:val="28"/>
          <w:lang w:val="sv-SE"/>
        </w:rPr>
      </w:pPr>
    </w:p>
    <w:p w14:paraId="0104E6C7" w14:textId="77777777" w:rsidR="00B12D85" w:rsidRPr="00944A81" w:rsidRDefault="00B12D85" w:rsidP="006402DD">
      <w:pPr>
        <w:pStyle w:val="Rubrik2"/>
        <w:rPr>
          <w:lang w:val="sv-SE"/>
        </w:rPr>
      </w:pPr>
      <w:bookmarkStart w:id="43" w:name="_Toc231983544"/>
      <w:r w:rsidRPr="00944A81">
        <w:rPr>
          <w:lang w:val="sv-SE"/>
        </w:rPr>
        <w:t>Deadline för ansökan</w:t>
      </w:r>
      <w:bookmarkEnd w:id="42"/>
      <w:bookmarkEnd w:id="43"/>
    </w:p>
    <w:p w14:paraId="341609BB" w14:textId="77777777" w:rsidR="00B12D85" w:rsidRDefault="00B12D85" w:rsidP="006402DD">
      <w:pPr>
        <w:shd w:val="clear" w:color="auto" w:fill="FFFFFF"/>
        <w:spacing w:after="0"/>
        <w:textAlignment w:val="baseline"/>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Sista ansökningsdatum är den 15 april för resor som äger rum mellan juli innevarande år och juni nästkommande år, samt den 15 oktober för resor som genomförs under året därpå, januari–december.</w:t>
      </w:r>
    </w:p>
    <w:p w14:paraId="53A158A5" w14:textId="77777777" w:rsidR="008F7927" w:rsidRDefault="008F7927" w:rsidP="008F7927">
      <w:pPr>
        <w:rPr>
          <w:rFonts w:ascii="Arial" w:eastAsia="Times New Roman" w:hAnsi="Arial" w:cs="Arial"/>
          <w:sz w:val="28"/>
          <w:szCs w:val="28"/>
          <w:lang w:val="sv-SE" w:eastAsia="sv-SE"/>
        </w:rPr>
      </w:pPr>
    </w:p>
    <w:p w14:paraId="7B85FCCA" w14:textId="77777777" w:rsidR="008F7927" w:rsidRDefault="008F7927" w:rsidP="008F7927">
      <w:pPr>
        <w:rPr>
          <w:rFonts w:ascii="Arial" w:eastAsia="Times New Roman" w:hAnsi="Arial" w:cs="Arial"/>
          <w:sz w:val="28"/>
          <w:szCs w:val="28"/>
          <w:lang w:val="sv-SE" w:eastAsia="sv-SE"/>
        </w:rPr>
      </w:pPr>
    </w:p>
    <w:p w14:paraId="511BDC07" w14:textId="77777777" w:rsidR="008F7927" w:rsidRDefault="008F7927" w:rsidP="008F7927">
      <w:pPr>
        <w:rPr>
          <w:rFonts w:ascii="Arial" w:eastAsia="Times New Roman" w:hAnsi="Arial" w:cs="Arial"/>
          <w:sz w:val="28"/>
          <w:szCs w:val="28"/>
          <w:lang w:val="sv-SE" w:eastAsia="sv-SE"/>
        </w:rPr>
      </w:pPr>
    </w:p>
    <w:p w14:paraId="6715C30D" w14:textId="77777777" w:rsidR="008F7927" w:rsidRDefault="008F7927" w:rsidP="008F7927">
      <w:pPr>
        <w:rPr>
          <w:rFonts w:ascii="Arial" w:hAnsi="Arial" w:cs="Arial"/>
          <w:sz w:val="28"/>
          <w:szCs w:val="28"/>
          <w:lang w:val="sv-SE" w:eastAsia="sv-SE"/>
        </w:rPr>
      </w:pPr>
    </w:p>
    <w:p w14:paraId="6FD28170" w14:textId="77777777" w:rsidR="008F7927" w:rsidRPr="00B12D85" w:rsidRDefault="008F7927" w:rsidP="008F7927">
      <w:pPr>
        <w:rPr>
          <w:rFonts w:ascii="Arial" w:hAnsi="Arial" w:cs="Arial"/>
          <w:sz w:val="28"/>
          <w:szCs w:val="28"/>
          <w:lang w:val="sv-SE" w:eastAsia="sv-SE"/>
        </w:rPr>
      </w:pPr>
      <w:r w:rsidRPr="00B12D85">
        <w:rPr>
          <w:rFonts w:ascii="Arial" w:hAnsi="Arial" w:cs="Arial"/>
          <w:noProof/>
          <w:sz w:val="28"/>
          <w:szCs w:val="28"/>
          <w:lang w:eastAsia="sv-SE"/>
        </w:rPr>
        <mc:AlternateContent>
          <mc:Choice Requires="aink">
            <w:drawing>
              <wp:anchor distT="0" distB="0" distL="114300" distR="114300" simplePos="0" relativeHeight="251673600" behindDoc="0" locked="0" layoutInCell="1" allowOverlap="1" wp14:anchorId="5399DFFE" wp14:editId="5132FA99">
                <wp:simplePos x="0" y="0"/>
                <wp:positionH relativeFrom="column">
                  <wp:posOffset>2384219</wp:posOffset>
                </wp:positionH>
                <wp:positionV relativeFrom="paragraph">
                  <wp:posOffset>254589</wp:posOffset>
                </wp:positionV>
                <wp:extent cx="11880" cy="9360"/>
                <wp:effectExtent l="38100" t="57150" r="45720" b="48260"/>
                <wp:wrapNone/>
                <wp:docPr id="53" name="Pennanteckning 53"/>
                <wp:cNvGraphicFramePr/>
                <a:graphic xmlns:a="http://schemas.openxmlformats.org/drawingml/2006/main">
                  <a:graphicData uri="http://schemas.microsoft.com/office/word/2010/wordprocessingInk">
                    <w14:contentPart bwMode="auto" r:id="rId16">
                      <w14:nvContentPartPr>
                        <w14:cNvContentPartPr/>
                      </w14:nvContentPartPr>
                      <w14:xfrm>
                        <a:off x="0" y="0"/>
                        <a:ext cx="11880" cy="9360"/>
                      </w14:xfrm>
                    </w14:contentPart>
                  </a:graphicData>
                </a:graphic>
              </wp:anchor>
            </w:drawing>
          </mc:Choice>
          <mc:Fallback>
            <w:drawing>
              <wp:anchor distT="0" distB="0" distL="114300" distR="114300" simplePos="0" relativeHeight="251673600" behindDoc="0" locked="0" layoutInCell="1" allowOverlap="1" wp14:anchorId="5399DFFE" wp14:editId="5132FA99">
                <wp:simplePos x="0" y="0"/>
                <wp:positionH relativeFrom="column">
                  <wp:posOffset>2384219</wp:posOffset>
                </wp:positionH>
                <wp:positionV relativeFrom="paragraph">
                  <wp:posOffset>254589</wp:posOffset>
                </wp:positionV>
                <wp:extent cx="11880" cy="9360"/>
                <wp:effectExtent l="38100" t="57150" r="45720" b="48260"/>
                <wp:wrapNone/>
                <wp:docPr id="53" name="Pennanteckning 53"/>
                <wp:cNvGraphicFramePr/>
                <a:graphic xmlns:a="http://schemas.openxmlformats.org/drawingml/2006/main">
                  <a:graphicData uri="http://schemas.openxmlformats.org/drawingml/2006/picture">
                    <pic:pic xmlns:pic="http://schemas.openxmlformats.org/drawingml/2006/picture">
                      <pic:nvPicPr>
                        <pic:cNvPr id="53" name="Pennanteckning 53"/>
                        <pic:cNvPicPr/>
                      </pic:nvPicPr>
                      <pic:blipFill>
                        <a:blip r:embed="rId17"/>
                        <a:stretch>
                          <a:fillRect/>
                        </a:stretch>
                      </pic:blipFill>
                      <pic:spPr>
                        <a:xfrm>
                          <a:off x="0" y="0"/>
                          <a:ext cx="46472" cy="225000"/>
                        </a:xfrm>
                        <a:prstGeom prst="rect">
                          <a:avLst/>
                        </a:prstGeom>
                      </pic:spPr>
                    </pic:pic>
                  </a:graphicData>
                </a:graphic>
              </wp:anchor>
            </w:drawing>
          </mc:Fallback>
        </mc:AlternateContent>
      </w:r>
      <w:r w:rsidRPr="00B12D85">
        <w:rPr>
          <w:rFonts w:ascii="Arial" w:hAnsi="Arial" w:cs="Arial"/>
          <w:noProof/>
          <w:sz w:val="28"/>
          <w:szCs w:val="28"/>
          <w:lang w:eastAsia="sv-SE"/>
        </w:rPr>
        <mc:AlternateContent>
          <mc:Choice Requires="aink">
            <w:drawing>
              <wp:anchor distT="0" distB="0" distL="114300" distR="114300" simplePos="0" relativeHeight="251672576" behindDoc="0" locked="0" layoutInCell="1" allowOverlap="1" wp14:anchorId="2BC4ABEE" wp14:editId="330495F7">
                <wp:simplePos x="0" y="0"/>
                <wp:positionH relativeFrom="column">
                  <wp:posOffset>2587259</wp:posOffset>
                </wp:positionH>
                <wp:positionV relativeFrom="paragraph">
                  <wp:posOffset>558789</wp:posOffset>
                </wp:positionV>
                <wp:extent cx="360" cy="360"/>
                <wp:effectExtent l="57150" t="38100" r="38100" b="57150"/>
                <wp:wrapNone/>
                <wp:docPr id="52" name="Pennanteckning 5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672576" behindDoc="0" locked="0" layoutInCell="1" allowOverlap="1" wp14:anchorId="2BC4ABEE" wp14:editId="330495F7">
                <wp:simplePos x="0" y="0"/>
                <wp:positionH relativeFrom="column">
                  <wp:posOffset>2587259</wp:posOffset>
                </wp:positionH>
                <wp:positionV relativeFrom="paragraph">
                  <wp:posOffset>558789</wp:posOffset>
                </wp:positionV>
                <wp:extent cx="360" cy="360"/>
                <wp:effectExtent l="57150" t="38100" r="38100" b="57150"/>
                <wp:wrapNone/>
                <wp:docPr id="52" name="Pennanteckning 52"/>
                <wp:cNvGraphicFramePr/>
                <a:graphic xmlns:a="http://schemas.openxmlformats.org/drawingml/2006/main">
                  <a:graphicData uri="http://schemas.openxmlformats.org/drawingml/2006/picture">
                    <pic:pic xmlns:pic="http://schemas.openxmlformats.org/drawingml/2006/picture">
                      <pic:nvPicPr>
                        <pic:cNvPr id="52" name="Pennanteckning 52"/>
                        <pic:cNvPicPr/>
                      </pic:nvPicPr>
                      <pic:blipFill>
                        <a:blip r:embed="rId19"/>
                        <a:stretch>
                          <a:fillRect/>
                        </a:stretch>
                      </pic:blipFill>
                      <pic:spPr>
                        <a:xfrm>
                          <a:off x="0" y="0"/>
                          <a:ext cx="36000" cy="216000"/>
                        </a:xfrm>
                        <a:prstGeom prst="rect">
                          <a:avLst/>
                        </a:prstGeom>
                      </pic:spPr>
                    </pic:pic>
                  </a:graphicData>
                </a:graphic>
              </wp:anchor>
            </w:drawing>
          </mc:Fallback>
        </mc:AlternateContent>
      </w:r>
      <w:r w:rsidRPr="00B12D85">
        <w:rPr>
          <w:rFonts w:ascii="Arial" w:hAnsi="Arial" w:cs="Arial"/>
          <w:sz w:val="28"/>
          <w:szCs w:val="28"/>
          <w:lang w:val="sv-SE" w:eastAsia="sv-SE"/>
        </w:rPr>
        <w:t xml:space="preserve">Katalogen finns i fyra olika format: svartskrift, punktskrift, </w:t>
      </w:r>
      <w:r>
        <w:rPr>
          <w:rFonts w:ascii="Arial" w:hAnsi="Arial" w:cs="Arial"/>
          <w:sz w:val="28"/>
          <w:szCs w:val="28"/>
          <w:lang w:val="sv-SE" w:eastAsia="sv-SE"/>
        </w:rPr>
        <w:t>tal/</w:t>
      </w:r>
      <w:proofErr w:type="spellStart"/>
      <w:r w:rsidRPr="00B12D85">
        <w:rPr>
          <w:rFonts w:ascii="Arial" w:hAnsi="Arial" w:cs="Arial"/>
          <w:sz w:val="28"/>
          <w:szCs w:val="28"/>
          <w:lang w:val="sv-SE" w:eastAsia="sv-SE"/>
        </w:rPr>
        <w:t>daisy</w:t>
      </w:r>
      <w:proofErr w:type="spellEnd"/>
      <w:r w:rsidRPr="00B12D85">
        <w:rPr>
          <w:rFonts w:ascii="Arial" w:hAnsi="Arial" w:cs="Arial"/>
          <w:sz w:val="28"/>
          <w:szCs w:val="28"/>
          <w:lang w:val="sv-SE" w:eastAsia="sv-SE"/>
        </w:rPr>
        <w:t xml:space="preserve"> och </w:t>
      </w:r>
      <w:r w:rsidRPr="00B12D85">
        <w:rPr>
          <w:rFonts w:ascii="Arial" w:hAnsi="Arial" w:cs="Arial"/>
          <w:sz w:val="28"/>
          <w:szCs w:val="28"/>
          <w:lang w:val="sv-SE" w:eastAsia="sv-SE"/>
        </w:rPr>
        <w:br/>
        <w:t xml:space="preserve">mejl. Du kan även gå in på SRF:s hemsida </w:t>
      </w:r>
      <w:hyperlink r:id="rId20" w:history="1">
        <w:r w:rsidRPr="00B12D85">
          <w:rPr>
            <w:rFonts w:ascii="Arial" w:hAnsi="Arial" w:cs="Arial"/>
            <w:sz w:val="28"/>
            <w:szCs w:val="28"/>
            <w:u w:val="single"/>
            <w:lang w:val="sv-SE" w:eastAsia="sv-SE"/>
          </w:rPr>
          <w:t>srf.nu</w:t>
        </w:r>
      </w:hyperlink>
      <w:r w:rsidRPr="00B12D85">
        <w:rPr>
          <w:rFonts w:ascii="Arial" w:hAnsi="Arial" w:cs="Arial"/>
          <w:sz w:val="28"/>
          <w:szCs w:val="28"/>
          <w:lang w:val="sv-SE" w:eastAsia="sv-SE"/>
        </w:rPr>
        <w:t xml:space="preserve"> och läsa katalogen digitalt.</w:t>
      </w:r>
    </w:p>
    <w:p w14:paraId="79BC9B2C" w14:textId="77777777" w:rsidR="008F7927" w:rsidRPr="00382690" w:rsidRDefault="008F7927" w:rsidP="008F7927">
      <w:pPr>
        <w:rPr>
          <w:rFonts w:ascii="Arial" w:hAnsi="Arial" w:cs="Arial"/>
          <w:sz w:val="28"/>
          <w:szCs w:val="28"/>
          <w:lang w:val="sv-SE"/>
        </w:rPr>
      </w:pPr>
      <w:r w:rsidRPr="00B12D85">
        <w:rPr>
          <w:rFonts w:ascii="Arial" w:hAnsi="Arial" w:cs="Arial"/>
          <w:sz w:val="28"/>
          <w:szCs w:val="28"/>
          <w:shd w:val="clear" w:color="auto" w:fill="FFFFFF"/>
          <w:lang w:val="sv-SE"/>
        </w:rPr>
        <w:t>Vi reserverar oss för eventuella tryckfel och förbehåller oss rätten till ändring av priser</w:t>
      </w:r>
      <w:r w:rsidRPr="00B12D85">
        <w:rPr>
          <w:rFonts w:ascii="Arial" w:hAnsi="Arial" w:cs="Arial"/>
          <w:sz w:val="28"/>
          <w:szCs w:val="28"/>
          <w:lang w:val="sv-SE"/>
        </w:rPr>
        <w:t>. </w:t>
      </w:r>
    </w:p>
    <w:p w14:paraId="75B8F524" w14:textId="77777777" w:rsidR="008F7927" w:rsidRPr="00B12D85" w:rsidRDefault="008F7927" w:rsidP="006402DD">
      <w:pPr>
        <w:shd w:val="clear" w:color="auto" w:fill="FFFFFF"/>
        <w:spacing w:after="0"/>
        <w:textAlignment w:val="baseline"/>
        <w:rPr>
          <w:rFonts w:ascii="Arial" w:eastAsia="Times New Roman" w:hAnsi="Arial" w:cs="Arial"/>
          <w:sz w:val="28"/>
          <w:szCs w:val="28"/>
          <w:lang w:val="sv-SE" w:eastAsia="sv-SE"/>
        </w:rPr>
      </w:pPr>
    </w:p>
    <w:p w14:paraId="4C800F92" w14:textId="77777777" w:rsidR="00B12D85" w:rsidRPr="00B12D85" w:rsidRDefault="00B12D85" w:rsidP="00B12D85">
      <w:pPr>
        <w:shd w:val="clear" w:color="auto" w:fill="FFFFFF"/>
        <w:spacing w:after="0" w:line="240" w:lineRule="auto"/>
        <w:textAlignment w:val="baseline"/>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 </w:t>
      </w:r>
    </w:p>
    <w:p w14:paraId="67E221B3" w14:textId="77777777" w:rsidR="00B12D85" w:rsidRPr="00B12D85" w:rsidRDefault="00B12D85" w:rsidP="00B12D85">
      <w:pPr>
        <w:rPr>
          <w:lang w:val="sv-SE"/>
        </w:rPr>
      </w:pPr>
      <w:bookmarkStart w:id="44" w:name="_Toc132890636"/>
      <w:bookmarkStart w:id="45" w:name="_Toc150507763"/>
    </w:p>
    <w:p w14:paraId="6933C776" w14:textId="77777777" w:rsidR="00B12D85" w:rsidRPr="00B12D85" w:rsidRDefault="00B12D85" w:rsidP="00B12D85">
      <w:pPr>
        <w:rPr>
          <w:lang w:val="sv-SE"/>
        </w:rPr>
      </w:pPr>
    </w:p>
    <w:p w14:paraId="0277E83E" w14:textId="77777777" w:rsidR="00B12D85" w:rsidRPr="00B12D85" w:rsidRDefault="00B12D85" w:rsidP="00B12D85">
      <w:pPr>
        <w:rPr>
          <w:lang w:val="sv-SE"/>
        </w:rPr>
      </w:pPr>
    </w:p>
    <w:p w14:paraId="4D1534FD" w14:textId="77777777" w:rsidR="00B12D85" w:rsidRPr="00B12D85" w:rsidRDefault="00B12D85" w:rsidP="00B12D85">
      <w:pPr>
        <w:rPr>
          <w:lang w:val="sv-SE"/>
        </w:rPr>
      </w:pPr>
    </w:p>
    <w:p w14:paraId="419EBD08" w14:textId="77777777" w:rsidR="00B12D85" w:rsidRPr="00B12D85" w:rsidRDefault="00B12D85" w:rsidP="00B12D85">
      <w:pPr>
        <w:rPr>
          <w:lang w:val="sv-SE"/>
        </w:rPr>
      </w:pPr>
    </w:p>
    <w:p w14:paraId="01C6B4B3" w14:textId="77777777" w:rsidR="00B12D85" w:rsidRPr="00B12D85" w:rsidRDefault="00B12D85" w:rsidP="00B12D85">
      <w:pPr>
        <w:rPr>
          <w:lang w:val="sv-SE"/>
        </w:rPr>
      </w:pPr>
    </w:p>
    <w:p w14:paraId="3F0EF3DF" w14:textId="77777777" w:rsidR="00B12D85" w:rsidRPr="00B12D85" w:rsidRDefault="00B12D85" w:rsidP="00B12D85">
      <w:pPr>
        <w:rPr>
          <w:lang w:val="sv-SE"/>
        </w:rPr>
      </w:pPr>
    </w:p>
    <w:p w14:paraId="3BAE785F" w14:textId="77777777" w:rsidR="00B12D85" w:rsidRPr="00B12D85" w:rsidRDefault="00B12D85" w:rsidP="00B12D85">
      <w:pPr>
        <w:rPr>
          <w:lang w:val="sv-SE"/>
        </w:rPr>
      </w:pPr>
    </w:p>
    <w:p w14:paraId="2F4CB47F" w14:textId="77777777" w:rsidR="00B12D85" w:rsidRPr="00B12D85" w:rsidRDefault="00B12D85" w:rsidP="00B12D85">
      <w:pPr>
        <w:rPr>
          <w:lang w:val="sv-SE"/>
        </w:rPr>
      </w:pPr>
    </w:p>
    <w:p w14:paraId="5B4B6996" w14:textId="1F59AACB" w:rsidR="006402DD" w:rsidRDefault="006402DD">
      <w:pPr>
        <w:rPr>
          <w:rFonts w:ascii="Arial" w:eastAsiaTheme="majorEastAsia" w:hAnsi="Arial" w:cs="Arial"/>
          <w:b/>
          <w:bCs/>
          <w:color w:val="365F91"/>
          <w:sz w:val="36"/>
          <w:szCs w:val="36"/>
          <w:lang w:val="sv-SE"/>
        </w:rPr>
      </w:pPr>
      <w:bookmarkStart w:id="46" w:name="_Toc198883931"/>
    </w:p>
    <w:p w14:paraId="1BB53D9A" w14:textId="6911648D" w:rsidR="00B12D85" w:rsidRPr="00944A81" w:rsidRDefault="00B12D85" w:rsidP="006402DD">
      <w:pPr>
        <w:pStyle w:val="Rubrik1"/>
        <w:rPr>
          <w:lang w:val="sv-SE"/>
        </w:rPr>
      </w:pPr>
      <w:bookmarkStart w:id="47" w:name="_Toc231983545"/>
      <w:r w:rsidRPr="00944A81">
        <w:rPr>
          <w:lang w:val="sv-SE"/>
        </w:rPr>
        <w:lastRenderedPageBreak/>
        <w:t>Anmälningsblankett gruppresa</w:t>
      </w:r>
      <w:bookmarkEnd w:id="44"/>
      <w:bookmarkEnd w:id="45"/>
      <w:bookmarkEnd w:id="46"/>
      <w:bookmarkEnd w:id="47"/>
    </w:p>
    <w:p w14:paraId="1308EE53" w14:textId="0D0A36A9" w:rsidR="00B12D85" w:rsidRDefault="00B12D85" w:rsidP="00584A9F">
      <w:pPr>
        <w:spacing w:after="0" w:line="240" w:lineRule="auto"/>
        <w:rPr>
          <w:rFonts w:ascii="Arial" w:hAnsi="Arial" w:cs="Arial"/>
          <w:b/>
          <w:color w:val="000000" w:themeColor="text1"/>
          <w:spacing w:val="-2"/>
          <w:sz w:val="28"/>
          <w:szCs w:val="28"/>
          <w:lang w:val="sv-SE"/>
        </w:rPr>
      </w:pPr>
      <w:bookmarkStart w:id="48" w:name="Sista_anmälningsdatum_17_januari_2023."/>
      <w:bookmarkEnd w:id="48"/>
      <w:r w:rsidRPr="00B12D85">
        <w:rPr>
          <w:rFonts w:ascii="Arial" w:hAnsi="Arial" w:cs="Arial"/>
          <w:b/>
          <w:color w:val="000000" w:themeColor="text1"/>
          <w:sz w:val="28"/>
          <w:szCs w:val="28"/>
          <w:lang w:val="sv-SE"/>
        </w:rPr>
        <w:t>Sista</w:t>
      </w:r>
      <w:r w:rsidRPr="00B12D85">
        <w:rPr>
          <w:rFonts w:ascii="Arial" w:hAnsi="Arial" w:cs="Arial"/>
          <w:b/>
          <w:color w:val="000000" w:themeColor="text1"/>
          <w:spacing w:val="-7"/>
          <w:sz w:val="28"/>
          <w:szCs w:val="28"/>
          <w:lang w:val="sv-SE"/>
        </w:rPr>
        <w:t xml:space="preserve"> </w:t>
      </w:r>
      <w:r w:rsidRPr="00B12D85">
        <w:rPr>
          <w:rFonts w:ascii="Arial" w:hAnsi="Arial" w:cs="Arial"/>
          <w:b/>
          <w:color w:val="000000" w:themeColor="text1"/>
          <w:sz w:val="28"/>
          <w:szCs w:val="28"/>
          <w:lang w:val="sv-SE"/>
        </w:rPr>
        <w:t>anmälningsdatum</w:t>
      </w:r>
      <w:r w:rsidRPr="00B12D85">
        <w:rPr>
          <w:rFonts w:ascii="Arial" w:hAnsi="Arial" w:cs="Arial"/>
          <w:b/>
          <w:color w:val="000000" w:themeColor="text1"/>
          <w:spacing w:val="-7"/>
          <w:sz w:val="28"/>
          <w:szCs w:val="28"/>
          <w:lang w:val="sv-SE"/>
        </w:rPr>
        <w:t xml:space="preserve"> den </w:t>
      </w:r>
      <w:r w:rsidR="00371715">
        <w:rPr>
          <w:rFonts w:ascii="Arial" w:hAnsi="Arial" w:cs="Arial"/>
          <w:b/>
          <w:color w:val="000000" w:themeColor="text1"/>
          <w:spacing w:val="-7"/>
          <w:sz w:val="28"/>
          <w:szCs w:val="28"/>
          <w:lang w:val="sv-SE"/>
        </w:rPr>
        <w:t>15</w:t>
      </w:r>
      <w:r w:rsidRPr="00B12D85">
        <w:rPr>
          <w:rFonts w:ascii="Arial" w:hAnsi="Arial" w:cs="Arial"/>
          <w:b/>
          <w:color w:val="000000" w:themeColor="text1"/>
          <w:sz w:val="28"/>
          <w:szCs w:val="28"/>
          <w:lang w:val="sv-SE"/>
        </w:rPr>
        <w:t xml:space="preserve"> </w:t>
      </w:r>
      <w:r w:rsidR="00623FC7">
        <w:rPr>
          <w:rFonts w:ascii="Arial" w:hAnsi="Arial" w:cs="Arial"/>
          <w:b/>
          <w:color w:val="000000" w:themeColor="text1"/>
          <w:sz w:val="28"/>
          <w:szCs w:val="28"/>
          <w:lang w:val="sv-SE"/>
        </w:rPr>
        <w:t>ju</w:t>
      </w:r>
      <w:r w:rsidR="00371715">
        <w:rPr>
          <w:rFonts w:ascii="Arial" w:hAnsi="Arial" w:cs="Arial"/>
          <w:b/>
          <w:color w:val="000000" w:themeColor="text1"/>
          <w:sz w:val="28"/>
          <w:szCs w:val="28"/>
          <w:lang w:val="sv-SE"/>
        </w:rPr>
        <w:t>l</w:t>
      </w:r>
      <w:r w:rsidR="00623FC7">
        <w:rPr>
          <w:rFonts w:ascii="Arial" w:hAnsi="Arial" w:cs="Arial"/>
          <w:b/>
          <w:color w:val="000000" w:themeColor="text1"/>
          <w:sz w:val="28"/>
          <w:szCs w:val="28"/>
          <w:lang w:val="sv-SE"/>
        </w:rPr>
        <w:t>i</w:t>
      </w:r>
      <w:r w:rsidRPr="00B12D85">
        <w:rPr>
          <w:rFonts w:ascii="Arial" w:hAnsi="Arial" w:cs="Arial"/>
          <w:b/>
          <w:color w:val="000000" w:themeColor="text1"/>
          <w:spacing w:val="-5"/>
          <w:sz w:val="28"/>
          <w:szCs w:val="28"/>
          <w:lang w:val="sv-SE"/>
        </w:rPr>
        <w:t xml:space="preserve"> </w:t>
      </w:r>
      <w:r w:rsidRPr="00B12D85">
        <w:rPr>
          <w:rFonts w:ascii="Arial" w:hAnsi="Arial" w:cs="Arial"/>
          <w:b/>
          <w:color w:val="000000" w:themeColor="text1"/>
          <w:spacing w:val="-2"/>
          <w:sz w:val="28"/>
          <w:szCs w:val="28"/>
          <w:lang w:val="sv-SE"/>
        </w:rPr>
        <w:t>202</w:t>
      </w:r>
      <w:r w:rsidR="00623FC7">
        <w:rPr>
          <w:rFonts w:ascii="Arial" w:hAnsi="Arial" w:cs="Arial"/>
          <w:b/>
          <w:color w:val="000000" w:themeColor="text1"/>
          <w:spacing w:val="-2"/>
          <w:sz w:val="28"/>
          <w:szCs w:val="28"/>
          <w:lang w:val="sv-SE"/>
        </w:rPr>
        <w:t>6</w:t>
      </w:r>
    </w:p>
    <w:p w14:paraId="5B0A4CC8" w14:textId="68EE931D" w:rsidR="00AB2F7F" w:rsidRPr="008F7927" w:rsidRDefault="00C279B0" w:rsidP="008F7927">
      <w:pPr>
        <w:pStyle w:val="Rubrik1"/>
        <w:rPr>
          <w:rFonts w:cs="Arial"/>
          <w:b w:val="0"/>
          <w:bCs w:val="0"/>
          <w:color w:val="000000" w:themeColor="text1"/>
          <w:sz w:val="28"/>
          <w:lang w:val="sv-SE" w:eastAsia="sv-SE"/>
        </w:rPr>
      </w:pPr>
      <w:r w:rsidRPr="00C279B0">
        <w:rPr>
          <w:b w:val="0"/>
          <w:bCs w:val="0"/>
          <w:color w:val="000000" w:themeColor="text1"/>
          <w:sz w:val="28"/>
          <w:lang w:val="sv-SE"/>
        </w:rPr>
        <w:t>Möt solen i Kap Verde</w:t>
      </w:r>
      <w:r w:rsidRPr="00C279B0">
        <w:rPr>
          <w:color w:val="000000" w:themeColor="text1"/>
          <w:lang w:val="sv-SE"/>
        </w:rPr>
        <w:t xml:space="preserve"> </w:t>
      </w:r>
      <w:r w:rsidR="00AB2F7F" w:rsidRPr="00C279B0">
        <w:rPr>
          <w:rFonts w:cs="Arial"/>
          <w:b w:val="0"/>
          <w:bCs w:val="0"/>
          <w:color w:val="000000" w:themeColor="text1"/>
          <w:sz w:val="28"/>
          <w:lang w:val="sv-SE" w:eastAsia="sv-SE"/>
        </w:rPr>
        <w:t>……………………………</w:t>
      </w:r>
      <w:r>
        <w:rPr>
          <w:rFonts w:cs="Arial"/>
          <w:b w:val="0"/>
          <w:bCs w:val="0"/>
          <w:color w:val="000000" w:themeColor="text1"/>
          <w:sz w:val="28"/>
          <w:lang w:val="sv-SE" w:eastAsia="sv-SE"/>
        </w:rPr>
        <w:t>…………</w:t>
      </w:r>
      <w:proofErr w:type="gramStart"/>
      <w:r>
        <w:rPr>
          <w:rFonts w:cs="Arial"/>
          <w:b w:val="0"/>
          <w:bCs w:val="0"/>
          <w:color w:val="000000" w:themeColor="text1"/>
          <w:sz w:val="28"/>
          <w:lang w:val="sv-SE" w:eastAsia="sv-SE"/>
        </w:rPr>
        <w:t>…….….…</w:t>
      </w:r>
      <w:r w:rsidR="008F7927">
        <w:rPr>
          <w:rFonts w:cs="Arial"/>
          <w:b w:val="0"/>
          <w:bCs w:val="0"/>
          <w:color w:val="000000" w:themeColor="text1"/>
          <w:sz w:val="28"/>
          <w:lang w:val="sv-SE" w:eastAsia="sv-SE"/>
        </w:rPr>
        <w:t>…..</w:t>
      </w:r>
      <w:proofErr w:type="gramEnd"/>
      <w:r w:rsidR="008F7927">
        <w:rPr>
          <w:rFonts w:cs="Arial"/>
          <w:b w:val="0"/>
          <w:bCs w:val="0"/>
          <w:color w:val="000000" w:themeColor="text1"/>
          <w:sz w:val="28"/>
          <w:lang w:val="sv-SE" w:eastAsia="sv-SE"/>
        </w:rPr>
        <w:br/>
      </w:r>
      <w:r w:rsidRPr="008F7927">
        <w:rPr>
          <w:rFonts w:cs="Arial"/>
          <w:b w:val="0"/>
          <w:bCs w:val="0"/>
          <w:color w:val="000000" w:themeColor="text1"/>
          <w:sz w:val="28"/>
          <w:lang w:val="sv-SE"/>
        </w:rPr>
        <w:t>Kryssning till Höga kusten och</w:t>
      </w:r>
      <w:r w:rsidR="008F7927">
        <w:rPr>
          <w:rFonts w:cs="Arial"/>
          <w:b w:val="0"/>
          <w:bCs w:val="0"/>
          <w:color w:val="000000" w:themeColor="text1"/>
          <w:sz w:val="28"/>
          <w:lang w:val="sv-SE"/>
        </w:rPr>
        <w:t xml:space="preserve"> </w:t>
      </w:r>
      <w:r w:rsidRPr="008F7927">
        <w:rPr>
          <w:rFonts w:cs="Arial"/>
          <w:b w:val="0"/>
          <w:bCs w:val="0"/>
          <w:color w:val="000000" w:themeColor="text1"/>
          <w:sz w:val="28"/>
          <w:lang w:val="sv-SE"/>
        </w:rPr>
        <w:t>Härnösand</w:t>
      </w:r>
      <w:r>
        <w:rPr>
          <w:rFonts w:cs="Arial"/>
          <w:sz w:val="28"/>
          <w:lang w:val="sv-SE"/>
        </w:rPr>
        <w:t>……</w:t>
      </w:r>
      <w:proofErr w:type="gramStart"/>
      <w:r>
        <w:rPr>
          <w:rFonts w:cs="Arial"/>
          <w:sz w:val="28"/>
          <w:lang w:val="sv-SE"/>
        </w:rPr>
        <w:t>…….</w:t>
      </w:r>
      <w:proofErr w:type="gramEnd"/>
      <w:r>
        <w:rPr>
          <w:rFonts w:cs="Arial"/>
          <w:sz w:val="28"/>
          <w:lang w:val="sv-SE"/>
        </w:rPr>
        <w:t>.</w:t>
      </w:r>
      <w:r w:rsidR="00AB2F7F" w:rsidRPr="006402DD">
        <w:rPr>
          <w:rFonts w:eastAsia="Calibri" w:cs="Arial"/>
          <w:noProof/>
          <w:sz w:val="28"/>
          <w:lang w:val="sv-SE"/>
        </w:rPr>
        <w:t>…………</w:t>
      </w:r>
      <w:r>
        <w:rPr>
          <w:rFonts w:eastAsia="Calibri" w:cs="Arial"/>
          <w:noProof/>
          <w:sz w:val="28"/>
          <w:lang w:val="sv-SE"/>
        </w:rPr>
        <w:t>.….……</w:t>
      </w:r>
      <w:r w:rsidR="008F7927">
        <w:rPr>
          <w:rFonts w:eastAsia="Calibri" w:cs="Arial"/>
          <w:noProof/>
          <w:sz w:val="28"/>
          <w:lang w:val="sv-SE"/>
        </w:rPr>
        <w:t>…</w:t>
      </w:r>
      <w:r w:rsidR="008F7927">
        <w:rPr>
          <w:rFonts w:eastAsia="Calibri" w:cs="Arial"/>
          <w:noProof/>
          <w:sz w:val="28"/>
          <w:lang w:val="sv-SE"/>
        </w:rPr>
        <w:br/>
      </w:r>
      <w:r w:rsidRPr="008F7927">
        <w:rPr>
          <w:rFonts w:cs="Arial"/>
          <w:b w:val="0"/>
          <w:bCs w:val="0"/>
          <w:color w:val="000000" w:themeColor="text1"/>
          <w:sz w:val="28"/>
          <w:lang w:val="sv-SE"/>
        </w:rPr>
        <w:t>Upplev Rostock och</w:t>
      </w:r>
      <w:r w:rsidR="008F7927" w:rsidRPr="008F7927">
        <w:rPr>
          <w:rFonts w:cs="Arial"/>
          <w:b w:val="0"/>
          <w:bCs w:val="0"/>
          <w:color w:val="000000" w:themeColor="text1"/>
          <w:sz w:val="28"/>
          <w:lang w:val="sv-SE"/>
        </w:rPr>
        <w:t xml:space="preserve"> </w:t>
      </w:r>
      <w:r w:rsidRPr="008F7927">
        <w:rPr>
          <w:rFonts w:cs="Arial"/>
          <w:b w:val="0"/>
          <w:bCs w:val="0"/>
          <w:color w:val="000000" w:themeColor="text1"/>
          <w:sz w:val="28"/>
          <w:lang w:val="sv-SE"/>
        </w:rPr>
        <w:t>oktoberfest</w:t>
      </w:r>
      <w:r>
        <w:rPr>
          <w:rFonts w:cs="Arial"/>
          <w:sz w:val="28"/>
          <w:lang w:val="sv-SE"/>
        </w:rPr>
        <w:t>……………………………</w:t>
      </w:r>
      <w:r w:rsidR="00AB2F7F" w:rsidRPr="006402DD">
        <w:rPr>
          <w:rFonts w:cs="Arial"/>
          <w:sz w:val="28"/>
          <w:lang w:val="sv-SE"/>
        </w:rPr>
        <w:t>…………</w:t>
      </w:r>
      <w:proofErr w:type="gramStart"/>
      <w:r w:rsidR="008F7927">
        <w:rPr>
          <w:rFonts w:cs="Arial"/>
          <w:sz w:val="28"/>
          <w:lang w:val="sv-SE"/>
        </w:rPr>
        <w:t>…….</w:t>
      </w:r>
      <w:proofErr w:type="gramEnd"/>
      <w:r w:rsidR="008F7927">
        <w:rPr>
          <w:rFonts w:cs="Arial"/>
          <w:sz w:val="28"/>
          <w:lang w:val="sv-SE"/>
        </w:rPr>
        <w:t>.</w:t>
      </w:r>
    </w:p>
    <w:p w14:paraId="21BAA564" w14:textId="2FFA5A3B" w:rsidR="00AB2F7F" w:rsidRPr="008F7927" w:rsidRDefault="00C279B0" w:rsidP="008F7927">
      <w:pPr>
        <w:rPr>
          <w:rFonts w:ascii="Arial" w:hAnsi="Arial" w:cs="Arial"/>
          <w:sz w:val="28"/>
          <w:szCs w:val="28"/>
          <w:lang w:val="sv-SE" w:eastAsia="sv-SE"/>
        </w:rPr>
      </w:pPr>
      <w:r>
        <w:rPr>
          <w:rFonts w:ascii="Arial" w:hAnsi="Arial" w:cs="Arial"/>
          <w:sz w:val="28"/>
          <w:szCs w:val="28"/>
          <w:lang w:val="sv-SE" w:eastAsia="sv-SE"/>
        </w:rPr>
        <w:t>Adventskryssning med julmarknad i Riga……</w:t>
      </w:r>
      <w:r w:rsidR="00AB2F7F" w:rsidRPr="006402DD">
        <w:rPr>
          <w:rFonts w:ascii="Arial" w:hAnsi="Arial" w:cs="Arial"/>
          <w:sz w:val="28"/>
          <w:szCs w:val="28"/>
          <w:lang w:val="sv-SE" w:eastAsia="sv-SE"/>
        </w:rPr>
        <w:t>………………………</w:t>
      </w:r>
      <w:proofErr w:type="gramStart"/>
      <w:r w:rsidR="00AB2F7F" w:rsidRPr="006402DD">
        <w:rPr>
          <w:rFonts w:ascii="Arial" w:hAnsi="Arial" w:cs="Arial"/>
          <w:sz w:val="28"/>
          <w:szCs w:val="28"/>
          <w:lang w:val="sv-SE" w:eastAsia="sv-SE"/>
        </w:rPr>
        <w:t>……</w:t>
      </w:r>
      <w:r w:rsidR="008F7927">
        <w:rPr>
          <w:rFonts w:ascii="Arial" w:hAnsi="Arial" w:cs="Arial"/>
          <w:sz w:val="28"/>
          <w:szCs w:val="28"/>
          <w:lang w:val="sv-SE" w:eastAsia="sv-SE"/>
        </w:rPr>
        <w:t>.</w:t>
      </w:r>
      <w:proofErr w:type="gramEnd"/>
      <w:r w:rsidR="008F7927">
        <w:rPr>
          <w:rFonts w:ascii="Arial" w:hAnsi="Arial" w:cs="Arial"/>
          <w:sz w:val="28"/>
          <w:szCs w:val="28"/>
          <w:lang w:val="sv-SE" w:eastAsia="sv-SE"/>
        </w:rPr>
        <w:br/>
      </w:r>
      <w:r>
        <w:rPr>
          <w:rFonts w:ascii="Arial" w:eastAsiaTheme="majorEastAsia" w:hAnsi="Arial" w:cs="Arial"/>
          <w:sz w:val="28"/>
          <w:szCs w:val="28"/>
          <w:lang w:val="sv-SE" w:eastAsia="sv-SE"/>
        </w:rPr>
        <w:t>Guidad visning på Synskadades Museum i Stockholm……………………………………</w:t>
      </w:r>
      <w:proofErr w:type="gramStart"/>
      <w:r>
        <w:rPr>
          <w:rFonts w:ascii="Arial" w:eastAsiaTheme="majorEastAsia" w:hAnsi="Arial" w:cs="Arial"/>
          <w:sz w:val="28"/>
          <w:szCs w:val="28"/>
          <w:lang w:val="sv-SE" w:eastAsia="sv-SE"/>
        </w:rPr>
        <w:t>…….</w:t>
      </w:r>
      <w:proofErr w:type="gramEnd"/>
      <w:r w:rsidR="00AB2F7F" w:rsidRPr="006402DD">
        <w:rPr>
          <w:rFonts w:ascii="Arial" w:eastAsiaTheme="majorEastAsia" w:hAnsi="Arial" w:cs="Arial"/>
          <w:sz w:val="28"/>
          <w:szCs w:val="28"/>
          <w:lang w:val="sv-SE" w:eastAsia="sv-SE"/>
        </w:rPr>
        <w:t>………………………….</w:t>
      </w:r>
    </w:p>
    <w:p w14:paraId="776A879B" w14:textId="77777777" w:rsidR="00B12D85" w:rsidRPr="00B12D85" w:rsidRDefault="00B12D85" w:rsidP="00B12D85">
      <w:pPr>
        <w:rPr>
          <w:rFonts w:ascii="Arial" w:hAnsi="Arial" w:cs="Arial"/>
          <w:color w:val="000000" w:themeColor="text1"/>
          <w:sz w:val="28"/>
          <w:szCs w:val="28"/>
          <w:lang w:val="sv-SE"/>
        </w:rPr>
      </w:pPr>
      <w:r w:rsidRPr="00B12D85">
        <w:rPr>
          <w:rFonts w:ascii="Arial" w:hAnsi="Arial" w:cs="Arial"/>
          <w:b/>
          <w:color w:val="000000" w:themeColor="text1"/>
          <w:sz w:val="28"/>
          <w:szCs w:val="28"/>
          <w:lang w:val="sv-SE"/>
        </w:rPr>
        <w:t>Personuppgifter</w:t>
      </w:r>
      <w:r w:rsidRPr="00B12D85">
        <w:rPr>
          <w:rFonts w:ascii="Arial" w:hAnsi="Arial" w:cs="Arial"/>
          <w:color w:val="000000" w:themeColor="text1"/>
          <w:sz w:val="28"/>
          <w:szCs w:val="28"/>
          <w:lang w:val="sv-SE"/>
        </w:rPr>
        <w:t xml:space="preserve">: </w:t>
      </w:r>
    </w:p>
    <w:p w14:paraId="4CE13E9E" w14:textId="77777777" w:rsidR="00B12D85" w:rsidRPr="00B12D85" w:rsidRDefault="00B12D85" w:rsidP="00B14B58">
      <w:pPr>
        <w:spacing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Namn….......................................................................................................</w:t>
      </w:r>
    </w:p>
    <w:p w14:paraId="782C103B" w14:textId="77777777" w:rsidR="00B12D85" w:rsidRPr="00B12D85" w:rsidRDefault="00B12D85" w:rsidP="00B14B58">
      <w:pPr>
        <w:spacing w:line="240" w:lineRule="auto"/>
        <w:rPr>
          <w:rFonts w:ascii="Arial" w:hAnsi="Arial" w:cs="Arial"/>
          <w:color w:val="000000" w:themeColor="text1"/>
          <w:sz w:val="28"/>
          <w:szCs w:val="28"/>
          <w:lang w:val="sv-SE"/>
        </w:rPr>
      </w:pPr>
      <w:r w:rsidRPr="00B12D85">
        <w:rPr>
          <w:rFonts w:ascii="Arial" w:hAnsi="Arial" w:cs="Arial"/>
          <w:color w:val="000000" w:themeColor="text1"/>
          <w:spacing w:val="-2"/>
          <w:sz w:val="28"/>
          <w:szCs w:val="28"/>
          <w:lang w:val="sv-SE"/>
        </w:rPr>
        <w:t>Personnummer…...........................................................................................</w:t>
      </w:r>
    </w:p>
    <w:p w14:paraId="4D77A9A9" w14:textId="77777777" w:rsidR="00B12D85" w:rsidRPr="00B12D85" w:rsidRDefault="00B12D85" w:rsidP="00B14B58">
      <w:pPr>
        <w:spacing w:after="120" w:line="240" w:lineRule="auto"/>
        <w:rPr>
          <w:rFonts w:ascii="Arial" w:hAnsi="Arial" w:cs="Arial"/>
          <w:color w:val="000000" w:themeColor="text1"/>
          <w:sz w:val="28"/>
          <w:szCs w:val="28"/>
          <w:lang w:val="sv-SE"/>
        </w:rPr>
      </w:pPr>
      <w:r w:rsidRPr="00B12D85">
        <w:rPr>
          <w:rFonts w:ascii="Arial" w:hAnsi="Arial" w:cs="Arial"/>
          <w:color w:val="000000" w:themeColor="text1"/>
          <w:spacing w:val="-2"/>
          <w:sz w:val="28"/>
          <w:szCs w:val="28"/>
          <w:lang w:val="sv-SE"/>
        </w:rPr>
        <w:t>Adress............................................................................................................</w:t>
      </w:r>
    </w:p>
    <w:p w14:paraId="02B4868C" w14:textId="77777777" w:rsidR="00B12D85" w:rsidRPr="00B12D85" w:rsidRDefault="00B12D85" w:rsidP="00B14B58">
      <w:pPr>
        <w:spacing w:before="163" w:after="120" w:line="240" w:lineRule="auto"/>
        <w:rPr>
          <w:rFonts w:ascii="Arial" w:hAnsi="Arial" w:cs="Arial"/>
          <w:color w:val="000000" w:themeColor="text1"/>
          <w:sz w:val="28"/>
          <w:szCs w:val="28"/>
          <w:lang w:val="sv-SE"/>
        </w:rPr>
      </w:pPr>
      <w:r w:rsidRPr="00B12D85">
        <w:rPr>
          <w:rFonts w:ascii="Arial" w:hAnsi="Arial" w:cs="Arial"/>
          <w:color w:val="000000" w:themeColor="text1"/>
          <w:spacing w:val="-2"/>
          <w:sz w:val="28"/>
          <w:szCs w:val="28"/>
          <w:lang w:val="sv-SE"/>
        </w:rPr>
        <w:t>Telefon...........................................................................................................</w:t>
      </w:r>
    </w:p>
    <w:p w14:paraId="629A6DA4" w14:textId="77777777" w:rsidR="00B12D85" w:rsidRPr="00B12D85" w:rsidRDefault="00B12D85" w:rsidP="00B14B58">
      <w:pPr>
        <w:spacing w:before="160" w:after="120" w:line="240" w:lineRule="auto"/>
        <w:rPr>
          <w:rFonts w:ascii="Arial" w:hAnsi="Arial" w:cs="Arial"/>
          <w:color w:val="000000" w:themeColor="text1"/>
          <w:sz w:val="28"/>
          <w:szCs w:val="28"/>
          <w:lang w:val="sv-SE"/>
        </w:rPr>
      </w:pPr>
      <w:r w:rsidRPr="00B12D85">
        <w:rPr>
          <w:rFonts w:ascii="Arial" w:hAnsi="Arial" w:cs="Arial"/>
          <w:color w:val="000000" w:themeColor="text1"/>
          <w:spacing w:val="-2"/>
          <w:sz w:val="28"/>
          <w:szCs w:val="28"/>
          <w:lang w:val="sv-SE"/>
        </w:rPr>
        <w:t>Mejl.................................................................................................................</w:t>
      </w:r>
    </w:p>
    <w:p w14:paraId="596D230A" w14:textId="77777777" w:rsidR="00B12D85" w:rsidRPr="00B12D85" w:rsidRDefault="00B12D85" w:rsidP="00B14B58">
      <w:pPr>
        <w:spacing w:before="161" w:after="120"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Har</w:t>
      </w:r>
      <w:r w:rsidRPr="00B12D85">
        <w:rPr>
          <w:rFonts w:ascii="Arial" w:hAnsi="Arial" w:cs="Arial"/>
          <w:color w:val="000000" w:themeColor="text1"/>
          <w:spacing w:val="-5"/>
          <w:sz w:val="28"/>
          <w:szCs w:val="28"/>
          <w:lang w:val="sv-SE"/>
        </w:rPr>
        <w:t xml:space="preserve"> </w:t>
      </w:r>
      <w:r w:rsidRPr="00B12D85">
        <w:rPr>
          <w:rFonts w:ascii="Arial" w:hAnsi="Arial" w:cs="Arial"/>
          <w:color w:val="000000" w:themeColor="text1"/>
          <w:sz w:val="28"/>
          <w:szCs w:val="28"/>
          <w:lang w:val="sv-SE"/>
        </w:rPr>
        <w:t>du</w:t>
      </w:r>
      <w:r w:rsidRPr="00B12D85">
        <w:rPr>
          <w:rFonts w:ascii="Arial" w:hAnsi="Arial" w:cs="Arial"/>
          <w:color w:val="000000" w:themeColor="text1"/>
          <w:spacing w:val="-6"/>
          <w:sz w:val="28"/>
          <w:szCs w:val="28"/>
          <w:lang w:val="sv-SE"/>
        </w:rPr>
        <w:t xml:space="preserve"> </w:t>
      </w:r>
      <w:r w:rsidRPr="00B12D85">
        <w:rPr>
          <w:rFonts w:ascii="Arial" w:hAnsi="Arial" w:cs="Arial"/>
          <w:color w:val="000000" w:themeColor="text1"/>
          <w:sz w:val="28"/>
          <w:szCs w:val="28"/>
          <w:lang w:val="sv-SE"/>
        </w:rPr>
        <w:t>tidigare</w:t>
      </w:r>
      <w:r w:rsidRPr="00B12D85">
        <w:rPr>
          <w:rFonts w:ascii="Arial" w:hAnsi="Arial" w:cs="Arial"/>
          <w:color w:val="000000" w:themeColor="text1"/>
          <w:spacing w:val="-3"/>
          <w:sz w:val="28"/>
          <w:szCs w:val="28"/>
          <w:lang w:val="sv-SE"/>
        </w:rPr>
        <w:t xml:space="preserve"> </w:t>
      </w:r>
      <w:r w:rsidRPr="00B12D85">
        <w:rPr>
          <w:rFonts w:ascii="Arial" w:hAnsi="Arial" w:cs="Arial"/>
          <w:color w:val="000000" w:themeColor="text1"/>
          <w:sz w:val="28"/>
          <w:szCs w:val="28"/>
          <w:lang w:val="sv-SE"/>
        </w:rPr>
        <w:t>rest</w:t>
      </w:r>
      <w:r w:rsidRPr="00B12D85">
        <w:rPr>
          <w:rFonts w:ascii="Arial" w:hAnsi="Arial" w:cs="Arial"/>
          <w:color w:val="000000" w:themeColor="text1"/>
          <w:spacing w:val="-4"/>
          <w:sz w:val="28"/>
          <w:szCs w:val="28"/>
          <w:lang w:val="sv-SE"/>
        </w:rPr>
        <w:t xml:space="preserve"> </w:t>
      </w:r>
      <w:r w:rsidRPr="00B12D85">
        <w:rPr>
          <w:rFonts w:ascii="Arial" w:hAnsi="Arial" w:cs="Arial"/>
          <w:color w:val="000000" w:themeColor="text1"/>
          <w:sz w:val="28"/>
          <w:szCs w:val="28"/>
          <w:lang w:val="sv-SE"/>
        </w:rPr>
        <w:t>med</w:t>
      </w:r>
      <w:r w:rsidRPr="00B12D85">
        <w:rPr>
          <w:rFonts w:ascii="Arial" w:hAnsi="Arial" w:cs="Arial"/>
          <w:color w:val="000000" w:themeColor="text1"/>
          <w:spacing w:val="-3"/>
          <w:sz w:val="28"/>
          <w:szCs w:val="28"/>
          <w:lang w:val="sv-SE"/>
        </w:rPr>
        <w:t xml:space="preserve"> </w:t>
      </w:r>
      <w:r w:rsidRPr="00B12D85">
        <w:rPr>
          <w:rFonts w:ascii="Arial" w:hAnsi="Arial" w:cs="Arial"/>
          <w:color w:val="000000" w:themeColor="text1"/>
          <w:sz w:val="28"/>
          <w:szCs w:val="28"/>
          <w:lang w:val="sv-SE"/>
        </w:rPr>
        <w:t>SRF</w:t>
      </w:r>
      <w:r w:rsidRPr="00B12D85">
        <w:rPr>
          <w:rFonts w:ascii="Arial" w:hAnsi="Arial" w:cs="Arial"/>
          <w:color w:val="000000" w:themeColor="text1"/>
          <w:spacing w:val="-4"/>
          <w:sz w:val="28"/>
          <w:szCs w:val="28"/>
          <w:lang w:val="sv-SE"/>
        </w:rPr>
        <w:t xml:space="preserve"> </w:t>
      </w:r>
      <w:r w:rsidRPr="00B12D85">
        <w:rPr>
          <w:rFonts w:ascii="Arial" w:hAnsi="Arial" w:cs="Arial"/>
          <w:color w:val="000000" w:themeColor="text1"/>
          <w:sz w:val="28"/>
          <w:szCs w:val="28"/>
          <w:lang w:val="sv-SE"/>
        </w:rPr>
        <w:t>Go</w:t>
      </w:r>
      <w:r w:rsidRPr="00B12D85">
        <w:rPr>
          <w:rFonts w:ascii="Arial" w:hAnsi="Arial" w:cs="Arial"/>
          <w:color w:val="000000" w:themeColor="text1"/>
          <w:spacing w:val="-3"/>
          <w:sz w:val="28"/>
          <w:szCs w:val="28"/>
          <w:lang w:val="sv-SE"/>
        </w:rPr>
        <w:t xml:space="preserve"> </w:t>
      </w:r>
      <w:r w:rsidRPr="00B12D85">
        <w:rPr>
          <w:rFonts w:ascii="Arial" w:hAnsi="Arial" w:cs="Arial"/>
          <w:color w:val="000000" w:themeColor="text1"/>
          <w:sz w:val="28"/>
          <w:szCs w:val="28"/>
          <w:lang w:val="sv-SE"/>
        </w:rPr>
        <w:t>eller</w:t>
      </w:r>
      <w:r w:rsidRPr="00B12D85">
        <w:rPr>
          <w:rFonts w:ascii="Arial" w:hAnsi="Arial" w:cs="Arial"/>
          <w:color w:val="000000" w:themeColor="text1"/>
          <w:spacing w:val="-5"/>
          <w:sz w:val="28"/>
          <w:szCs w:val="28"/>
          <w:lang w:val="sv-SE"/>
        </w:rPr>
        <w:t xml:space="preserve"> </w:t>
      </w:r>
      <w:r w:rsidRPr="00B12D85">
        <w:rPr>
          <w:rFonts w:ascii="Arial" w:hAnsi="Arial" w:cs="Arial"/>
          <w:color w:val="000000" w:themeColor="text1"/>
          <w:sz w:val="28"/>
          <w:szCs w:val="28"/>
          <w:lang w:val="sv-SE"/>
        </w:rPr>
        <w:t>SRF</w:t>
      </w:r>
      <w:r w:rsidRPr="00B12D85">
        <w:rPr>
          <w:rFonts w:ascii="Arial" w:hAnsi="Arial" w:cs="Arial"/>
          <w:color w:val="000000" w:themeColor="text1"/>
          <w:spacing w:val="-4"/>
          <w:sz w:val="28"/>
          <w:szCs w:val="28"/>
          <w:lang w:val="sv-SE"/>
        </w:rPr>
        <w:t xml:space="preserve"> </w:t>
      </w:r>
      <w:r w:rsidRPr="00B12D85">
        <w:rPr>
          <w:rFonts w:ascii="Arial" w:hAnsi="Arial" w:cs="Arial"/>
          <w:color w:val="000000" w:themeColor="text1"/>
          <w:sz w:val="28"/>
          <w:szCs w:val="28"/>
          <w:lang w:val="sv-SE"/>
        </w:rPr>
        <w:t xml:space="preserve">Fritid? Om ja, när?..................................... </w:t>
      </w:r>
    </w:p>
    <w:p w14:paraId="4AE62E25" w14:textId="77777777" w:rsidR="00B12D85" w:rsidRPr="00B12D85" w:rsidRDefault="00B12D85" w:rsidP="00B14B58">
      <w:pPr>
        <w:spacing w:before="161" w:after="120"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Önskar</w:t>
      </w:r>
      <w:r w:rsidRPr="00B12D85">
        <w:rPr>
          <w:rFonts w:ascii="Arial" w:hAnsi="Arial" w:cs="Arial"/>
          <w:color w:val="000000" w:themeColor="text1"/>
          <w:spacing w:val="-5"/>
          <w:sz w:val="28"/>
          <w:szCs w:val="28"/>
          <w:lang w:val="sv-SE"/>
        </w:rPr>
        <w:t xml:space="preserve"> </w:t>
      </w:r>
      <w:r w:rsidRPr="00B12D85">
        <w:rPr>
          <w:rFonts w:ascii="Arial" w:hAnsi="Arial" w:cs="Arial"/>
          <w:color w:val="000000" w:themeColor="text1"/>
          <w:sz w:val="28"/>
          <w:szCs w:val="28"/>
          <w:lang w:val="sv-SE"/>
        </w:rPr>
        <w:t>du</w:t>
      </w:r>
      <w:r w:rsidRPr="00B12D85">
        <w:rPr>
          <w:rFonts w:ascii="Arial" w:hAnsi="Arial" w:cs="Arial"/>
          <w:color w:val="000000" w:themeColor="text1"/>
          <w:spacing w:val="-1"/>
          <w:sz w:val="28"/>
          <w:szCs w:val="28"/>
          <w:lang w:val="sv-SE"/>
        </w:rPr>
        <w:t xml:space="preserve"> </w:t>
      </w:r>
      <w:r w:rsidRPr="00B12D85">
        <w:rPr>
          <w:rFonts w:ascii="Arial" w:hAnsi="Arial" w:cs="Arial"/>
          <w:color w:val="000000" w:themeColor="text1"/>
          <w:spacing w:val="-2"/>
          <w:sz w:val="28"/>
          <w:szCs w:val="28"/>
          <w:lang w:val="sv-SE"/>
        </w:rPr>
        <w:t>enkelrum?........................</w:t>
      </w:r>
    </w:p>
    <w:p w14:paraId="7B85106A" w14:textId="77777777" w:rsidR="00B12D85" w:rsidRPr="00B12D85" w:rsidRDefault="00B12D85" w:rsidP="00B14B58">
      <w:pPr>
        <w:spacing w:after="120" w:line="240" w:lineRule="auto"/>
        <w:rPr>
          <w:rFonts w:ascii="Arial" w:hAnsi="Arial" w:cs="Arial"/>
          <w:color w:val="000000" w:themeColor="text1"/>
          <w:spacing w:val="-2"/>
          <w:sz w:val="28"/>
          <w:szCs w:val="28"/>
          <w:lang w:val="sv-SE"/>
        </w:rPr>
      </w:pPr>
      <w:r w:rsidRPr="00B12D85">
        <w:rPr>
          <w:rFonts w:ascii="Arial" w:hAnsi="Arial" w:cs="Arial"/>
          <w:color w:val="000000" w:themeColor="text1"/>
          <w:spacing w:val="-2"/>
          <w:sz w:val="28"/>
          <w:szCs w:val="28"/>
          <w:lang w:val="sv-SE"/>
        </w:rPr>
        <w:t>Synstatus (synsvag/gravt synskadad/blind) ………………………………….</w:t>
      </w:r>
    </w:p>
    <w:p w14:paraId="3AD39D95" w14:textId="77777777" w:rsidR="00B12D85" w:rsidRPr="00B12D85" w:rsidRDefault="00B12D85" w:rsidP="00B14B58">
      <w:pPr>
        <w:spacing w:after="120"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Har</w:t>
      </w:r>
      <w:r w:rsidRPr="00B12D85">
        <w:rPr>
          <w:rFonts w:ascii="Arial" w:hAnsi="Arial" w:cs="Arial"/>
          <w:color w:val="000000" w:themeColor="text1"/>
          <w:spacing w:val="-5"/>
          <w:sz w:val="28"/>
          <w:szCs w:val="28"/>
          <w:lang w:val="sv-SE"/>
        </w:rPr>
        <w:t xml:space="preserve"> </w:t>
      </w:r>
      <w:r w:rsidRPr="00B12D85">
        <w:rPr>
          <w:rFonts w:ascii="Arial" w:hAnsi="Arial" w:cs="Arial"/>
          <w:color w:val="000000" w:themeColor="text1"/>
          <w:sz w:val="28"/>
          <w:szCs w:val="28"/>
          <w:lang w:val="sv-SE"/>
        </w:rPr>
        <w:t>du</w:t>
      </w:r>
      <w:r w:rsidRPr="00B12D85">
        <w:rPr>
          <w:rFonts w:ascii="Arial" w:hAnsi="Arial" w:cs="Arial"/>
          <w:color w:val="000000" w:themeColor="text1"/>
          <w:spacing w:val="-4"/>
          <w:sz w:val="28"/>
          <w:szCs w:val="28"/>
          <w:lang w:val="sv-SE"/>
        </w:rPr>
        <w:t xml:space="preserve"> </w:t>
      </w:r>
      <w:r w:rsidRPr="00B12D85">
        <w:rPr>
          <w:rFonts w:ascii="Arial" w:hAnsi="Arial" w:cs="Arial"/>
          <w:color w:val="000000" w:themeColor="text1"/>
          <w:sz w:val="28"/>
          <w:szCs w:val="28"/>
          <w:lang w:val="sv-SE"/>
        </w:rPr>
        <w:t>svårt att</w:t>
      </w:r>
      <w:r w:rsidRPr="00B12D85">
        <w:rPr>
          <w:rFonts w:ascii="Arial" w:hAnsi="Arial" w:cs="Arial"/>
          <w:color w:val="000000" w:themeColor="text1"/>
          <w:spacing w:val="-2"/>
          <w:sz w:val="28"/>
          <w:szCs w:val="28"/>
          <w:lang w:val="sv-SE"/>
        </w:rPr>
        <w:t xml:space="preserve"> </w:t>
      </w:r>
      <w:proofErr w:type="gramStart"/>
      <w:r w:rsidRPr="00B12D85">
        <w:rPr>
          <w:rFonts w:ascii="Arial" w:hAnsi="Arial" w:cs="Arial"/>
          <w:color w:val="000000" w:themeColor="text1"/>
          <w:spacing w:val="-2"/>
          <w:sz w:val="28"/>
          <w:szCs w:val="28"/>
          <w:lang w:val="sv-SE"/>
        </w:rPr>
        <w:t>gå?...</w:t>
      </w:r>
      <w:proofErr w:type="gramEnd"/>
      <w:r w:rsidRPr="00B12D85">
        <w:rPr>
          <w:rFonts w:ascii="Arial" w:hAnsi="Arial" w:cs="Arial"/>
          <w:color w:val="000000" w:themeColor="text1"/>
          <w:spacing w:val="-2"/>
          <w:sz w:val="28"/>
          <w:szCs w:val="28"/>
          <w:lang w:val="sv-SE"/>
        </w:rPr>
        <w:t>……………………………………………</w:t>
      </w:r>
    </w:p>
    <w:p w14:paraId="63512655" w14:textId="77777777" w:rsidR="00B12D85" w:rsidRPr="00B12D85" w:rsidRDefault="00B12D85" w:rsidP="00B14B58">
      <w:pPr>
        <w:spacing w:after="120" w:line="240" w:lineRule="auto"/>
        <w:ind w:right="-142"/>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Har du en ytterligare funktionsnedsättning förutom synnedsättning? Om ja, </w:t>
      </w:r>
      <w:proofErr w:type="gramStart"/>
      <w:r w:rsidRPr="00B12D85">
        <w:rPr>
          <w:rFonts w:ascii="Arial" w:hAnsi="Arial" w:cs="Arial"/>
          <w:color w:val="000000" w:themeColor="text1"/>
          <w:sz w:val="28"/>
          <w:szCs w:val="28"/>
          <w:lang w:val="sv-SE"/>
        </w:rPr>
        <w:t>vilken?…</w:t>
      </w:r>
      <w:proofErr w:type="gramEnd"/>
      <w:r w:rsidRPr="00B12D85">
        <w:rPr>
          <w:rFonts w:ascii="Arial" w:hAnsi="Arial" w:cs="Arial"/>
          <w:color w:val="000000" w:themeColor="text1"/>
          <w:sz w:val="28"/>
          <w:szCs w:val="28"/>
          <w:lang w:val="sv-SE"/>
        </w:rPr>
        <w:t xml:space="preserve">…………………………………………………...………… </w:t>
      </w:r>
    </w:p>
    <w:p w14:paraId="3B38767A" w14:textId="77777777" w:rsidR="00B12D85" w:rsidRPr="00B12D85" w:rsidRDefault="00B12D85" w:rsidP="00B14B58">
      <w:pPr>
        <w:spacing w:after="120" w:line="240" w:lineRule="auto"/>
        <w:ind w:right="-142"/>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Hör du </w:t>
      </w:r>
      <w:proofErr w:type="gramStart"/>
      <w:r w:rsidRPr="00B12D85">
        <w:rPr>
          <w:rFonts w:ascii="Arial" w:hAnsi="Arial" w:cs="Arial"/>
          <w:color w:val="000000" w:themeColor="text1"/>
          <w:sz w:val="28"/>
          <w:szCs w:val="28"/>
          <w:lang w:val="sv-SE"/>
        </w:rPr>
        <w:t>dåligt?…</w:t>
      </w:r>
      <w:proofErr w:type="gramEnd"/>
      <w:r w:rsidRPr="00B12D85">
        <w:rPr>
          <w:rFonts w:ascii="Arial" w:hAnsi="Arial" w:cs="Arial"/>
          <w:color w:val="000000" w:themeColor="text1"/>
          <w:sz w:val="28"/>
          <w:szCs w:val="28"/>
          <w:lang w:val="sv-SE"/>
        </w:rPr>
        <w:t>……………………</w:t>
      </w:r>
      <w:r w:rsidRPr="00B12D85">
        <w:rPr>
          <w:rFonts w:ascii="Arial" w:hAnsi="Arial" w:cs="Arial"/>
          <w:color w:val="000000" w:themeColor="text1"/>
          <w:spacing w:val="-20"/>
          <w:sz w:val="28"/>
          <w:szCs w:val="28"/>
          <w:lang w:val="sv-SE"/>
        </w:rPr>
        <w:t xml:space="preserve"> </w:t>
      </w:r>
    </w:p>
    <w:p w14:paraId="0025F9DF" w14:textId="77777777" w:rsidR="00B12D85" w:rsidRPr="00B12D85" w:rsidRDefault="00B12D85" w:rsidP="00B14B58">
      <w:pPr>
        <w:spacing w:after="120" w:line="240" w:lineRule="auto"/>
        <w:ind w:right="-142"/>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Har du astma och/eller </w:t>
      </w:r>
      <w:proofErr w:type="gramStart"/>
      <w:r w:rsidRPr="00B12D85">
        <w:rPr>
          <w:rFonts w:ascii="Arial" w:hAnsi="Arial" w:cs="Arial"/>
          <w:color w:val="000000" w:themeColor="text1"/>
          <w:sz w:val="28"/>
          <w:szCs w:val="28"/>
          <w:lang w:val="sv-SE"/>
        </w:rPr>
        <w:t>allergi?…</w:t>
      </w:r>
      <w:proofErr w:type="gramEnd"/>
      <w:r w:rsidRPr="00B12D85">
        <w:rPr>
          <w:rFonts w:ascii="Arial" w:hAnsi="Arial" w:cs="Arial"/>
          <w:color w:val="000000" w:themeColor="text1"/>
          <w:sz w:val="28"/>
          <w:szCs w:val="28"/>
          <w:lang w:val="sv-SE"/>
        </w:rPr>
        <w:t>……………</w:t>
      </w:r>
      <w:proofErr w:type="gramStart"/>
      <w:r w:rsidRPr="00B12D85">
        <w:rPr>
          <w:rFonts w:ascii="Arial" w:hAnsi="Arial" w:cs="Arial"/>
          <w:color w:val="000000" w:themeColor="text1"/>
          <w:sz w:val="28"/>
          <w:szCs w:val="28"/>
          <w:lang w:val="sv-SE"/>
        </w:rPr>
        <w:t>...….</w:t>
      </w:r>
      <w:proofErr w:type="gramEnd"/>
      <w:r w:rsidRPr="00B12D85">
        <w:rPr>
          <w:rFonts w:ascii="Arial" w:hAnsi="Arial" w:cs="Arial"/>
          <w:color w:val="000000" w:themeColor="text1"/>
          <w:sz w:val="28"/>
          <w:szCs w:val="28"/>
          <w:lang w:val="sv-SE"/>
        </w:rPr>
        <w:t xml:space="preserve">.…… </w:t>
      </w:r>
    </w:p>
    <w:p w14:paraId="4BEF816E" w14:textId="77777777" w:rsidR="00B12D85" w:rsidRPr="00B12D85" w:rsidRDefault="00B12D85" w:rsidP="00B14B58">
      <w:pPr>
        <w:spacing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Eventuell medresenär</w:t>
      </w:r>
      <w:r w:rsidRPr="00B12D85">
        <w:rPr>
          <w:rFonts w:ascii="Arial" w:hAnsi="Arial" w:cs="Arial"/>
          <w:color w:val="000000" w:themeColor="text1"/>
          <w:spacing w:val="-9"/>
          <w:sz w:val="28"/>
          <w:szCs w:val="28"/>
          <w:lang w:val="sv-SE"/>
        </w:rPr>
        <w:t xml:space="preserve"> </w:t>
      </w:r>
      <w:r w:rsidRPr="00B12D85">
        <w:rPr>
          <w:rFonts w:ascii="Arial" w:hAnsi="Arial" w:cs="Arial"/>
          <w:color w:val="000000" w:themeColor="text1"/>
          <w:sz w:val="28"/>
          <w:szCs w:val="28"/>
          <w:lang w:val="sv-SE"/>
        </w:rPr>
        <w:t>(synskadad) och medresenärs personnummer</w:t>
      </w:r>
      <w:proofErr w:type="gramStart"/>
      <w:r w:rsidRPr="00B12D85">
        <w:rPr>
          <w:rFonts w:ascii="Arial" w:hAnsi="Arial" w:cs="Arial"/>
          <w:color w:val="000000" w:themeColor="text1"/>
          <w:spacing w:val="-9"/>
          <w:sz w:val="28"/>
          <w:szCs w:val="28"/>
          <w:lang w:val="sv-SE"/>
        </w:rPr>
        <w:t xml:space="preserve"> </w:t>
      </w:r>
      <w:r w:rsidRPr="00B12D85">
        <w:rPr>
          <w:rFonts w:ascii="Arial" w:hAnsi="Arial" w:cs="Arial"/>
          <w:color w:val="000000" w:themeColor="text1"/>
          <w:sz w:val="28"/>
          <w:szCs w:val="28"/>
          <w:lang w:val="sv-SE"/>
        </w:rPr>
        <w:t>.…</w:t>
      </w:r>
      <w:proofErr w:type="gramEnd"/>
      <w:r w:rsidRPr="00B12D85">
        <w:rPr>
          <w:rFonts w:ascii="Arial" w:hAnsi="Arial" w:cs="Arial"/>
          <w:color w:val="000000" w:themeColor="text1"/>
          <w:sz w:val="28"/>
          <w:szCs w:val="28"/>
          <w:lang w:val="sv-SE"/>
        </w:rPr>
        <w:t>………………………</w:t>
      </w:r>
    </w:p>
    <w:p w14:paraId="3E453340" w14:textId="77777777" w:rsidR="00B12D85" w:rsidRPr="00B12D85" w:rsidRDefault="00B12D85" w:rsidP="00B14B58">
      <w:pPr>
        <w:tabs>
          <w:tab w:val="left" w:pos="1634"/>
          <w:tab w:val="left" w:pos="3791"/>
          <w:tab w:val="left" w:pos="5954"/>
        </w:tabs>
        <w:spacing w:before="1" w:after="120" w:line="240" w:lineRule="auto"/>
        <w:ind w:right="2835" w:firstLine="3"/>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På vilket sätt önskar du få information från oss? </w:t>
      </w:r>
    </w:p>
    <w:p w14:paraId="7FCC01C0" w14:textId="77777777" w:rsidR="00B12D85" w:rsidRPr="00B12D85" w:rsidRDefault="00B12D85" w:rsidP="00B14B58">
      <w:pPr>
        <w:tabs>
          <w:tab w:val="left" w:pos="2410"/>
        </w:tabs>
        <w:spacing w:after="120" w:line="240" w:lineRule="auto"/>
        <w:rPr>
          <w:rFonts w:ascii="Arial" w:hAnsi="Arial" w:cs="Arial"/>
          <w:color w:val="000000" w:themeColor="text1"/>
          <w:spacing w:val="-2"/>
          <w:sz w:val="28"/>
          <w:szCs w:val="28"/>
          <w:lang w:val="sv-SE"/>
        </w:rPr>
      </w:pPr>
      <w:r w:rsidRPr="00B12D85">
        <w:rPr>
          <w:rFonts w:ascii="Arial" w:hAnsi="Arial" w:cs="Arial"/>
          <w:color w:val="000000" w:themeColor="text1"/>
          <w:spacing w:val="-2"/>
          <w:sz w:val="28"/>
          <w:szCs w:val="28"/>
          <w:lang w:val="sv-SE"/>
        </w:rPr>
        <w:t>Svartskrift……</w:t>
      </w:r>
      <w:r w:rsidRPr="00B12D85">
        <w:rPr>
          <w:rFonts w:ascii="Arial" w:hAnsi="Arial" w:cs="Arial"/>
          <w:color w:val="000000" w:themeColor="text1"/>
          <w:spacing w:val="-2"/>
          <w:sz w:val="28"/>
          <w:szCs w:val="28"/>
          <w:lang w:val="sv-SE"/>
        </w:rPr>
        <w:tab/>
        <w:t>Punktskrift…</w:t>
      </w:r>
      <w:proofErr w:type="gramStart"/>
      <w:r w:rsidRPr="00B12D85">
        <w:rPr>
          <w:rFonts w:ascii="Arial" w:hAnsi="Arial" w:cs="Arial"/>
          <w:color w:val="000000" w:themeColor="text1"/>
          <w:spacing w:val="-2"/>
          <w:sz w:val="28"/>
          <w:szCs w:val="28"/>
          <w:lang w:val="sv-SE"/>
        </w:rPr>
        <w:t>…….</w:t>
      </w:r>
      <w:proofErr w:type="gramEnd"/>
      <w:r w:rsidRPr="00B12D85">
        <w:rPr>
          <w:rFonts w:ascii="Arial" w:hAnsi="Arial" w:cs="Arial"/>
          <w:color w:val="000000" w:themeColor="text1"/>
          <w:spacing w:val="-2"/>
          <w:sz w:val="28"/>
          <w:szCs w:val="28"/>
          <w:lang w:val="sv-SE"/>
        </w:rPr>
        <w:t>.</w:t>
      </w:r>
      <w:r w:rsidRPr="00B12D85">
        <w:rPr>
          <w:rFonts w:ascii="Arial" w:hAnsi="Arial" w:cs="Arial"/>
          <w:color w:val="000000" w:themeColor="text1"/>
          <w:spacing w:val="-2"/>
          <w:sz w:val="28"/>
          <w:szCs w:val="28"/>
          <w:lang w:val="sv-SE"/>
        </w:rPr>
        <w:tab/>
        <w:t>Mejl……….        Daisy………....</w:t>
      </w:r>
    </w:p>
    <w:p w14:paraId="506C2B58" w14:textId="77777777" w:rsidR="00B12D85" w:rsidRPr="00B12D85" w:rsidRDefault="00B12D85" w:rsidP="00B14B58">
      <w:pPr>
        <w:spacing w:after="120" w:line="240" w:lineRule="auto"/>
        <w:ind w:right="-142"/>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Övrigt av </w:t>
      </w:r>
      <w:proofErr w:type="gramStart"/>
      <w:r w:rsidRPr="00B12D85">
        <w:rPr>
          <w:rFonts w:ascii="Arial" w:hAnsi="Arial" w:cs="Arial"/>
          <w:color w:val="000000" w:themeColor="text1"/>
          <w:sz w:val="28"/>
          <w:szCs w:val="28"/>
          <w:lang w:val="sv-SE"/>
        </w:rPr>
        <w:t>betydelse:…</w:t>
      </w:r>
      <w:proofErr w:type="gramEnd"/>
      <w:r w:rsidRPr="00B12D85">
        <w:rPr>
          <w:rFonts w:ascii="Arial" w:hAnsi="Arial" w:cs="Arial"/>
          <w:color w:val="000000" w:themeColor="text1"/>
          <w:sz w:val="28"/>
          <w:szCs w:val="28"/>
          <w:lang w:val="sv-SE"/>
        </w:rPr>
        <w:t>…………………………………………………………</w:t>
      </w:r>
    </w:p>
    <w:p w14:paraId="55DEC8A6" w14:textId="60C7ADE7" w:rsidR="00AA0E2F" w:rsidRPr="003E2C5F" w:rsidRDefault="00B12D85" w:rsidP="00B12D85">
      <w:pPr>
        <w:spacing w:before="249"/>
        <w:rPr>
          <w:rFonts w:ascii="Arial" w:hAnsi="Arial" w:cs="Arial"/>
          <w:b/>
          <w:color w:val="000000" w:themeColor="text1"/>
          <w:sz w:val="28"/>
          <w:szCs w:val="28"/>
          <w:lang w:val="sv-SE"/>
        </w:rPr>
        <w:sectPr w:rsidR="00AA0E2F" w:rsidRPr="003E2C5F" w:rsidSect="008F7927">
          <w:footerReference w:type="default" r:id="rId21"/>
          <w:pgSz w:w="11906" w:h="16838" w:code="9"/>
          <w:pgMar w:top="1418" w:right="1418" w:bottom="1418" w:left="1418" w:header="964" w:footer="567" w:gutter="0"/>
          <w:pgNumType w:start="0"/>
          <w:cols w:space="720"/>
          <w:titlePg/>
          <w:docGrid w:linePitch="299"/>
        </w:sectPr>
      </w:pPr>
      <w:r w:rsidRPr="00B12D85">
        <w:rPr>
          <w:rFonts w:ascii="Arial" w:hAnsi="Arial" w:cs="Arial"/>
          <w:b/>
          <w:color w:val="000000" w:themeColor="text1"/>
          <w:sz w:val="28"/>
          <w:szCs w:val="28"/>
          <w:lang w:val="sv-SE"/>
        </w:rPr>
        <w:t>Mejla</w:t>
      </w:r>
      <w:r w:rsidRPr="00B12D85">
        <w:rPr>
          <w:rFonts w:ascii="Arial" w:hAnsi="Arial" w:cs="Arial"/>
          <w:b/>
          <w:color w:val="000000" w:themeColor="text1"/>
          <w:spacing w:val="-11"/>
          <w:sz w:val="28"/>
          <w:szCs w:val="28"/>
          <w:lang w:val="sv-SE"/>
        </w:rPr>
        <w:t xml:space="preserve"> </w:t>
      </w:r>
      <w:r w:rsidRPr="00B12D85">
        <w:rPr>
          <w:rFonts w:ascii="Arial" w:hAnsi="Arial" w:cs="Arial"/>
          <w:b/>
          <w:color w:val="000000" w:themeColor="text1"/>
          <w:sz w:val="28"/>
          <w:szCs w:val="28"/>
          <w:lang w:val="sv-SE"/>
        </w:rPr>
        <w:t>ifylld</w:t>
      </w:r>
      <w:r w:rsidRPr="00B12D85">
        <w:rPr>
          <w:rFonts w:ascii="Arial" w:hAnsi="Arial" w:cs="Arial"/>
          <w:b/>
          <w:color w:val="000000" w:themeColor="text1"/>
          <w:spacing w:val="-10"/>
          <w:sz w:val="28"/>
          <w:szCs w:val="28"/>
          <w:lang w:val="sv-SE"/>
        </w:rPr>
        <w:t xml:space="preserve"> </w:t>
      </w:r>
      <w:r w:rsidRPr="00B12D85">
        <w:rPr>
          <w:rFonts w:ascii="Arial" w:hAnsi="Arial" w:cs="Arial"/>
          <w:b/>
          <w:color w:val="000000" w:themeColor="text1"/>
          <w:sz w:val="28"/>
          <w:szCs w:val="28"/>
          <w:lang w:val="sv-SE"/>
        </w:rPr>
        <w:t>blankett</w:t>
      </w:r>
      <w:r w:rsidRPr="00B12D85">
        <w:rPr>
          <w:rFonts w:ascii="Arial" w:hAnsi="Arial" w:cs="Arial"/>
          <w:b/>
          <w:color w:val="000000" w:themeColor="text1"/>
          <w:spacing w:val="-10"/>
          <w:sz w:val="28"/>
          <w:szCs w:val="28"/>
          <w:lang w:val="sv-SE"/>
        </w:rPr>
        <w:t xml:space="preserve"> </w:t>
      </w:r>
      <w:r w:rsidRPr="00B12D85">
        <w:rPr>
          <w:rFonts w:ascii="Arial" w:hAnsi="Arial" w:cs="Arial"/>
          <w:b/>
          <w:color w:val="000000" w:themeColor="text1"/>
          <w:sz w:val="28"/>
          <w:szCs w:val="28"/>
          <w:lang w:val="sv-SE"/>
        </w:rPr>
        <w:t xml:space="preserve">till </w:t>
      </w:r>
      <w:hyperlink r:id="rId22" w:history="1">
        <w:r w:rsidRPr="00B12D85">
          <w:rPr>
            <w:rFonts w:ascii="Arial" w:hAnsi="Arial" w:cs="Arial"/>
            <w:color w:val="000000" w:themeColor="text1"/>
            <w:sz w:val="28"/>
            <w:szCs w:val="28"/>
            <w:u w:val="single"/>
            <w:lang w:val="sv-SE"/>
          </w:rPr>
          <w:t>go@srf.nu</w:t>
        </w:r>
      </w:hyperlink>
      <w:r w:rsidRPr="00B12D85">
        <w:rPr>
          <w:rFonts w:ascii="Arial" w:hAnsi="Arial" w:cs="Arial"/>
          <w:b/>
          <w:color w:val="000000" w:themeColor="text1"/>
          <w:sz w:val="28"/>
          <w:szCs w:val="28"/>
          <w:lang w:val="sv-SE"/>
        </w:rPr>
        <w:t xml:space="preserve"> eller posta till SRF Go, Box 90277, 120 24 Stockholm</w:t>
      </w:r>
    </w:p>
    <w:p w14:paraId="5854541E" w14:textId="77777777" w:rsidR="00D906E4" w:rsidRPr="00D906E4" w:rsidRDefault="00D906E4" w:rsidP="00D906E4">
      <w:pPr>
        <w:rPr>
          <w:lang w:val="sv-SE"/>
        </w:rPr>
      </w:pPr>
    </w:p>
    <w:p w14:paraId="56D09710" w14:textId="4AD8416D" w:rsidR="00D906E4" w:rsidRPr="00597D7D" w:rsidRDefault="00D906E4" w:rsidP="00D278D1">
      <w:pPr>
        <w:rPr>
          <w:rFonts w:ascii="Arial" w:hAnsi="Arial" w:cs="Arial"/>
          <w:b/>
          <w:bCs/>
          <w:sz w:val="28"/>
          <w:szCs w:val="28"/>
          <w:lang w:val="sv-SE" w:eastAsia="sv-SE"/>
        </w:rPr>
      </w:pPr>
      <w:r w:rsidRPr="00597D7D">
        <w:rPr>
          <w:rFonts w:ascii="Arial" w:hAnsi="Arial" w:cs="Arial"/>
          <w:b/>
          <w:bCs/>
          <w:sz w:val="28"/>
          <w:szCs w:val="28"/>
          <w:lang w:val="sv-SE" w:eastAsia="sv-SE"/>
        </w:rPr>
        <w:t>Synskadades Riksförbund är landets företrädare för personer med synnedsättning.</w:t>
      </w:r>
    </w:p>
    <w:p w14:paraId="1B401496" w14:textId="77777777" w:rsidR="00D906E4" w:rsidRDefault="00D906E4" w:rsidP="00D906E4">
      <w:pPr>
        <w:pStyle w:val="faktatextbakF"/>
        <w:rPr>
          <w:rFonts w:ascii="Arial" w:hAnsi="Arial" w:cs="Arial"/>
          <w:sz w:val="28"/>
          <w:szCs w:val="28"/>
        </w:rPr>
      </w:pPr>
    </w:p>
    <w:p w14:paraId="736A686C" w14:textId="77777777" w:rsidR="00D278D1" w:rsidRDefault="00D906E4" w:rsidP="00D278D1">
      <w:pPr>
        <w:rPr>
          <w:rFonts w:ascii="Arial" w:hAnsi="Arial" w:cs="Arial"/>
          <w:sz w:val="28"/>
          <w:szCs w:val="28"/>
          <w:lang w:val="sv-SE" w:eastAsia="sv-SE"/>
        </w:rPr>
      </w:pPr>
      <w:r w:rsidRPr="00D278D1">
        <w:rPr>
          <w:rFonts w:ascii="Arial" w:hAnsi="Arial" w:cs="Arial"/>
          <w:sz w:val="28"/>
          <w:szCs w:val="28"/>
          <w:lang w:val="sv-SE" w:eastAsia="sv-SE"/>
        </w:rPr>
        <w:t xml:space="preserve">Synskadades Riksförbund </w:t>
      </w:r>
      <w:r w:rsidR="00D278D1">
        <w:rPr>
          <w:rFonts w:ascii="Arial" w:hAnsi="Arial" w:cs="Arial"/>
          <w:sz w:val="28"/>
          <w:szCs w:val="28"/>
          <w:lang w:val="sv-SE" w:eastAsia="sv-SE"/>
        </w:rPr>
        <w:br/>
      </w:r>
      <w:r w:rsidR="006A0347" w:rsidRPr="00D278D1">
        <w:rPr>
          <w:rFonts w:ascii="Arial" w:hAnsi="Arial" w:cs="Arial"/>
          <w:sz w:val="28"/>
          <w:szCs w:val="28"/>
          <w:lang w:val="sv-SE" w:eastAsia="sv-SE"/>
        </w:rPr>
        <w:t>Box 90277</w:t>
      </w:r>
      <w:r w:rsidR="00D278D1">
        <w:rPr>
          <w:rFonts w:ascii="Arial" w:hAnsi="Arial" w:cs="Arial"/>
          <w:sz w:val="28"/>
          <w:szCs w:val="28"/>
          <w:lang w:val="sv-SE" w:eastAsia="sv-SE"/>
        </w:rPr>
        <w:br/>
      </w:r>
      <w:r w:rsidR="006A0347" w:rsidRPr="00D278D1">
        <w:rPr>
          <w:rFonts w:ascii="Arial" w:hAnsi="Arial" w:cs="Arial"/>
          <w:sz w:val="28"/>
          <w:szCs w:val="28"/>
          <w:lang w:val="sv-SE" w:eastAsia="sv-SE"/>
        </w:rPr>
        <w:t>120 24 Stockholm</w:t>
      </w:r>
      <w:r w:rsidR="00D278D1">
        <w:rPr>
          <w:rFonts w:ascii="Arial" w:hAnsi="Arial" w:cs="Arial"/>
          <w:sz w:val="28"/>
          <w:szCs w:val="28"/>
          <w:lang w:val="sv-SE" w:eastAsia="sv-SE"/>
        </w:rPr>
        <w:br/>
      </w:r>
      <w:r w:rsidRPr="00D278D1">
        <w:rPr>
          <w:rFonts w:ascii="Arial" w:hAnsi="Arial" w:cs="Arial"/>
          <w:sz w:val="28"/>
          <w:szCs w:val="28"/>
          <w:lang w:val="sv-SE" w:eastAsia="sv-SE"/>
        </w:rPr>
        <w:t xml:space="preserve">08-39 90 00 </w:t>
      </w:r>
    </w:p>
    <w:p w14:paraId="502843DA" w14:textId="4B3F63AD" w:rsidR="00D906E4" w:rsidRPr="00D278D1" w:rsidRDefault="00D278D1" w:rsidP="00D278D1">
      <w:pPr>
        <w:rPr>
          <w:rFonts w:ascii="Arial" w:hAnsi="Arial" w:cs="Arial"/>
          <w:sz w:val="28"/>
          <w:szCs w:val="28"/>
          <w:lang w:val="sv-SE" w:eastAsia="sv-SE"/>
        </w:rPr>
      </w:pPr>
      <w:r w:rsidRPr="00D278D1">
        <w:rPr>
          <w:rFonts w:ascii="Arial" w:hAnsi="Arial" w:cs="Arial"/>
          <w:sz w:val="28"/>
          <w:szCs w:val="28"/>
          <w:lang w:val="sv-SE" w:eastAsia="sv-SE"/>
        </w:rPr>
        <w:t>info@srf.nu</w:t>
      </w:r>
      <w:r w:rsidR="00D906E4" w:rsidRPr="00D278D1">
        <w:rPr>
          <w:rFonts w:ascii="Arial" w:hAnsi="Arial" w:cs="Arial"/>
          <w:sz w:val="28"/>
          <w:szCs w:val="28"/>
          <w:lang w:val="sv-SE" w:eastAsia="sv-SE"/>
        </w:rPr>
        <w:t xml:space="preserve"> </w:t>
      </w:r>
      <w:r>
        <w:rPr>
          <w:rFonts w:ascii="Arial" w:hAnsi="Arial" w:cs="Arial"/>
          <w:sz w:val="28"/>
          <w:szCs w:val="28"/>
          <w:lang w:val="sv-SE" w:eastAsia="sv-SE"/>
        </w:rPr>
        <w:br/>
      </w:r>
      <w:hyperlink r:id="rId23" w:history="1">
        <w:r w:rsidR="00D906E4" w:rsidRPr="00D278D1">
          <w:rPr>
            <w:rFonts w:ascii="Arial" w:hAnsi="Arial" w:cs="Arial"/>
            <w:sz w:val="28"/>
            <w:szCs w:val="28"/>
            <w:lang w:val="sv-SE" w:eastAsia="sv-SE"/>
          </w:rPr>
          <w:t>srf.nu</w:t>
        </w:r>
      </w:hyperlink>
      <w:r>
        <w:rPr>
          <w:rFonts w:ascii="Arial" w:hAnsi="Arial" w:cs="Arial"/>
          <w:sz w:val="28"/>
          <w:szCs w:val="28"/>
          <w:lang w:val="sv-SE" w:eastAsia="sv-SE"/>
        </w:rPr>
        <w:t xml:space="preserve">  </w:t>
      </w:r>
    </w:p>
    <w:p w14:paraId="33BFD870" w14:textId="77777777" w:rsidR="00D906E4" w:rsidRPr="002F5AF6" w:rsidRDefault="00D906E4" w:rsidP="00D906E4">
      <w:pPr>
        <w:rPr>
          <w:lang w:val="sv-SE"/>
        </w:rPr>
      </w:pPr>
    </w:p>
    <w:p w14:paraId="476E1A30" w14:textId="08D2C545" w:rsidR="00D906E4" w:rsidRPr="00A26675" w:rsidRDefault="00A27C18" w:rsidP="00D278D1">
      <w:pPr>
        <w:rPr>
          <w:rFonts w:ascii="Arial" w:hAnsi="Arial" w:cs="Arial"/>
          <w:sz w:val="28"/>
          <w:szCs w:val="28"/>
          <w:lang w:val="sv-SE"/>
        </w:rPr>
      </w:pPr>
      <w:r w:rsidRPr="00D278D1">
        <w:rPr>
          <w:rFonts w:ascii="Arial" w:hAnsi="Arial" w:cs="Arial"/>
          <w:b/>
          <w:bCs/>
          <w:noProof/>
          <w:sz w:val="28"/>
          <w:szCs w:val="28"/>
          <w:lang w:val="sv-SE" w:eastAsia="sv-SE"/>
        </w:rPr>
        <w:drawing>
          <wp:anchor distT="0" distB="0" distL="114300" distR="114300" simplePos="0" relativeHeight="251670528" behindDoc="1" locked="0" layoutInCell="1" allowOverlap="1" wp14:anchorId="7128B962" wp14:editId="7005FDE2">
            <wp:simplePos x="0" y="0"/>
            <wp:positionH relativeFrom="column">
              <wp:posOffset>8890</wp:posOffset>
            </wp:positionH>
            <wp:positionV relativeFrom="paragraph">
              <wp:posOffset>763996</wp:posOffset>
            </wp:positionV>
            <wp:extent cx="690880" cy="665480"/>
            <wp:effectExtent l="0" t="0" r="0" b="1270"/>
            <wp:wrapTight wrapText="bothSides">
              <wp:wrapPolygon edited="0">
                <wp:start x="0" y="0"/>
                <wp:lineTo x="0" y="21023"/>
                <wp:lineTo x="20846" y="21023"/>
                <wp:lineTo x="20846" y="0"/>
                <wp:lineTo x="0" y="0"/>
              </wp:wrapPolygon>
            </wp:wrapTight>
            <wp:docPr id="131086707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67077" name="Bildobjekt 1310867077"/>
                    <pic:cNvPicPr/>
                  </pic:nvPicPr>
                  <pic:blipFill>
                    <a:blip r:embed="rId24"/>
                    <a:stretch>
                      <a:fillRect/>
                    </a:stretch>
                  </pic:blipFill>
                  <pic:spPr>
                    <a:xfrm>
                      <a:off x="0" y="0"/>
                      <a:ext cx="690880" cy="665480"/>
                    </a:xfrm>
                    <a:prstGeom prst="rect">
                      <a:avLst/>
                    </a:prstGeom>
                  </pic:spPr>
                </pic:pic>
              </a:graphicData>
            </a:graphic>
            <wp14:sizeRelH relativeFrom="margin">
              <wp14:pctWidth>0</wp14:pctWidth>
            </wp14:sizeRelH>
            <wp14:sizeRelV relativeFrom="margin">
              <wp14:pctHeight>0</wp14:pctHeight>
            </wp14:sizeRelV>
          </wp:anchor>
        </w:drawing>
      </w:r>
      <w:r w:rsidR="00034157" w:rsidRPr="00D278D1">
        <w:rPr>
          <w:rFonts w:ascii="Arial" w:hAnsi="Arial" w:cs="Arial"/>
          <w:b/>
          <w:bCs/>
          <w:sz w:val="28"/>
          <w:szCs w:val="28"/>
          <w:lang w:val="sv-SE" w:eastAsia="sv-SE"/>
        </w:rPr>
        <w:t>Uppskattar du resorna som SRF Go erbjuder?</w:t>
      </w:r>
      <w:r w:rsidR="00034157" w:rsidRPr="00D278D1">
        <w:rPr>
          <w:rFonts w:ascii="Arial" w:hAnsi="Arial" w:cs="Arial"/>
          <w:sz w:val="28"/>
          <w:szCs w:val="28"/>
          <w:lang w:val="sv-SE" w:eastAsia="sv-SE"/>
        </w:rPr>
        <w:br/>
      </w:r>
      <w:r w:rsidR="00D906E4" w:rsidRPr="00D278D1">
        <w:rPr>
          <w:rFonts w:ascii="Arial" w:hAnsi="Arial" w:cs="Arial"/>
          <w:sz w:val="28"/>
          <w:szCs w:val="28"/>
          <w:lang w:val="sv-SE" w:eastAsia="sv-SE"/>
        </w:rPr>
        <w:t>Stöd gärna vårt arbete</w:t>
      </w:r>
      <w:r w:rsidRPr="00D278D1">
        <w:rPr>
          <w:rFonts w:ascii="Arial" w:hAnsi="Arial" w:cs="Arial"/>
          <w:sz w:val="28"/>
          <w:szCs w:val="28"/>
          <w:lang w:val="sv-SE" w:eastAsia="sv-SE"/>
        </w:rPr>
        <w:t xml:space="preserve"> via Swish!</w:t>
      </w:r>
      <w:r w:rsidRPr="00D278D1">
        <w:rPr>
          <w:rFonts w:ascii="Arial" w:hAnsi="Arial" w:cs="Arial"/>
          <w:sz w:val="28"/>
          <w:szCs w:val="28"/>
          <w:lang w:val="sv-SE" w:eastAsia="sv-SE"/>
        </w:rPr>
        <w:br/>
        <w:t>Swishnummer</w:t>
      </w:r>
      <w:r w:rsidR="00034157" w:rsidRPr="00D278D1">
        <w:rPr>
          <w:rFonts w:ascii="Arial" w:hAnsi="Arial" w:cs="Arial"/>
          <w:sz w:val="28"/>
          <w:szCs w:val="28"/>
          <w:lang w:val="sv-SE" w:eastAsia="sv-SE"/>
        </w:rPr>
        <w:t xml:space="preserve"> 900 02 02 eller skanna koden:</w:t>
      </w:r>
      <w:r>
        <w:rPr>
          <w:rFonts w:ascii="Arial" w:hAnsi="Arial" w:cs="Arial"/>
          <w:sz w:val="28"/>
          <w:szCs w:val="28"/>
        </w:rPr>
        <w:br/>
      </w:r>
      <w:r>
        <w:rPr>
          <w:rFonts w:ascii="Arial" w:hAnsi="Arial" w:cs="Arial"/>
          <w:sz w:val="28"/>
          <w:szCs w:val="28"/>
        </w:rPr>
        <w:br/>
      </w:r>
    </w:p>
    <w:p w14:paraId="65EF860B" w14:textId="77777777" w:rsidR="00D906E4" w:rsidRDefault="00D906E4" w:rsidP="00D906E4">
      <w:pPr>
        <w:rPr>
          <w:color w:val="1F497D"/>
          <w:lang w:val="sv-SE"/>
        </w:rPr>
      </w:pPr>
    </w:p>
    <w:p w14:paraId="30F62F56" w14:textId="5DDDE988" w:rsidR="00D906E4" w:rsidRPr="00D906E4" w:rsidRDefault="00D906E4" w:rsidP="00D906E4">
      <w:pPr>
        <w:rPr>
          <w:color w:val="1F497D"/>
          <w:lang w:val="sv-SE"/>
        </w:rPr>
      </w:pPr>
    </w:p>
    <w:p w14:paraId="6F82B9D3" w14:textId="3E309E60" w:rsidR="00D906E4" w:rsidRDefault="00A27C18" w:rsidP="00D906E4">
      <w:r>
        <w:rPr>
          <w:noProof/>
        </w:rPr>
        <w:drawing>
          <wp:inline distT="0" distB="0" distL="0" distR="0" wp14:anchorId="16612D38" wp14:editId="2910838E">
            <wp:extent cx="1122739" cy="353060"/>
            <wp:effectExtent l="0" t="0" r="1270" b="8890"/>
            <wp:docPr id="1731777174" name="Bildobjekt 1731777174" descr="Svensk insamlingskontroll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_Konto_Logo_RGB_Box.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9655" cy="358379"/>
                    </a:xfrm>
                    <a:prstGeom prst="rect">
                      <a:avLst/>
                    </a:prstGeom>
                  </pic:spPr>
                </pic:pic>
              </a:graphicData>
            </a:graphic>
          </wp:inline>
        </w:drawing>
      </w:r>
      <w:r>
        <w:rPr>
          <w:noProof/>
        </w:rPr>
        <w:drawing>
          <wp:inline distT="0" distB="0" distL="0" distR="0" wp14:anchorId="6CA7C5AF" wp14:editId="092E770D">
            <wp:extent cx="670415" cy="358379"/>
            <wp:effectExtent l="0" t="0" r="0" b="381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26"/>
                    <a:stretch>
                      <a:fillRect/>
                    </a:stretch>
                  </pic:blipFill>
                  <pic:spPr>
                    <a:xfrm>
                      <a:off x="0" y="0"/>
                      <a:ext cx="670415" cy="358379"/>
                    </a:xfrm>
                    <a:prstGeom prst="rect">
                      <a:avLst/>
                    </a:prstGeom>
                  </pic:spPr>
                </pic:pic>
              </a:graphicData>
            </a:graphic>
          </wp:inline>
        </w:drawing>
      </w:r>
    </w:p>
    <w:p w14:paraId="687DF1E7" w14:textId="77777777" w:rsidR="00371715" w:rsidRDefault="00371715" w:rsidP="00D906E4"/>
    <w:p w14:paraId="216A1E29" w14:textId="77777777" w:rsidR="00D278D1" w:rsidRDefault="00D278D1" w:rsidP="00D906E4"/>
    <w:p w14:paraId="5E70F71B" w14:textId="77777777" w:rsidR="00D278D1" w:rsidRDefault="00D278D1" w:rsidP="00D906E4"/>
    <w:p w14:paraId="62DB8248" w14:textId="77777777" w:rsidR="00371715" w:rsidRDefault="00371715" w:rsidP="00D906E4"/>
    <w:p w14:paraId="5458E076" w14:textId="77777777" w:rsidR="00371715" w:rsidRDefault="00371715" w:rsidP="00D906E4"/>
    <w:p w14:paraId="1F959FBA" w14:textId="77777777" w:rsidR="00371715" w:rsidRDefault="00371715" w:rsidP="00D906E4"/>
    <w:p w14:paraId="6DC09998" w14:textId="73A2C37B" w:rsidR="00755EB3" w:rsidRPr="00843F59" w:rsidRDefault="00371715" w:rsidP="00ED2E8B">
      <w:pPr>
        <w:rPr>
          <w:rFonts w:ascii="Sofia Sans" w:hAnsi="Sofia Sans"/>
          <w:lang w:val="sv-SE"/>
        </w:rPr>
      </w:pPr>
      <w:r>
        <w:rPr>
          <w:noProof/>
        </w:rPr>
        <w:drawing>
          <wp:anchor distT="0" distB="0" distL="114300" distR="114300" simplePos="0" relativeHeight="251661312" behindDoc="1" locked="0" layoutInCell="1" allowOverlap="1" wp14:anchorId="198A247F" wp14:editId="35683CBB">
            <wp:simplePos x="0" y="0"/>
            <wp:positionH relativeFrom="margin">
              <wp:posOffset>0</wp:posOffset>
            </wp:positionH>
            <wp:positionV relativeFrom="paragraph">
              <wp:posOffset>728133</wp:posOffset>
            </wp:positionV>
            <wp:extent cx="3184525" cy="800100"/>
            <wp:effectExtent l="0" t="0" r="0" b="0"/>
            <wp:wrapTight wrapText="bothSides">
              <wp:wrapPolygon edited="0">
                <wp:start x="0" y="0"/>
                <wp:lineTo x="0" y="21086"/>
                <wp:lineTo x="21449" y="21086"/>
                <wp:lineTo x="21449" y="0"/>
                <wp:lineTo x="0" y="0"/>
              </wp:wrapPolygon>
            </wp:wrapTight>
            <wp:docPr id="2" name="Bildobjekt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452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99">
        <w:rPr>
          <w:color w:val="1F497D"/>
        </w:rPr>
        <w:fldChar w:fldCharType="begin"/>
      </w:r>
      <w:r w:rsidRPr="00F66599">
        <w:rPr>
          <w:color w:val="1F497D"/>
        </w:rPr>
        <w:instrText xml:space="preserve"> INCLUDEPICTURE  "cid:image001.png@01D5C6EB.E7415390" \* MERGEFORMATINET </w:instrText>
      </w:r>
      <w:r w:rsidRPr="00F66599">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sidR="001D2A00">
        <w:rPr>
          <w:color w:val="1F497D"/>
        </w:rPr>
        <w:fldChar w:fldCharType="begin"/>
      </w:r>
      <w:r w:rsidR="001D2A00">
        <w:rPr>
          <w:color w:val="1F497D"/>
        </w:rPr>
        <w:instrText xml:space="preserve"> </w:instrText>
      </w:r>
      <w:r w:rsidR="001D2A00">
        <w:rPr>
          <w:color w:val="1F497D"/>
        </w:rPr>
        <w:instrText>INCLUDEPICTURE  "cid:image001.png@01D5C6EB.E7415390" \* MERGEFORMATINET</w:instrText>
      </w:r>
      <w:r w:rsidR="001D2A00">
        <w:rPr>
          <w:color w:val="1F497D"/>
        </w:rPr>
        <w:instrText xml:space="preserve"> </w:instrText>
      </w:r>
      <w:r w:rsidR="001D2A00">
        <w:rPr>
          <w:color w:val="1F497D"/>
        </w:rPr>
        <w:fldChar w:fldCharType="separate"/>
      </w:r>
      <w:r w:rsidR="008F7927">
        <w:rPr>
          <w:color w:val="1F497D"/>
        </w:rPr>
        <w:pict w14:anchorId="23F32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RF_Go_logo_blå_med_tagline_mellan_webb" style="width:108pt;height:36pt">
            <v:imagedata r:id="rId28" r:href="rId29"/>
          </v:shape>
        </w:pict>
      </w:r>
      <w:r w:rsidR="001D2A00">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sidRPr="00F66599">
        <w:rPr>
          <w:color w:val="1F497D"/>
        </w:rPr>
        <w:fldChar w:fldCharType="end"/>
      </w:r>
    </w:p>
    <w:sectPr w:rsidR="00755EB3" w:rsidRPr="00843F59" w:rsidSect="00D906E4">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FFA43" w14:textId="77777777" w:rsidR="001D2A00" w:rsidRDefault="001D2A00" w:rsidP="00C535D9">
      <w:pPr>
        <w:spacing w:after="0" w:line="240" w:lineRule="auto"/>
      </w:pPr>
      <w:r>
        <w:separator/>
      </w:r>
    </w:p>
  </w:endnote>
  <w:endnote w:type="continuationSeparator" w:id="0">
    <w:p w14:paraId="45B770E4" w14:textId="77777777" w:rsidR="001D2A00" w:rsidRDefault="001D2A00" w:rsidP="00C53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Frutiger 55">
    <w:altName w:val="Calibri"/>
    <w:panose1 w:val="00000000000000000000"/>
    <w:charset w:val="00"/>
    <w:family w:val="swiss"/>
    <w:notTrueType/>
    <w:pitch w:val="variable"/>
    <w:sig w:usb0="00000003" w:usb1="00000000" w:usb2="00000000" w:usb3="00000000" w:csb0="00000001" w:csb1="00000000"/>
  </w:font>
  <w:font w:name="Sofia Sans">
    <w:altName w:val="Calibri"/>
    <w:charset w:val="00"/>
    <w:family w:val="auto"/>
    <w:pitch w:val="variable"/>
    <w:sig w:usb0="A00002EF" w:usb1="4000A4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5971419"/>
      <w:docPartObj>
        <w:docPartGallery w:val="Page Numbers (Bottom of Page)"/>
        <w:docPartUnique/>
      </w:docPartObj>
    </w:sdtPr>
    <w:sdtEndPr/>
    <w:sdtContent>
      <w:p w14:paraId="532F7585" w14:textId="4B6D0F38" w:rsidR="00C535D9" w:rsidRDefault="00C535D9">
        <w:pPr>
          <w:pStyle w:val="Sidfot"/>
        </w:pPr>
        <w:r>
          <w:rPr>
            <w:noProof/>
          </w:rPr>
          <mc:AlternateContent>
            <mc:Choice Requires="wps">
              <w:drawing>
                <wp:anchor distT="0" distB="0" distL="114300" distR="114300" simplePos="0" relativeHeight="251659264" behindDoc="0" locked="0" layoutInCell="1" allowOverlap="1" wp14:anchorId="3143D03D" wp14:editId="6FC07F79">
                  <wp:simplePos x="0" y="0"/>
                  <wp:positionH relativeFrom="page">
                    <wp:align>right</wp:align>
                  </wp:positionH>
                  <wp:positionV relativeFrom="page">
                    <wp:align>bottom</wp:align>
                  </wp:positionV>
                  <wp:extent cx="2125980" cy="2054860"/>
                  <wp:effectExtent l="7620" t="0" r="0" b="2540"/>
                  <wp:wrapNone/>
                  <wp:docPr id="480493696" name="Likbent tri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87B32" w14:textId="77777777" w:rsidR="00C535D9" w:rsidRDefault="00C535D9">
                              <w:pPr>
                                <w:jc w:val="center"/>
                                <w:rPr>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color w:val="FFFFFF" w:themeColor="background1"/>
                                  <w:sz w:val="72"/>
                                  <w:szCs w:val="72"/>
                                  <w:lang w:val="sv-SE"/>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3D03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bent triangel 1"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11987B32" w14:textId="77777777" w:rsidR="00C535D9" w:rsidRDefault="00C535D9">
                        <w:pPr>
                          <w:jc w:val="center"/>
                          <w:rPr>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color w:val="FFFFFF" w:themeColor="background1"/>
                            <w:sz w:val="72"/>
                            <w:szCs w:val="72"/>
                            <w:lang w:val="sv-SE"/>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5AD82" w14:textId="77777777" w:rsidR="001D2A00" w:rsidRDefault="001D2A00" w:rsidP="00C535D9">
      <w:pPr>
        <w:spacing w:after="0" w:line="240" w:lineRule="auto"/>
      </w:pPr>
      <w:r>
        <w:separator/>
      </w:r>
    </w:p>
  </w:footnote>
  <w:footnote w:type="continuationSeparator" w:id="0">
    <w:p w14:paraId="18D289DA" w14:textId="77777777" w:rsidR="001D2A00" w:rsidRDefault="001D2A00" w:rsidP="00C535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Numreradlist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Punktlista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Punktlista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Numreradlist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Punktlista"/>
      <w:lvlText w:val=""/>
      <w:lvlJc w:val="left"/>
      <w:pPr>
        <w:tabs>
          <w:tab w:val="num" w:pos="360"/>
        </w:tabs>
        <w:ind w:left="360" w:hanging="360"/>
      </w:pPr>
      <w:rPr>
        <w:rFonts w:ascii="Symbol" w:hAnsi="Symbol" w:hint="default"/>
      </w:rPr>
    </w:lvl>
  </w:abstractNum>
  <w:abstractNum w:abstractNumId="9" w15:restartNumberingAfterBreak="0">
    <w:nsid w:val="001553F9"/>
    <w:multiLevelType w:val="hybridMultilevel"/>
    <w:tmpl w:val="72129A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05F42423"/>
    <w:multiLevelType w:val="hybridMultilevel"/>
    <w:tmpl w:val="42EA91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9790A10"/>
    <w:multiLevelType w:val="multilevel"/>
    <w:tmpl w:val="BCAE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802C90"/>
    <w:multiLevelType w:val="multilevel"/>
    <w:tmpl w:val="92E8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7D32A1"/>
    <w:multiLevelType w:val="hybridMultilevel"/>
    <w:tmpl w:val="16B455D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30A2BA5"/>
    <w:multiLevelType w:val="multilevel"/>
    <w:tmpl w:val="39CE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BD5FF0"/>
    <w:multiLevelType w:val="multilevel"/>
    <w:tmpl w:val="75C6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B6410A"/>
    <w:multiLevelType w:val="multilevel"/>
    <w:tmpl w:val="CA00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485DA1"/>
    <w:multiLevelType w:val="hybridMultilevel"/>
    <w:tmpl w:val="7E7244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1BD56F25"/>
    <w:multiLevelType w:val="hybridMultilevel"/>
    <w:tmpl w:val="57B650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2524F13"/>
    <w:multiLevelType w:val="hybridMultilevel"/>
    <w:tmpl w:val="AE742A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36A63B8"/>
    <w:multiLevelType w:val="multilevel"/>
    <w:tmpl w:val="D1C6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927031"/>
    <w:multiLevelType w:val="multilevel"/>
    <w:tmpl w:val="9406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2C5B79"/>
    <w:multiLevelType w:val="hybridMultilevel"/>
    <w:tmpl w:val="00262BC2"/>
    <w:lvl w:ilvl="0" w:tplc="53D2098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2DC63580"/>
    <w:multiLevelType w:val="multilevel"/>
    <w:tmpl w:val="5FE2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AE750A"/>
    <w:multiLevelType w:val="hybridMultilevel"/>
    <w:tmpl w:val="BCFC96E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379A3D99"/>
    <w:multiLevelType w:val="hybridMultilevel"/>
    <w:tmpl w:val="B470DED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1AB065F"/>
    <w:multiLevelType w:val="hybridMultilevel"/>
    <w:tmpl w:val="1108E35C"/>
    <w:lvl w:ilvl="0" w:tplc="48D81B1E">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7" w15:restartNumberingAfterBreak="0">
    <w:nsid w:val="41DF569E"/>
    <w:multiLevelType w:val="hybridMultilevel"/>
    <w:tmpl w:val="FF0AB2A0"/>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24803FE"/>
    <w:multiLevelType w:val="hybridMultilevel"/>
    <w:tmpl w:val="B818F41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41F0C31"/>
    <w:multiLevelType w:val="hybridMultilevel"/>
    <w:tmpl w:val="ECBC8D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4AF397E"/>
    <w:multiLevelType w:val="hybridMultilevel"/>
    <w:tmpl w:val="8C12118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46AE3651"/>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DC7BAE"/>
    <w:multiLevelType w:val="hybridMultilevel"/>
    <w:tmpl w:val="451EF94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3" w15:restartNumberingAfterBreak="0">
    <w:nsid w:val="50382F5E"/>
    <w:multiLevelType w:val="multilevel"/>
    <w:tmpl w:val="E60E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95706B"/>
    <w:multiLevelType w:val="multilevel"/>
    <w:tmpl w:val="9DB6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5924C3"/>
    <w:multiLevelType w:val="hybridMultilevel"/>
    <w:tmpl w:val="251E41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568030B"/>
    <w:multiLevelType w:val="multilevel"/>
    <w:tmpl w:val="66AE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945F38"/>
    <w:multiLevelType w:val="hybridMultilevel"/>
    <w:tmpl w:val="445A7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7D15380"/>
    <w:multiLevelType w:val="hybridMultilevel"/>
    <w:tmpl w:val="5A4EFF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D5E45D6"/>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29361418">
    <w:abstractNumId w:val="8"/>
  </w:num>
  <w:num w:numId="2" w16cid:durableId="103579522">
    <w:abstractNumId w:val="6"/>
  </w:num>
  <w:num w:numId="3" w16cid:durableId="1336225836">
    <w:abstractNumId w:val="5"/>
  </w:num>
  <w:num w:numId="4" w16cid:durableId="1156532289">
    <w:abstractNumId w:val="4"/>
  </w:num>
  <w:num w:numId="5" w16cid:durableId="1502239819">
    <w:abstractNumId w:val="7"/>
  </w:num>
  <w:num w:numId="6" w16cid:durableId="2069644638">
    <w:abstractNumId w:val="3"/>
  </w:num>
  <w:num w:numId="7" w16cid:durableId="1867406442">
    <w:abstractNumId w:val="2"/>
  </w:num>
  <w:num w:numId="8" w16cid:durableId="1620575265">
    <w:abstractNumId w:val="1"/>
  </w:num>
  <w:num w:numId="9" w16cid:durableId="131481141">
    <w:abstractNumId w:val="0"/>
  </w:num>
  <w:num w:numId="10" w16cid:durableId="1177575107">
    <w:abstractNumId w:val="20"/>
  </w:num>
  <w:num w:numId="11" w16cid:durableId="1089346299">
    <w:abstractNumId w:val="23"/>
  </w:num>
  <w:num w:numId="12" w16cid:durableId="1576015476">
    <w:abstractNumId w:val="33"/>
  </w:num>
  <w:num w:numId="13" w16cid:durableId="721368898">
    <w:abstractNumId w:val="16"/>
  </w:num>
  <w:num w:numId="14" w16cid:durableId="266423784">
    <w:abstractNumId w:val="15"/>
  </w:num>
  <w:num w:numId="15" w16cid:durableId="2116754127">
    <w:abstractNumId w:val="12"/>
  </w:num>
  <w:num w:numId="16" w16cid:durableId="183785266">
    <w:abstractNumId w:val="21"/>
  </w:num>
  <w:num w:numId="17" w16cid:durableId="2117214713">
    <w:abstractNumId w:val="10"/>
  </w:num>
  <w:num w:numId="18" w16cid:durableId="1143959969">
    <w:abstractNumId w:val="37"/>
  </w:num>
  <w:num w:numId="19" w16cid:durableId="1354575308">
    <w:abstractNumId w:val="25"/>
  </w:num>
  <w:num w:numId="20" w16cid:durableId="1146701665">
    <w:abstractNumId w:val="13"/>
  </w:num>
  <w:num w:numId="21" w16cid:durableId="266276492">
    <w:abstractNumId w:val="30"/>
  </w:num>
  <w:num w:numId="22" w16cid:durableId="42214837">
    <w:abstractNumId w:val="28"/>
  </w:num>
  <w:num w:numId="23" w16cid:durableId="975378451">
    <w:abstractNumId w:val="32"/>
  </w:num>
  <w:num w:numId="24" w16cid:durableId="1356924079">
    <w:abstractNumId w:val="35"/>
  </w:num>
  <w:num w:numId="25" w16cid:durableId="1828859850">
    <w:abstractNumId w:val="14"/>
  </w:num>
  <w:num w:numId="26" w16cid:durableId="297610949">
    <w:abstractNumId w:val="31"/>
  </w:num>
  <w:num w:numId="27" w16cid:durableId="882714319">
    <w:abstractNumId w:val="39"/>
  </w:num>
  <w:num w:numId="28" w16cid:durableId="803699809">
    <w:abstractNumId w:val="38"/>
  </w:num>
  <w:num w:numId="29" w16cid:durableId="1158763301">
    <w:abstractNumId w:val="9"/>
  </w:num>
  <w:num w:numId="30" w16cid:durableId="772169587">
    <w:abstractNumId w:val="18"/>
  </w:num>
  <w:num w:numId="31" w16cid:durableId="485322176">
    <w:abstractNumId w:val="19"/>
  </w:num>
  <w:num w:numId="32" w16cid:durableId="545676863">
    <w:abstractNumId w:val="27"/>
  </w:num>
  <w:num w:numId="33" w16cid:durableId="762066762">
    <w:abstractNumId w:val="29"/>
  </w:num>
  <w:num w:numId="34" w16cid:durableId="1182011888">
    <w:abstractNumId w:val="24"/>
  </w:num>
  <w:num w:numId="35" w16cid:durableId="1502356145">
    <w:abstractNumId w:val="22"/>
  </w:num>
  <w:num w:numId="36" w16cid:durableId="1713919620">
    <w:abstractNumId w:val="17"/>
  </w:num>
  <w:num w:numId="37" w16cid:durableId="2087453497">
    <w:abstractNumId w:val="34"/>
  </w:num>
  <w:num w:numId="38" w16cid:durableId="1793672484">
    <w:abstractNumId w:val="36"/>
  </w:num>
  <w:num w:numId="39" w16cid:durableId="1201237358">
    <w:abstractNumId w:val="11"/>
  </w:num>
  <w:num w:numId="40" w16cid:durableId="11043068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988"/>
    <w:rsid w:val="00014DF7"/>
    <w:rsid w:val="00022F13"/>
    <w:rsid w:val="00024754"/>
    <w:rsid w:val="000329D5"/>
    <w:rsid w:val="0003334C"/>
    <w:rsid w:val="00034157"/>
    <w:rsid w:val="00034616"/>
    <w:rsid w:val="0004166E"/>
    <w:rsid w:val="00045721"/>
    <w:rsid w:val="0005326A"/>
    <w:rsid w:val="00056939"/>
    <w:rsid w:val="0006063C"/>
    <w:rsid w:val="00061AF8"/>
    <w:rsid w:val="00067976"/>
    <w:rsid w:val="00074647"/>
    <w:rsid w:val="00085E8A"/>
    <w:rsid w:val="000904D2"/>
    <w:rsid w:val="000905EF"/>
    <w:rsid w:val="000A092C"/>
    <w:rsid w:val="000A45E1"/>
    <w:rsid w:val="000A4DE4"/>
    <w:rsid w:val="000B1140"/>
    <w:rsid w:val="000B2B68"/>
    <w:rsid w:val="000B3C4F"/>
    <w:rsid w:val="000B4AE9"/>
    <w:rsid w:val="000B5CF6"/>
    <w:rsid w:val="000B5F6A"/>
    <w:rsid w:val="000B6748"/>
    <w:rsid w:val="000C452D"/>
    <w:rsid w:val="000C58DF"/>
    <w:rsid w:val="000C59A9"/>
    <w:rsid w:val="000D63E2"/>
    <w:rsid w:val="000E263C"/>
    <w:rsid w:val="000E26B8"/>
    <w:rsid w:val="000E2E60"/>
    <w:rsid w:val="000E44C4"/>
    <w:rsid w:val="000E4EE9"/>
    <w:rsid w:val="000E56A7"/>
    <w:rsid w:val="000E6973"/>
    <w:rsid w:val="000F4CA1"/>
    <w:rsid w:val="000F524D"/>
    <w:rsid w:val="0010122C"/>
    <w:rsid w:val="001028A4"/>
    <w:rsid w:val="00104933"/>
    <w:rsid w:val="00106C31"/>
    <w:rsid w:val="00113411"/>
    <w:rsid w:val="00120397"/>
    <w:rsid w:val="00124437"/>
    <w:rsid w:val="00132C57"/>
    <w:rsid w:val="00141D95"/>
    <w:rsid w:val="0014306A"/>
    <w:rsid w:val="001453EC"/>
    <w:rsid w:val="0015074B"/>
    <w:rsid w:val="00150ECD"/>
    <w:rsid w:val="00164BA3"/>
    <w:rsid w:val="00165742"/>
    <w:rsid w:val="00165D4E"/>
    <w:rsid w:val="001667C3"/>
    <w:rsid w:val="001729EB"/>
    <w:rsid w:val="001768D4"/>
    <w:rsid w:val="001769D7"/>
    <w:rsid w:val="00184F98"/>
    <w:rsid w:val="0019437F"/>
    <w:rsid w:val="00195D57"/>
    <w:rsid w:val="001A173E"/>
    <w:rsid w:val="001A2470"/>
    <w:rsid w:val="001B7F2C"/>
    <w:rsid w:val="001C46D6"/>
    <w:rsid w:val="001D2A00"/>
    <w:rsid w:val="001E4761"/>
    <w:rsid w:val="001E6548"/>
    <w:rsid w:val="0020412F"/>
    <w:rsid w:val="00205E69"/>
    <w:rsid w:val="00222A40"/>
    <w:rsid w:val="00225EF8"/>
    <w:rsid w:val="00226847"/>
    <w:rsid w:val="002324E5"/>
    <w:rsid w:val="002333C3"/>
    <w:rsid w:val="0024328B"/>
    <w:rsid w:val="00243F6B"/>
    <w:rsid w:val="00250E84"/>
    <w:rsid w:val="00251369"/>
    <w:rsid w:val="00253F9A"/>
    <w:rsid w:val="0026066E"/>
    <w:rsid w:val="00261942"/>
    <w:rsid w:val="00264048"/>
    <w:rsid w:val="00264A7C"/>
    <w:rsid w:val="002709D6"/>
    <w:rsid w:val="002728A2"/>
    <w:rsid w:val="0027385F"/>
    <w:rsid w:val="00275EE7"/>
    <w:rsid w:val="0028390A"/>
    <w:rsid w:val="0029639D"/>
    <w:rsid w:val="002A39A7"/>
    <w:rsid w:val="002A3B31"/>
    <w:rsid w:val="002A7D33"/>
    <w:rsid w:val="002A7DAA"/>
    <w:rsid w:val="002B3F74"/>
    <w:rsid w:val="002C0302"/>
    <w:rsid w:val="002C2360"/>
    <w:rsid w:val="002C30C4"/>
    <w:rsid w:val="002C3664"/>
    <w:rsid w:val="002D3911"/>
    <w:rsid w:val="002D539A"/>
    <w:rsid w:val="002E0179"/>
    <w:rsid w:val="002F5AF6"/>
    <w:rsid w:val="00304DAF"/>
    <w:rsid w:val="003051D5"/>
    <w:rsid w:val="0031082E"/>
    <w:rsid w:val="003108DC"/>
    <w:rsid w:val="00310D6F"/>
    <w:rsid w:val="00316920"/>
    <w:rsid w:val="0032025B"/>
    <w:rsid w:val="00326F90"/>
    <w:rsid w:val="0032711A"/>
    <w:rsid w:val="003276BB"/>
    <w:rsid w:val="00341468"/>
    <w:rsid w:val="00343DB0"/>
    <w:rsid w:val="00344710"/>
    <w:rsid w:val="0037064C"/>
    <w:rsid w:val="00371715"/>
    <w:rsid w:val="00373329"/>
    <w:rsid w:val="0037425E"/>
    <w:rsid w:val="00375219"/>
    <w:rsid w:val="003804BD"/>
    <w:rsid w:val="00382690"/>
    <w:rsid w:val="00383B90"/>
    <w:rsid w:val="00390AE2"/>
    <w:rsid w:val="00390BF6"/>
    <w:rsid w:val="003A384F"/>
    <w:rsid w:val="003A5D74"/>
    <w:rsid w:val="003B77DF"/>
    <w:rsid w:val="003D3D9E"/>
    <w:rsid w:val="003D513E"/>
    <w:rsid w:val="003D59F8"/>
    <w:rsid w:val="003D6287"/>
    <w:rsid w:val="003E187A"/>
    <w:rsid w:val="003E2C5F"/>
    <w:rsid w:val="003F5722"/>
    <w:rsid w:val="00412A93"/>
    <w:rsid w:val="00415B96"/>
    <w:rsid w:val="004361F1"/>
    <w:rsid w:val="00436FF0"/>
    <w:rsid w:val="00443FE3"/>
    <w:rsid w:val="0045123E"/>
    <w:rsid w:val="0045402D"/>
    <w:rsid w:val="0045534F"/>
    <w:rsid w:val="00455712"/>
    <w:rsid w:val="00457B87"/>
    <w:rsid w:val="0046202B"/>
    <w:rsid w:val="0046282C"/>
    <w:rsid w:val="004635FA"/>
    <w:rsid w:val="00463980"/>
    <w:rsid w:val="00465040"/>
    <w:rsid w:val="00465F6E"/>
    <w:rsid w:val="00467F8B"/>
    <w:rsid w:val="00481593"/>
    <w:rsid w:val="004836B8"/>
    <w:rsid w:val="004868A1"/>
    <w:rsid w:val="00490117"/>
    <w:rsid w:val="004906FC"/>
    <w:rsid w:val="00491F38"/>
    <w:rsid w:val="00494042"/>
    <w:rsid w:val="00497BC4"/>
    <w:rsid w:val="004A73D7"/>
    <w:rsid w:val="004C203E"/>
    <w:rsid w:val="004C32BB"/>
    <w:rsid w:val="004C3A7B"/>
    <w:rsid w:val="004D06BC"/>
    <w:rsid w:val="004D1570"/>
    <w:rsid w:val="004E0F02"/>
    <w:rsid w:val="004E66CE"/>
    <w:rsid w:val="004F33AE"/>
    <w:rsid w:val="004F42C6"/>
    <w:rsid w:val="004F7BE4"/>
    <w:rsid w:val="00504694"/>
    <w:rsid w:val="005071A7"/>
    <w:rsid w:val="00514669"/>
    <w:rsid w:val="00525E56"/>
    <w:rsid w:val="00530D35"/>
    <w:rsid w:val="00531562"/>
    <w:rsid w:val="0053353D"/>
    <w:rsid w:val="00543281"/>
    <w:rsid w:val="005512D1"/>
    <w:rsid w:val="005540F1"/>
    <w:rsid w:val="0056106A"/>
    <w:rsid w:val="00562B69"/>
    <w:rsid w:val="0056750F"/>
    <w:rsid w:val="00567C61"/>
    <w:rsid w:val="00574986"/>
    <w:rsid w:val="00574C57"/>
    <w:rsid w:val="005834F5"/>
    <w:rsid w:val="00584A9F"/>
    <w:rsid w:val="00584E56"/>
    <w:rsid w:val="0058619D"/>
    <w:rsid w:val="00593CED"/>
    <w:rsid w:val="00597343"/>
    <w:rsid w:val="00597D7D"/>
    <w:rsid w:val="005A6086"/>
    <w:rsid w:val="005B4E70"/>
    <w:rsid w:val="005B6AB1"/>
    <w:rsid w:val="005C1B40"/>
    <w:rsid w:val="005C3226"/>
    <w:rsid w:val="005E0D24"/>
    <w:rsid w:val="005E3549"/>
    <w:rsid w:val="005F3D5C"/>
    <w:rsid w:val="005F529E"/>
    <w:rsid w:val="00605BBC"/>
    <w:rsid w:val="0060669D"/>
    <w:rsid w:val="00613E50"/>
    <w:rsid w:val="00623FC7"/>
    <w:rsid w:val="00634B21"/>
    <w:rsid w:val="00635BF7"/>
    <w:rsid w:val="006402DD"/>
    <w:rsid w:val="0064106D"/>
    <w:rsid w:val="006456B9"/>
    <w:rsid w:val="0064585B"/>
    <w:rsid w:val="006473C1"/>
    <w:rsid w:val="00652A84"/>
    <w:rsid w:val="00654100"/>
    <w:rsid w:val="00657AC5"/>
    <w:rsid w:val="00662327"/>
    <w:rsid w:val="00663C65"/>
    <w:rsid w:val="00664818"/>
    <w:rsid w:val="00664FE4"/>
    <w:rsid w:val="006652B6"/>
    <w:rsid w:val="00671B18"/>
    <w:rsid w:val="00672E19"/>
    <w:rsid w:val="00683EF6"/>
    <w:rsid w:val="0069420A"/>
    <w:rsid w:val="00695130"/>
    <w:rsid w:val="006A0347"/>
    <w:rsid w:val="006A0A57"/>
    <w:rsid w:val="006A3CEB"/>
    <w:rsid w:val="006A7471"/>
    <w:rsid w:val="006B4427"/>
    <w:rsid w:val="006C236C"/>
    <w:rsid w:val="006C4C9A"/>
    <w:rsid w:val="006C71E8"/>
    <w:rsid w:val="006D21D7"/>
    <w:rsid w:val="006D2535"/>
    <w:rsid w:val="006D290B"/>
    <w:rsid w:val="006E457B"/>
    <w:rsid w:val="006F7C83"/>
    <w:rsid w:val="0070269C"/>
    <w:rsid w:val="00715694"/>
    <w:rsid w:val="00722B76"/>
    <w:rsid w:val="00725342"/>
    <w:rsid w:val="00725A10"/>
    <w:rsid w:val="00741083"/>
    <w:rsid w:val="00741DA1"/>
    <w:rsid w:val="00750198"/>
    <w:rsid w:val="007542D0"/>
    <w:rsid w:val="00755EB3"/>
    <w:rsid w:val="007644DA"/>
    <w:rsid w:val="0078234C"/>
    <w:rsid w:val="00786D68"/>
    <w:rsid w:val="007966A1"/>
    <w:rsid w:val="0079749E"/>
    <w:rsid w:val="00797E1C"/>
    <w:rsid w:val="007A6DAB"/>
    <w:rsid w:val="007B2588"/>
    <w:rsid w:val="007B7B20"/>
    <w:rsid w:val="007C31FA"/>
    <w:rsid w:val="007C4432"/>
    <w:rsid w:val="007E2204"/>
    <w:rsid w:val="007E4A9A"/>
    <w:rsid w:val="007E67D9"/>
    <w:rsid w:val="007F2E63"/>
    <w:rsid w:val="00802E27"/>
    <w:rsid w:val="0080457E"/>
    <w:rsid w:val="00810EC2"/>
    <w:rsid w:val="00824EEF"/>
    <w:rsid w:val="008323E4"/>
    <w:rsid w:val="00835EE6"/>
    <w:rsid w:val="00837B80"/>
    <w:rsid w:val="00841BA9"/>
    <w:rsid w:val="00843F59"/>
    <w:rsid w:val="00862E37"/>
    <w:rsid w:val="00864CC1"/>
    <w:rsid w:val="00867E4F"/>
    <w:rsid w:val="00867EE5"/>
    <w:rsid w:val="00870651"/>
    <w:rsid w:val="008774F7"/>
    <w:rsid w:val="00882005"/>
    <w:rsid w:val="0088379B"/>
    <w:rsid w:val="00883816"/>
    <w:rsid w:val="008A0566"/>
    <w:rsid w:val="008A6538"/>
    <w:rsid w:val="008A7FAF"/>
    <w:rsid w:val="008B419E"/>
    <w:rsid w:val="008B708A"/>
    <w:rsid w:val="008B7832"/>
    <w:rsid w:val="008D2C82"/>
    <w:rsid w:val="008D4D1E"/>
    <w:rsid w:val="008E1635"/>
    <w:rsid w:val="008F09A7"/>
    <w:rsid w:val="008F4F14"/>
    <w:rsid w:val="008F7927"/>
    <w:rsid w:val="00901AB5"/>
    <w:rsid w:val="009021F7"/>
    <w:rsid w:val="00910D95"/>
    <w:rsid w:val="009120DD"/>
    <w:rsid w:val="00912705"/>
    <w:rsid w:val="00912D46"/>
    <w:rsid w:val="00915499"/>
    <w:rsid w:val="00925E13"/>
    <w:rsid w:val="0093109B"/>
    <w:rsid w:val="00935DDB"/>
    <w:rsid w:val="00944A81"/>
    <w:rsid w:val="00951C93"/>
    <w:rsid w:val="0096336E"/>
    <w:rsid w:val="0096385F"/>
    <w:rsid w:val="00974017"/>
    <w:rsid w:val="009744B0"/>
    <w:rsid w:val="00975C83"/>
    <w:rsid w:val="009A0D23"/>
    <w:rsid w:val="009A2465"/>
    <w:rsid w:val="009A7C97"/>
    <w:rsid w:val="009B0339"/>
    <w:rsid w:val="009B45A9"/>
    <w:rsid w:val="009B4D1C"/>
    <w:rsid w:val="009B6017"/>
    <w:rsid w:val="009C15A4"/>
    <w:rsid w:val="009C5FEE"/>
    <w:rsid w:val="009D13E5"/>
    <w:rsid w:val="009D3949"/>
    <w:rsid w:val="009E0892"/>
    <w:rsid w:val="00A01C96"/>
    <w:rsid w:val="00A07BED"/>
    <w:rsid w:val="00A13676"/>
    <w:rsid w:val="00A26675"/>
    <w:rsid w:val="00A27C18"/>
    <w:rsid w:val="00A30D6A"/>
    <w:rsid w:val="00A333DB"/>
    <w:rsid w:val="00A36F55"/>
    <w:rsid w:val="00A40942"/>
    <w:rsid w:val="00A458B6"/>
    <w:rsid w:val="00A45A9C"/>
    <w:rsid w:val="00A47585"/>
    <w:rsid w:val="00A735D9"/>
    <w:rsid w:val="00A765E7"/>
    <w:rsid w:val="00A81426"/>
    <w:rsid w:val="00A8186F"/>
    <w:rsid w:val="00A864BF"/>
    <w:rsid w:val="00A9345E"/>
    <w:rsid w:val="00A9798C"/>
    <w:rsid w:val="00AA0B5B"/>
    <w:rsid w:val="00AA0E2F"/>
    <w:rsid w:val="00AA1D8D"/>
    <w:rsid w:val="00AA548A"/>
    <w:rsid w:val="00AB1AFA"/>
    <w:rsid w:val="00AB2F7F"/>
    <w:rsid w:val="00AC14AB"/>
    <w:rsid w:val="00AC2973"/>
    <w:rsid w:val="00AC43C3"/>
    <w:rsid w:val="00AD2A36"/>
    <w:rsid w:val="00AD6224"/>
    <w:rsid w:val="00AE02CE"/>
    <w:rsid w:val="00AE0E60"/>
    <w:rsid w:val="00AE2236"/>
    <w:rsid w:val="00AE3459"/>
    <w:rsid w:val="00AE3CBB"/>
    <w:rsid w:val="00AF5732"/>
    <w:rsid w:val="00AF592B"/>
    <w:rsid w:val="00B01A51"/>
    <w:rsid w:val="00B05057"/>
    <w:rsid w:val="00B05E02"/>
    <w:rsid w:val="00B12D85"/>
    <w:rsid w:val="00B13195"/>
    <w:rsid w:val="00B14B58"/>
    <w:rsid w:val="00B160CF"/>
    <w:rsid w:val="00B23170"/>
    <w:rsid w:val="00B25A11"/>
    <w:rsid w:val="00B27D8B"/>
    <w:rsid w:val="00B428C2"/>
    <w:rsid w:val="00B43A97"/>
    <w:rsid w:val="00B47730"/>
    <w:rsid w:val="00B53A2B"/>
    <w:rsid w:val="00B562F0"/>
    <w:rsid w:val="00B63E63"/>
    <w:rsid w:val="00B74720"/>
    <w:rsid w:val="00B8326B"/>
    <w:rsid w:val="00B83886"/>
    <w:rsid w:val="00B84F3F"/>
    <w:rsid w:val="00B854B6"/>
    <w:rsid w:val="00B86FA6"/>
    <w:rsid w:val="00B91B5A"/>
    <w:rsid w:val="00B93DF2"/>
    <w:rsid w:val="00BB1FA2"/>
    <w:rsid w:val="00BC0CC8"/>
    <w:rsid w:val="00BC1BFC"/>
    <w:rsid w:val="00BC21C7"/>
    <w:rsid w:val="00BC7DD6"/>
    <w:rsid w:val="00BD0A88"/>
    <w:rsid w:val="00BE3676"/>
    <w:rsid w:val="00BE49CC"/>
    <w:rsid w:val="00BE4D17"/>
    <w:rsid w:val="00BF3B3A"/>
    <w:rsid w:val="00BF6539"/>
    <w:rsid w:val="00BF6A74"/>
    <w:rsid w:val="00C10CDE"/>
    <w:rsid w:val="00C20C99"/>
    <w:rsid w:val="00C279B0"/>
    <w:rsid w:val="00C3052D"/>
    <w:rsid w:val="00C337A1"/>
    <w:rsid w:val="00C44D06"/>
    <w:rsid w:val="00C535D9"/>
    <w:rsid w:val="00C56EC0"/>
    <w:rsid w:val="00C61B4D"/>
    <w:rsid w:val="00C65A32"/>
    <w:rsid w:val="00C70451"/>
    <w:rsid w:val="00C715BD"/>
    <w:rsid w:val="00C72BD8"/>
    <w:rsid w:val="00C73644"/>
    <w:rsid w:val="00C7629C"/>
    <w:rsid w:val="00C879FC"/>
    <w:rsid w:val="00C87A1C"/>
    <w:rsid w:val="00C96D8E"/>
    <w:rsid w:val="00C97E16"/>
    <w:rsid w:val="00CB0664"/>
    <w:rsid w:val="00CC1DA3"/>
    <w:rsid w:val="00CC2F2C"/>
    <w:rsid w:val="00CD3384"/>
    <w:rsid w:val="00CF103B"/>
    <w:rsid w:val="00CF32B1"/>
    <w:rsid w:val="00CF4919"/>
    <w:rsid w:val="00D03BEB"/>
    <w:rsid w:val="00D11FBA"/>
    <w:rsid w:val="00D12DA7"/>
    <w:rsid w:val="00D14BC1"/>
    <w:rsid w:val="00D15F40"/>
    <w:rsid w:val="00D20CF1"/>
    <w:rsid w:val="00D20F39"/>
    <w:rsid w:val="00D22370"/>
    <w:rsid w:val="00D251D5"/>
    <w:rsid w:val="00D26CEF"/>
    <w:rsid w:val="00D278D1"/>
    <w:rsid w:val="00D3122B"/>
    <w:rsid w:val="00D41E93"/>
    <w:rsid w:val="00D440EE"/>
    <w:rsid w:val="00D567CD"/>
    <w:rsid w:val="00D650F6"/>
    <w:rsid w:val="00D73B8F"/>
    <w:rsid w:val="00D80BAE"/>
    <w:rsid w:val="00D83297"/>
    <w:rsid w:val="00D83E6C"/>
    <w:rsid w:val="00D85B60"/>
    <w:rsid w:val="00D906E4"/>
    <w:rsid w:val="00D927F1"/>
    <w:rsid w:val="00D935EE"/>
    <w:rsid w:val="00D95849"/>
    <w:rsid w:val="00D96DEA"/>
    <w:rsid w:val="00D971E6"/>
    <w:rsid w:val="00DA6C86"/>
    <w:rsid w:val="00DB5298"/>
    <w:rsid w:val="00DB7AB6"/>
    <w:rsid w:val="00DC20B4"/>
    <w:rsid w:val="00DD2C09"/>
    <w:rsid w:val="00DD4DD3"/>
    <w:rsid w:val="00DE2B88"/>
    <w:rsid w:val="00DE40FD"/>
    <w:rsid w:val="00DE5747"/>
    <w:rsid w:val="00DF01F8"/>
    <w:rsid w:val="00DF25B5"/>
    <w:rsid w:val="00DF5399"/>
    <w:rsid w:val="00E027D8"/>
    <w:rsid w:val="00E04288"/>
    <w:rsid w:val="00E05AEF"/>
    <w:rsid w:val="00E07D7F"/>
    <w:rsid w:val="00E13A32"/>
    <w:rsid w:val="00E171D5"/>
    <w:rsid w:val="00E26777"/>
    <w:rsid w:val="00E27694"/>
    <w:rsid w:val="00E301F9"/>
    <w:rsid w:val="00E41A15"/>
    <w:rsid w:val="00E4449B"/>
    <w:rsid w:val="00E5041A"/>
    <w:rsid w:val="00E50AC3"/>
    <w:rsid w:val="00E55861"/>
    <w:rsid w:val="00E646B8"/>
    <w:rsid w:val="00E64ED4"/>
    <w:rsid w:val="00E706F3"/>
    <w:rsid w:val="00E70C58"/>
    <w:rsid w:val="00E9313B"/>
    <w:rsid w:val="00E95472"/>
    <w:rsid w:val="00E9768A"/>
    <w:rsid w:val="00EA0DCF"/>
    <w:rsid w:val="00EA2917"/>
    <w:rsid w:val="00EA3A3A"/>
    <w:rsid w:val="00EA669D"/>
    <w:rsid w:val="00EB391F"/>
    <w:rsid w:val="00EB4E1F"/>
    <w:rsid w:val="00EB55B8"/>
    <w:rsid w:val="00EB7089"/>
    <w:rsid w:val="00EC0BEA"/>
    <w:rsid w:val="00EC6866"/>
    <w:rsid w:val="00EC753F"/>
    <w:rsid w:val="00ED285D"/>
    <w:rsid w:val="00ED2E8B"/>
    <w:rsid w:val="00ED612F"/>
    <w:rsid w:val="00ED7FD1"/>
    <w:rsid w:val="00EE3F34"/>
    <w:rsid w:val="00EE7AE0"/>
    <w:rsid w:val="00EF43FB"/>
    <w:rsid w:val="00F035B6"/>
    <w:rsid w:val="00F03714"/>
    <w:rsid w:val="00F07F8A"/>
    <w:rsid w:val="00F10B42"/>
    <w:rsid w:val="00F15DCD"/>
    <w:rsid w:val="00F172DB"/>
    <w:rsid w:val="00F40B6F"/>
    <w:rsid w:val="00F41147"/>
    <w:rsid w:val="00F43E31"/>
    <w:rsid w:val="00F45AA2"/>
    <w:rsid w:val="00F46C07"/>
    <w:rsid w:val="00F47497"/>
    <w:rsid w:val="00F503D5"/>
    <w:rsid w:val="00F51854"/>
    <w:rsid w:val="00F54CF2"/>
    <w:rsid w:val="00F63D81"/>
    <w:rsid w:val="00F66ABD"/>
    <w:rsid w:val="00F705F6"/>
    <w:rsid w:val="00F82B93"/>
    <w:rsid w:val="00F84A58"/>
    <w:rsid w:val="00F91BBA"/>
    <w:rsid w:val="00F9217C"/>
    <w:rsid w:val="00F929C1"/>
    <w:rsid w:val="00F941C6"/>
    <w:rsid w:val="00F979D3"/>
    <w:rsid w:val="00FA0517"/>
    <w:rsid w:val="00FA5674"/>
    <w:rsid w:val="00FC5BE5"/>
    <w:rsid w:val="00FC693F"/>
    <w:rsid w:val="00FC6CBD"/>
    <w:rsid w:val="00FC6F57"/>
    <w:rsid w:val="00FD07A7"/>
    <w:rsid w:val="00FD09A7"/>
    <w:rsid w:val="00FD1C6F"/>
    <w:rsid w:val="00FD654F"/>
    <w:rsid w:val="00FE4252"/>
    <w:rsid w:val="00FE5C0C"/>
    <w:rsid w:val="00FE6828"/>
    <w:rsid w:val="00FF69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12DCDD"/>
  <w14:defaultImageDpi w14:val="300"/>
  <w15:docId w15:val="{1B88A178-FB63-48F3-AA21-0935A8E0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Rubrik1">
    <w:name w:val="heading 1"/>
    <w:basedOn w:val="Normal"/>
    <w:next w:val="Normal"/>
    <w:link w:val="Rubrik1Char"/>
    <w:uiPriority w:val="9"/>
    <w:qFormat/>
    <w:rsid w:val="0058619D"/>
    <w:pPr>
      <w:keepNext/>
      <w:keepLines/>
      <w:spacing w:before="480" w:after="0"/>
      <w:outlineLvl w:val="0"/>
    </w:pPr>
    <w:rPr>
      <w:rFonts w:ascii="Arial" w:eastAsiaTheme="majorEastAsia" w:hAnsi="Arial" w:cstheme="majorBidi"/>
      <w:b/>
      <w:bCs/>
      <w:color w:val="365F91" w:themeColor="accent1" w:themeShade="BF"/>
      <w:sz w:val="36"/>
      <w:szCs w:val="28"/>
    </w:rPr>
  </w:style>
  <w:style w:type="paragraph" w:styleId="Rubrik2">
    <w:name w:val="heading 2"/>
    <w:basedOn w:val="Normal"/>
    <w:next w:val="Normal"/>
    <w:link w:val="Rubrik2Char"/>
    <w:uiPriority w:val="9"/>
    <w:unhideWhenUsed/>
    <w:qFormat/>
    <w:rsid w:val="0058619D"/>
    <w:pPr>
      <w:keepNext/>
      <w:keepLines/>
      <w:spacing w:before="200" w:after="0"/>
      <w:outlineLvl w:val="1"/>
    </w:pPr>
    <w:rPr>
      <w:rFonts w:ascii="Arial" w:eastAsiaTheme="majorEastAsia" w:hAnsi="Arial" w:cstheme="majorBidi"/>
      <w:b/>
      <w:bCs/>
      <w:color w:val="365F91"/>
      <w:sz w:val="32"/>
      <w:szCs w:val="26"/>
    </w:rPr>
  </w:style>
  <w:style w:type="paragraph" w:styleId="Rubrik3">
    <w:name w:val="heading 3"/>
    <w:basedOn w:val="Normal"/>
    <w:next w:val="Normal"/>
    <w:link w:val="Rubri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Rubrik9">
    <w:name w:val="heading 9"/>
    <w:basedOn w:val="Normal"/>
    <w:next w:val="Normal"/>
    <w:link w:val="Rubri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618BF"/>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E618BF"/>
  </w:style>
  <w:style w:type="paragraph" w:styleId="Sidfot">
    <w:name w:val="footer"/>
    <w:basedOn w:val="Normal"/>
    <w:link w:val="SidfotChar"/>
    <w:uiPriority w:val="99"/>
    <w:unhideWhenUsed/>
    <w:rsid w:val="00E618BF"/>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E618BF"/>
  </w:style>
  <w:style w:type="paragraph" w:styleId="Ingetavstnd">
    <w:name w:val="No Spacing"/>
    <w:link w:val="IngetavstndChar"/>
    <w:uiPriority w:val="1"/>
    <w:qFormat/>
    <w:rsid w:val="00FC693F"/>
    <w:pPr>
      <w:spacing w:after="0" w:line="240" w:lineRule="auto"/>
    </w:pPr>
  </w:style>
  <w:style w:type="character" w:customStyle="1" w:styleId="Rubrik1Char">
    <w:name w:val="Rubrik 1 Char"/>
    <w:basedOn w:val="Standardstycketeckensnitt"/>
    <w:link w:val="Rubrik1"/>
    <w:uiPriority w:val="9"/>
    <w:rsid w:val="0058619D"/>
    <w:rPr>
      <w:rFonts w:ascii="Arial" w:eastAsiaTheme="majorEastAsia" w:hAnsi="Arial" w:cstheme="majorBidi"/>
      <w:b/>
      <w:bCs/>
      <w:color w:val="365F91" w:themeColor="accent1" w:themeShade="BF"/>
      <w:sz w:val="36"/>
      <w:szCs w:val="28"/>
    </w:rPr>
  </w:style>
  <w:style w:type="character" w:customStyle="1" w:styleId="Rubrik2Char">
    <w:name w:val="Rubrik 2 Char"/>
    <w:basedOn w:val="Standardstycketeckensnitt"/>
    <w:link w:val="Rubrik2"/>
    <w:uiPriority w:val="9"/>
    <w:rsid w:val="0058619D"/>
    <w:rPr>
      <w:rFonts w:ascii="Arial" w:eastAsiaTheme="majorEastAsia" w:hAnsi="Arial" w:cstheme="majorBidi"/>
      <w:b/>
      <w:bCs/>
      <w:color w:val="365F91"/>
      <w:sz w:val="32"/>
      <w:szCs w:val="26"/>
    </w:rPr>
  </w:style>
  <w:style w:type="character" w:customStyle="1" w:styleId="Rubrik3Char">
    <w:name w:val="Rubrik 3 Char"/>
    <w:basedOn w:val="Standardstycketeckensnitt"/>
    <w:link w:val="Rubrik3"/>
    <w:uiPriority w:val="9"/>
    <w:rsid w:val="00FC693F"/>
    <w:rPr>
      <w:rFonts w:asciiTheme="majorHAnsi" w:eastAsiaTheme="majorEastAsia" w:hAnsiTheme="majorHAnsi" w:cstheme="majorBidi"/>
      <w:b/>
      <w:bCs/>
      <w:color w:val="4F81BD" w:themeColor="accent1"/>
    </w:rPr>
  </w:style>
  <w:style w:type="paragraph" w:styleId="Rubrik">
    <w:name w:val="Title"/>
    <w:basedOn w:val="Normal"/>
    <w:next w:val="Normal"/>
    <w:link w:val="Rubrik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derrubrik">
    <w:name w:val="Subtitle"/>
    <w:basedOn w:val="Normal"/>
    <w:next w:val="Normal"/>
    <w:link w:val="Underrubrik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FC693F"/>
    <w:rPr>
      <w:rFonts w:asciiTheme="majorHAnsi" w:eastAsiaTheme="majorEastAsia" w:hAnsiTheme="majorHAnsi" w:cstheme="majorBidi"/>
      <w:i/>
      <w:iCs/>
      <w:color w:val="4F81BD" w:themeColor="accent1"/>
      <w:spacing w:val="15"/>
      <w:sz w:val="24"/>
      <w:szCs w:val="24"/>
    </w:rPr>
  </w:style>
  <w:style w:type="paragraph" w:styleId="Liststycke">
    <w:name w:val="List Paragraph"/>
    <w:basedOn w:val="Normal"/>
    <w:uiPriority w:val="34"/>
    <w:qFormat/>
    <w:rsid w:val="00FC693F"/>
    <w:pPr>
      <w:ind w:left="720"/>
      <w:contextualSpacing/>
    </w:pPr>
  </w:style>
  <w:style w:type="paragraph" w:styleId="Brdtext">
    <w:name w:val="Body Text"/>
    <w:basedOn w:val="Normal"/>
    <w:link w:val="BrdtextChar"/>
    <w:uiPriority w:val="99"/>
    <w:unhideWhenUsed/>
    <w:rsid w:val="00AA1D8D"/>
    <w:pPr>
      <w:spacing w:after="120"/>
    </w:pPr>
  </w:style>
  <w:style w:type="character" w:customStyle="1" w:styleId="BrdtextChar">
    <w:name w:val="Brödtext Char"/>
    <w:basedOn w:val="Standardstycketeckensnitt"/>
    <w:link w:val="Brdtext"/>
    <w:uiPriority w:val="99"/>
    <w:rsid w:val="00AA1D8D"/>
  </w:style>
  <w:style w:type="paragraph" w:styleId="Brdtext2">
    <w:name w:val="Body Text 2"/>
    <w:basedOn w:val="Normal"/>
    <w:link w:val="Brdtext2Char"/>
    <w:uiPriority w:val="99"/>
    <w:unhideWhenUsed/>
    <w:rsid w:val="00AA1D8D"/>
    <w:pPr>
      <w:spacing w:after="120" w:line="480" w:lineRule="auto"/>
    </w:pPr>
  </w:style>
  <w:style w:type="character" w:customStyle="1" w:styleId="Brdtext2Char">
    <w:name w:val="Brödtext 2 Char"/>
    <w:basedOn w:val="Standardstycketeckensnitt"/>
    <w:link w:val="Brdtext2"/>
    <w:uiPriority w:val="99"/>
    <w:rsid w:val="00AA1D8D"/>
  </w:style>
  <w:style w:type="paragraph" w:styleId="Brdtext3">
    <w:name w:val="Body Text 3"/>
    <w:basedOn w:val="Normal"/>
    <w:link w:val="Brdtext3Char"/>
    <w:uiPriority w:val="99"/>
    <w:unhideWhenUsed/>
    <w:rsid w:val="00AA1D8D"/>
    <w:pPr>
      <w:spacing w:after="120"/>
    </w:pPr>
    <w:rPr>
      <w:sz w:val="16"/>
      <w:szCs w:val="16"/>
    </w:rPr>
  </w:style>
  <w:style w:type="character" w:customStyle="1" w:styleId="Brdtext3Char">
    <w:name w:val="Brödtext 3 Char"/>
    <w:basedOn w:val="Standardstycketeckensnitt"/>
    <w:link w:val="Brdtext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Punktlista">
    <w:name w:val="List Bullet"/>
    <w:basedOn w:val="Normal"/>
    <w:uiPriority w:val="99"/>
    <w:unhideWhenUsed/>
    <w:rsid w:val="00326F90"/>
    <w:pPr>
      <w:numPr>
        <w:numId w:val="1"/>
      </w:numPr>
      <w:contextualSpacing/>
    </w:pPr>
  </w:style>
  <w:style w:type="paragraph" w:styleId="Punktlista2">
    <w:name w:val="List Bullet 2"/>
    <w:basedOn w:val="Normal"/>
    <w:uiPriority w:val="99"/>
    <w:unhideWhenUsed/>
    <w:rsid w:val="00326F90"/>
    <w:pPr>
      <w:numPr>
        <w:numId w:val="2"/>
      </w:numPr>
      <w:contextualSpacing/>
    </w:pPr>
  </w:style>
  <w:style w:type="paragraph" w:styleId="Punktlista3">
    <w:name w:val="List Bullet 3"/>
    <w:basedOn w:val="Normal"/>
    <w:uiPriority w:val="99"/>
    <w:unhideWhenUsed/>
    <w:rsid w:val="00326F90"/>
    <w:pPr>
      <w:numPr>
        <w:numId w:val="3"/>
      </w:numPr>
      <w:contextualSpacing/>
    </w:pPr>
  </w:style>
  <w:style w:type="paragraph" w:styleId="Numreradlista">
    <w:name w:val="List Number"/>
    <w:basedOn w:val="Normal"/>
    <w:uiPriority w:val="99"/>
    <w:unhideWhenUsed/>
    <w:rsid w:val="00326F90"/>
    <w:pPr>
      <w:numPr>
        <w:numId w:val="5"/>
      </w:numPr>
      <w:contextualSpacing/>
    </w:pPr>
  </w:style>
  <w:style w:type="paragraph" w:styleId="Numreradlista2">
    <w:name w:val="List Number 2"/>
    <w:basedOn w:val="Normal"/>
    <w:uiPriority w:val="99"/>
    <w:unhideWhenUsed/>
    <w:rsid w:val="0029639D"/>
    <w:pPr>
      <w:numPr>
        <w:numId w:val="6"/>
      </w:numPr>
      <w:contextualSpacing/>
    </w:pPr>
  </w:style>
  <w:style w:type="paragraph" w:styleId="Numreradlista3">
    <w:name w:val="List Number 3"/>
    <w:basedOn w:val="Normal"/>
    <w:uiPriority w:val="99"/>
    <w:unhideWhenUsed/>
    <w:rsid w:val="0029639D"/>
    <w:pPr>
      <w:numPr>
        <w:numId w:val="7"/>
      </w:numPr>
      <w:contextualSpacing/>
    </w:pPr>
  </w:style>
  <w:style w:type="paragraph" w:styleId="Listafortstt">
    <w:name w:val="List Continue"/>
    <w:basedOn w:val="Normal"/>
    <w:uiPriority w:val="99"/>
    <w:unhideWhenUsed/>
    <w:rsid w:val="0029639D"/>
    <w:pPr>
      <w:spacing w:after="120"/>
      <w:ind w:left="360"/>
      <w:contextualSpacing/>
    </w:pPr>
  </w:style>
  <w:style w:type="paragraph" w:styleId="Listafortstt2">
    <w:name w:val="List Continue 2"/>
    <w:basedOn w:val="Normal"/>
    <w:uiPriority w:val="99"/>
    <w:unhideWhenUsed/>
    <w:rsid w:val="0029639D"/>
    <w:pPr>
      <w:spacing w:after="120"/>
      <w:ind w:left="720"/>
      <w:contextualSpacing/>
    </w:pPr>
  </w:style>
  <w:style w:type="paragraph" w:styleId="Listafortstt3">
    <w:name w:val="List Continue 3"/>
    <w:basedOn w:val="Normal"/>
    <w:uiPriority w:val="99"/>
    <w:unhideWhenUsed/>
    <w:rsid w:val="0029639D"/>
    <w:pPr>
      <w:spacing w:after="120"/>
      <w:ind w:left="1080"/>
      <w:contextualSpacing/>
    </w:pPr>
  </w:style>
  <w:style w:type="paragraph" w:styleId="Makrotext">
    <w:name w:val="macro"/>
    <w:link w:val="Mak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Char">
    <w:name w:val="Makrotext Char"/>
    <w:basedOn w:val="Standardstycketeckensnitt"/>
    <w:link w:val="Makrotext"/>
    <w:uiPriority w:val="99"/>
    <w:rsid w:val="0029639D"/>
    <w:rPr>
      <w:rFonts w:ascii="Courier" w:hAnsi="Courier"/>
      <w:sz w:val="20"/>
      <w:szCs w:val="20"/>
    </w:rPr>
  </w:style>
  <w:style w:type="paragraph" w:styleId="Citat">
    <w:name w:val="Quote"/>
    <w:basedOn w:val="Normal"/>
    <w:next w:val="Normal"/>
    <w:link w:val="CitatChar"/>
    <w:uiPriority w:val="29"/>
    <w:qFormat/>
    <w:rsid w:val="00FC693F"/>
    <w:rPr>
      <w:i/>
      <w:iCs/>
      <w:color w:val="000000" w:themeColor="text1"/>
    </w:rPr>
  </w:style>
  <w:style w:type="character" w:customStyle="1" w:styleId="CitatChar">
    <w:name w:val="Citat Char"/>
    <w:basedOn w:val="Standardstycketeckensnitt"/>
    <w:link w:val="Citat"/>
    <w:uiPriority w:val="29"/>
    <w:rsid w:val="00FC693F"/>
    <w:rPr>
      <w:i/>
      <w:iCs/>
      <w:color w:val="000000" w:themeColor="text1"/>
    </w:rPr>
  </w:style>
  <w:style w:type="character" w:customStyle="1" w:styleId="Rubrik4Char">
    <w:name w:val="Rubrik 4 Char"/>
    <w:basedOn w:val="Standardstycketeckensnitt"/>
    <w:link w:val="Rubrik4"/>
    <w:uiPriority w:val="9"/>
    <w:semiHidden/>
    <w:rsid w:val="00FC693F"/>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FC693F"/>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semiHidden/>
    <w:rsid w:val="00FC693F"/>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semiHidden/>
    <w:rsid w:val="00FC693F"/>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semiHidden/>
    <w:rsid w:val="00FC693F"/>
    <w:rPr>
      <w:rFonts w:asciiTheme="majorHAnsi" w:eastAsiaTheme="majorEastAsia" w:hAnsiTheme="majorHAnsi" w:cstheme="majorBidi"/>
      <w:color w:val="4F81BD" w:themeColor="accent1"/>
      <w:sz w:val="20"/>
      <w:szCs w:val="20"/>
    </w:rPr>
  </w:style>
  <w:style w:type="character" w:customStyle="1" w:styleId="Rubrik9Char">
    <w:name w:val="Rubrik 9 Char"/>
    <w:basedOn w:val="Standardstycketeckensnitt"/>
    <w:link w:val="Rubrik9"/>
    <w:uiPriority w:val="9"/>
    <w:semiHidden/>
    <w:rsid w:val="00FC693F"/>
    <w:rPr>
      <w:rFonts w:asciiTheme="majorHAnsi" w:eastAsiaTheme="majorEastAsia" w:hAnsiTheme="majorHAnsi" w:cstheme="majorBidi"/>
      <w:i/>
      <w:iCs/>
      <w:color w:val="404040" w:themeColor="text1" w:themeTint="BF"/>
      <w:sz w:val="20"/>
      <w:szCs w:val="20"/>
    </w:rPr>
  </w:style>
  <w:style w:type="paragraph" w:styleId="Beskrivning">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ark">
    <w:name w:val="Strong"/>
    <w:basedOn w:val="Standardstycketeckensnitt"/>
    <w:uiPriority w:val="22"/>
    <w:qFormat/>
    <w:rsid w:val="00FC693F"/>
    <w:rPr>
      <w:b/>
      <w:bCs/>
    </w:rPr>
  </w:style>
  <w:style w:type="character" w:styleId="Betoning">
    <w:name w:val="Emphasis"/>
    <w:basedOn w:val="Standardstycketeckensnitt"/>
    <w:uiPriority w:val="20"/>
    <w:qFormat/>
    <w:rsid w:val="00FC693F"/>
    <w:rPr>
      <w:i/>
      <w:iCs/>
    </w:rPr>
  </w:style>
  <w:style w:type="paragraph" w:styleId="Starktcitat">
    <w:name w:val="Intense Quote"/>
    <w:basedOn w:val="Normal"/>
    <w:next w:val="Normal"/>
    <w:link w:val="Starktcit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FC693F"/>
    <w:rPr>
      <w:b/>
      <w:bCs/>
      <w:i/>
      <w:iCs/>
      <w:color w:val="4F81BD" w:themeColor="accent1"/>
    </w:rPr>
  </w:style>
  <w:style w:type="character" w:styleId="Diskretbetoning">
    <w:name w:val="Subtle Emphasis"/>
    <w:basedOn w:val="Standardstycketeckensnitt"/>
    <w:uiPriority w:val="19"/>
    <w:qFormat/>
    <w:rsid w:val="00FC693F"/>
    <w:rPr>
      <w:i/>
      <w:iCs/>
      <w:color w:val="808080" w:themeColor="text1" w:themeTint="7F"/>
    </w:rPr>
  </w:style>
  <w:style w:type="character" w:styleId="Starkbetoning">
    <w:name w:val="Intense Emphasis"/>
    <w:basedOn w:val="Standardstycketeckensnitt"/>
    <w:uiPriority w:val="21"/>
    <w:qFormat/>
    <w:rsid w:val="00FC693F"/>
    <w:rPr>
      <w:b/>
      <w:bCs/>
      <w:i/>
      <w:iCs/>
      <w:color w:val="4F81BD" w:themeColor="accent1"/>
    </w:rPr>
  </w:style>
  <w:style w:type="character" w:styleId="Diskretreferens">
    <w:name w:val="Subtle Reference"/>
    <w:basedOn w:val="Standardstycketeckensnitt"/>
    <w:uiPriority w:val="31"/>
    <w:qFormat/>
    <w:rsid w:val="00FC693F"/>
    <w:rPr>
      <w:smallCaps/>
      <w:color w:val="C0504D" w:themeColor="accent2"/>
      <w:u w:val="single"/>
    </w:rPr>
  </w:style>
  <w:style w:type="character" w:styleId="Starkreferens">
    <w:name w:val="Intense Reference"/>
    <w:basedOn w:val="Standardstycketeckensnitt"/>
    <w:uiPriority w:val="32"/>
    <w:qFormat/>
    <w:rsid w:val="00FC693F"/>
    <w:rPr>
      <w:b/>
      <w:bCs/>
      <w:smallCaps/>
      <w:color w:val="C0504D" w:themeColor="accent2"/>
      <w:spacing w:val="5"/>
      <w:u w:val="single"/>
    </w:rPr>
  </w:style>
  <w:style w:type="character" w:styleId="Bokenstitel">
    <w:name w:val="Book Title"/>
    <w:basedOn w:val="Standardstycketeckensnitt"/>
    <w:uiPriority w:val="33"/>
    <w:qFormat/>
    <w:rsid w:val="00FC693F"/>
    <w:rPr>
      <w:b/>
      <w:bCs/>
      <w:smallCaps/>
      <w:spacing w:val="5"/>
    </w:rPr>
  </w:style>
  <w:style w:type="paragraph" w:styleId="Innehllsfrteckningsrubrik">
    <w:name w:val="TOC Heading"/>
    <w:basedOn w:val="Rubrik1"/>
    <w:next w:val="Normal"/>
    <w:uiPriority w:val="39"/>
    <w:unhideWhenUsed/>
    <w:qFormat/>
    <w:rsid w:val="00FC693F"/>
    <w:pPr>
      <w:outlineLvl w:val="9"/>
    </w:pPr>
  </w:style>
  <w:style w:type="table" w:styleId="Tabellrutnt">
    <w:name w:val="Table Grid"/>
    <w:basedOn w:val="Normaltabel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
    <w:name w:val="Light Shading"/>
    <w:basedOn w:val="Normaltabel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dekorfrg2">
    <w:name w:val="Light Shading Accent 2"/>
    <w:basedOn w:val="Normaltabel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jusskuggning-dekorfrg3">
    <w:name w:val="Light Shading Accent 3"/>
    <w:basedOn w:val="Normaltabel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jusskuggning-dekorfrg4">
    <w:name w:val="Light Shading Accent 4"/>
    <w:basedOn w:val="Normaltabel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jusskuggning-dekorfrg5">
    <w:name w:val="Light Shading Accent 5"/>
    <w:basedOn w:val="Normaltabel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jusskuggning-dekorfrg6">
    <w:name w:val="Light Shading Accent 6"/>
    <w:basedOn w:val="Normaltabel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juslista">
    <w:name w:val="Light List"/>
    <w:basedOn w:val="Normaltabel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juslista-dekorfrg2">
    <w:name w:val="Light List Accent 2"/>
    <w:basedOn w:val="Normaltabel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juslista-dekorfrg3">
    <w:name w:val="Light List Accent 3"/>
    <w:basedOn w:val="Normaltabel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juslista-dekorfrg4">
    <w:name w:val="Light List Accent 4"/>
    <w:basedOn w:val="Normaltabel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juslista-dekorfrg5">
    <w:name w:val="Light List Accent 5"/>
    <w:basedOn w:val="Normaltabel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juslista-dekorfrg6">
    <w:name w:val="Light List Accent 6"/>
    <w:basedOn w:val="Normaltabel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justrutnt">
    <w:name w:val="Light Grid"/>
    <w:basedOn w:val="Normaltabel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justrutnt-dekorfrg2">
    <w:name w:val="Light Grid Accent 2"/>
    <w:basedOn w:val="Normaltabel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justrutnt-dekorfrg3">
    <w:name w:val="Light Grid Accent 3"/>
    <w:basedOn w:val="Normaltabel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justrutnt-dekorfrg4">
    <w:name w:val="Light Grid Accent 4"/>
    <w:basedOn w:val="Normaltabel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justrutnt-dekorfrg5">
    <w:name w:val="Light Grid Accent 5"/>
    <w:basedOn w:val="Normaltabel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justrutnt-dekorfrg6">
    <w:name w:val="Light Grid Accent 6"/>
    <w:basedOn w:val="Normaltabel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llanmrkskuggning1">
    <w:name w:val="Medium Shading 1"/>
    <w:basedOn w:val="Normaltabel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llanmrklista1-dekorfrg2">
    <w:name w:val="Medium List 1 Accent 2"/>
    <w:basedOn w:val="Normaltabel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llanmrklista1-dekorfrg3">
    <w:name w:val="Medium List 1 Accent 3"/>
    <w:basedOn w:val="Normaltabel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llanmrklista1-dekorfrg4">
    <w:name w:val="Medium List 1 Accent 4"/>
    <w:basedOn w:val="Normaltabel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llanmrklista1-dekorfrg5">
    <w:name w:val="Medium List 1 Accent 5"/>
    <w:basedOn w:val="Normaltabel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llanmrklista1-dekorfrg6">
    <w:name w:val="Medium List 1 Accent 6"/>
    <w:basedOn w:val="Normaltabel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llanmrklista2">
    <w:name w:val="Medium List 2"/>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trutnt1">
    <w:name w:val="Medium Grid 1"/>
    <w:basedOn w:val="Normaltabel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llanmrktrutnt1-dekorfrg2">
    <w:name w:val="Medium Grid 1 Accent 2"/>
    <w:basedOn w:val="Normaltabel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llanmrktrutnt1-dekorfrg3">
    <w:name w:val="Medium Grid 1 Accent 3"/>
    <w:basedOn w:val="Normaltabel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llanmrktrutnt1-dekorfrg4">
    <w:name w:val="Medium Grid 1 Accent 4"/>
    <w:basedOn w:val="Normaltabel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llanmrktrutnt1-dekorfrg5">
    <w:name w:val="Medium Grid 1 Accent 5"/>
    <w:basedOn w:val="Normaltabel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llanmrktrutnt1-dekorfrg6">
    <w:name w:val="Medium Grid 1 Accent 6"/>
    <w:basedOn w:val="Normaltabel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llanmrktrutnt2">
    <w:name w:val="Medium Grid 2"/>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llanmrktrutnt3-dekorfrg2">
    <w:name w:val="Medium Grid 3 Accent 2"/>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llanmrktrutnt3-dekorfrg3">
    <w:name w:val="Medium Grid 3 Accent 3"/>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llanmrktrutnt3-dekorfrg4">
    <w:name w:val="Medium Grid 3 Accent 4"/>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llanmrktrutnt3-dekorfrg5">
    <w:name w:val="Medium Grid 3 Accent 5"/>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llanmrktrutnt3-dekorfrg6">
    <w:name w:val="Medium Grid 3 Accent 6"/>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rklista">
    <w:name w:val="Dark List"/>
    <w:basedOn w:val="Normaltabel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a-dekorfrg2">
    <w:name w:val="Dark List Accent 2"/>
    <w:basedOn w:val="Normaltabel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a-dekorfrg3">
    <w:name w:val="Dark List Accent 3"/>
    <w:basedOn w:val="Normaltabel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a-dekorfrg4">
    <w:name w:val="Dark List Accent 4"/>
    <w:basedOn w:val="Normaltabel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a-dekorfrg5">
    <w:name w:val="Dark List Accent 5"/>
    <w:basedOn w:val="Normaltabel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a-dekorfrg6">
    <w:name w:val="Dark List Accent 6"/>
    <w:basedOn w:val="Normaltabel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rgadskuggning">
    <w:name w:val="Colorful Shading"/>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rgadskuggning-dekorfrg4">
    <w:name w:val="Colorful Shading Accent 4"/>
    <w:basedOn w:val="Normaltabel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rgadlista">
    <w:name w:val="Colorful List"/>
    <w:basedOn w:val="Normaltabel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rgadlista-dekorfrg2">
    <w:name w:val="Colorful List Accent 2"/>
    <w:basedOn w:val="Normaltabel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rgadlista-dekorfrg3">
    <w:name w:val="Colorful List Accent 3"/>
    <w:basedOn w:val="Normaltabel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rgadlista-dekorfrg4">
    <w:name w:val="Colorful List Accent 4"/>
    <w:basedOn w:val="Normaltabel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rgadlista-dekorfrg5">
    <w:name w:val="Colorful List Accent 5"/>
    <w:basedOn w:val="Normaltabel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rgadlista-dekorfrg6">
    <w:name w:val="Colorful List Accent 6"/>
    <w:basedOn w:val="Normaltabel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rgatrutnt">
    <w:name w:val="Colorful Grid"/>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rgatrutnt-dekorfrg2">
    <w:name w:val="Colorful Grid Accent 2"/>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rgatrutnt-dekorfrg3">
    <w:name w:val="Colorful Grid Accent 3"/>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rgatrutnt-dekorfrg4">
    <w:name w:val="Colorful Grid Accent 4"/>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rgatrutnt-dekorfrg5">
    <w:name w:val="Colorful Grid Accent 5"/>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rgatrutnt-dekorfrg6">
    <w:name w:val="Colorful Grid Accent 6"/>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nk">
    <w:name w:val="Hyperlink"/>
    <w:basedOn w:val="Standardstycketeckensnitt"/>
    <w:uiPriority w:val="99"/>
    <w:unhideWhenUsed/>
    <w:rsid w:val="00755EB3"/>
    <w:rPr>
      <w:color w:val="0000FF" w:themeColor="hyperlink"/>
      <w:u w:val="single"/>
    </w:rPr>
  </w:style>
  <w:style w:type="character" w:styleId="Olstomnmnande">
    <w:name w:val="Unresolved Mention"/>
    <w:basedOn w:val="Standardstycketeckensnitt"/>
    <w:uiPriority w:val="99"/>
    <w:semiHidden/>
    <w:unhideWhenUsed/>
    <w:rsid w:val="00755EB3"/>
    <w:rPr>
      <w:color w:val="605E5C"/>
      <w:shd w:val="clear" w:color="auto" w:fill="E1DFDD"/>
    </w:rPr>
  </w:style>
  <w:style w:type="paragraph" w:styleId="Normalwebb">
    <w:name w:val="Normal (Web)"/>
    <w:basedOn w:val="Normal"/>
    <w:uiPriority w:val="99"/>
    <w:unhideWhenUsed/>
    <w:rsid w:val="00ED2E8B"/>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IngetavstndChar">
    <w:name w:val="Inget avstånd Char"/>
    <w:basedOn w:val="Standardstycketeckensnitt"/>
    <w:link w:val="Ingetavstnd"/>
    <w:uiPriority w:val="1"/>
    <w:rsid w:val="00ED2E8B"/>
  </w:style>
  <w:style w:type="paragraph" w:styleId="Innehll1">
    <w:name w:val="toc 1"/>
    <w:basedOn w:val="Normal"/>
    <w:next w:val="Normal"/>
    <w:autoRedefine/>
    <w:uiPriority w:val="39"/>
    <w:unhideWhenUsed/>
    <w:rsid w:val="004836B8"/>
    <w:pPr>
      <w:tabs>
        <w:tab w:val="right" w:leader="dot" w:pos="9060"/>
      </w:tabs>
      <w:spacing w:after="100"/>
    </w:pPr>
    <w:rPr>
      <w:rFonts w:ascii="Arial" w:eastAsia="Calibri" w:hAnsi="Arial" w:cs="Arial"/>
      <w:b/>
      <w:noProof/>
      <w:sz w:val="32"/>
      <w:szCs w:val="32"/>
      <w:lang w:val="sv-SE"/>
    </w:rPr>
  </w:style>
  <w:style w:type="paragraph" w:styleId="Innehll2">
    <w:name w:val="toc 2"/>
    <w:basedOn w:val="Normal"/>
    <w:next w:val="Normal"/>
    <w:autoRedefine/>
    <w:uiPriority w:val="39"/>
    <w:unhideWhenUsed/>
    <w:rsid w:val="0058619D"/>
    <w:pPr>
      <w:spacing w:after="100"/>
      <w:ind w:left="220"/>
    </w:pPr>
    <w:rPr>
      <w:rFonts w:ascii="Arial" w:hAnsi="Arial"/>
      <w:sz w:val="28"/>
    </w:rPr>
  </w:style>
  <w:style w:type="character" w:styleId="AnvndHyperlnk">
    <w:name w:val="FollowedHyperlink"/>
    <w:basedOn w:val="Standardstycketeckensnitt"/>
    <w:uiPriority w:val="99"/>
    <w:semiHidden/>
    <w:unhideWhenUsed/>
    <w:rsid w:val="00304DAF"/>
    <w:rPr>
      <w:color w:val="800080" w:themeColor="followedHyperlink"/>
      <w:u w:val="single"/>
    </w:rPr>
  </w:style>
  <w:style w:type="paragraph" w:styleId="Innehll3">
    <w:name w:val="toc 3"/>
    <w:basedOn w:val="Normal"/>
    <w:next w:val="Normal"/>
    <w:autoRedefine/>
    <w:uiPriority w:val="39"/>
    <w:unhideWhenUsed/>
    <w:rsid w:val="00835EE6"/>
    <w:pPr>
      <w:spacing w:after="100"/>
      <w:ind w:left="440"/>
    </w:pPr>
  </w:style>
  <w:style w:type="paragraph" w:customStyle="1" w:styleId="faktatextbakF">
    <w:name w:val="faktatext bak F"/>
    <w:basedOn w:val="Normal"/>
    <w:uiPriority w:val="99"/>
    <w:rsid w:val="00D906E4"/>
    <w:pPr>
      <w:autoSpaceDE w:val="0"/>
      <w:autoSpaceDN w:val="0"/>
      <w:adjustRightInd w:val="0"/>
      <w:spacing w:after="0" w:line="280" w:lineRule="atLeast"/>
      <w:textAlignment w:val="center"/>
    </w:pPr>
    <w:rPr>
      <w:rFonts w:ascii="Frutiger 55" w:eastAsia="Calibri" w:hAnsi="Frutiger 55" w:cs="Frutiger 55"/>
      <w:color w:val="000000"/>
      <w:sz w:val="23"/>
      <w:szCs w:val="23"/>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87274">
      <w:bodyDiv w:val="1"/>
      <w:marLeft w:val="0"/>
      <w:marRight w:val="0"/>
      <w:marTop w:val="0"/>
      <w:marBottom w:val="0"/>
      <w:divBdr>
        <w:top w:val="none" w:sz="0" w:space="0" w:color="auto"/>
        <w:left w:val="none" w:sz="0" w:space="0" w:color="auto"/>
        <w:bottom w:val="none" w:sz="0" w:space="0" w:color="auto"/>
        <w:right w:val="none" w:sz="0" w:space="0" w:color="auto"/>
      </w:divBdr>
    </w:div>
    <w:div w:id="173954707">
      <w:bodyDiv w:val="1"/>
      <w:marLeft w:val="0"/>
      <w:marRight w:val="0"/>
      <w:marTop w:val="0"/>
      <w:marBottom w:val="0"/>
      <w:divBdr>
        <w:top w:val="none" w:sz="0" w:space="0" w:color="auto"/>
        <w:left w:val="none" w:sz="0" w:space="0" w:color="auto"/>
        <w:bottom w:val="none" w:sz="0" w:space="0" w:color="auto"/>
        <w:right w:val="none" w:sz="0" w:space="0" w:color="auto"/>
      </w:divBdr>
    </w:div>
    <w:div w:id="187839898">
      <w:bodyDiv w:val="1"/>
      <w:marLeft w:val="0"/>
      <w:marRight w:val="0"/>
      <w:marTop w:val="0"/>
      <w:marBottom w:val="0"/>
      <w:divBdr>
        <w:top w:val="none" w:sz="0" w:space="0" w:color="auto"/>
        <w:left w:val="none" w:sz="0" w:space="0" w:color="auto"/>
        <w:bottom w:val="none" w:sz="0" w:space="0" w:color="auto"/>
        <w:right w:val="none" w:sz="0" w:space="0" w:color="auto"/>
      </w:divBdr>
    </w:div>
    <w:div w:id="264732559">
      <w:bodyDiv w:val="1"/>
      <w:marLeft w:val="0"/>
      <w:marRight w:val="0"/>
      <w:marTop w:val="0"/>
      <w:marBottom w:val="0"/>
      <w:divBdr>
        <w:top w:val="none" w:sz="0" w:space="0" w:color="auto"/>
        <w:left w:val="none" w:sz="0" w:space="0" w:color="auto"/>
        <w:bottom w:val="none" w:sz="0" w:space="0" w:color="auto"/>
        <w:right w:val="none" w:sz="0" w:space="0" w:color="auto"/>
      </w:divBdr>
    </w:div>
    <w:div w:id="336272639">
      <w:bodyDiv w:val="1"/>
      <w:marLeft w:val="0"/>
      <w:marRight w:val="0"/>
      <w:marTop w:val="0"/>
      <w:marBottom w:val="0"/>
      <w:divBdr>
        <w:top w:val="none" w:sz="0" w:space="0" w:color="auto"/>
        <w:left w:val="none" w:sz="0" w:space="0" w:color="auto"/>
        <w:bottom w:val="none" w:sz="0" w:space="0" w:color="auto"/>
        <w:right w:val="none" w:sz="0" w:space="0" w:color="auto"/>
      </w:divBdr>
    </w:div>
    <w:div w:id="392124406">
      <w:bodyDiv w:val="1"/>
      <w:marLeft w:val="0"/>
      <w:marRight w:val="0"/>
      <w:marTop w:val="0"/>
      <w:marBottom w:val="0"/>
      <w:divBdr>
        <w:top w:val="none" w:sz="0" w:space="0" w:color="auto"/>
        <w:left w:val="none" w:sz="0" w:space="0" w:color="auto"/>
        <w:bottom w:val="none" w:sz="0" w:space="0" w:color="auto"/>
        <w:right w:val="none" w:sz="0" w:space="0" w:color="auto"/>
      </w:divBdr>
    </w:div>
    <w:div w:id="432670871">
      <w:bodyDiv w:val="1"/>
      <w:marLeft w:val="0"/>
      <w:marRight w:val="0"/>
      <w:marTop w:val="0"/>
      <w:marBottom w:val="0"/>
      <w:divBdr>
        <w:top w:val="none" w:sz="0" w:space="0" w:color="auto"/>
        <w:left w:val="none" w:sz="0" w:space="0" w:color="auto"/>
        <w:bottom w:val="none" w:sz="0" w:space="0" w:color="auto"/>
        <w:right w:val="none" w:sz="0" w:space="0" w:color="auto"/>
      </w:divBdr>
    </w:div>
    <w:div w:id="792870247">
      <w:bodyDiv w:val="1"/>
      <w:marLeft w:val="0"/>
      <w:marRight w:val="0"/>
      <w:marTop w:val="0"/>
      <w:marBottom w:val="0"/>
      <w:divBdr>
        <w:top w:val="none" w:sz="0" w:space="0" w:color="auto"/>
        <w:left w:val="none" w:sz="0" w:space="0" w:color="auto"/>
        <w:bottom w:val="none" w:sz="0" w:space="0" w:color="auto"/>
        <w:right w:val="none" w:sz="0" w:space="0" w:color="auto"/>
      </w:divBdr>
      <w:divsChild>
        <w:div w:id="1591306652">
          <w:marLeft w:val="0"/>
          <w:marRight w:val="0"/>
          <w:marTop w:val="0"/>
          <w:marBottom w:val="0"/>
          <w:divBdr>
            <w:top w:val="none" w:sz="0" w:space="0" w:color="auto"/>
            <w:left w:val="none" w:sz="0" w:space="0" w:color="auto"/>
            <w:bottom w:val="none" w:sz="0" w:space="0" w:color="auto"/>
            <w:right w:val="none" w:sz="0" w:space="0" w:color="auto"/>
          </w:divBdr>
          <w:divsChild>
            <w:div w:id="101070888">
              <w:marLeft w:val="0"/>
              <w:marRight w:val="0"/>
              <w:marTop w:val="0"/>
              <w:marBottom w:val="0"/>
              <w:divBdr>
                <w:top w:val="none" w:sz="0" w:space="0" w:color="auto"/>
                <w:left w:val="none" w:sz="0" w:space="0" w:color="auto"/>
                <w:bottom w:val="none" w:sz="0" w:space="0" w:color="auto"/>
                <w:right w:val="none" w:sz="0" w:space="0" w:color="auto"/>
              </w:divBdr>
              <w:divsChild>
                <w:div w:id="3171312">
                  <w:marLeft w:val="0"/>
                  <w:marRight w:val="0"/>
                  <w:marTop w:val="0"/>
                  <w:marBottom w:val="0"/>
                  <w:divBdr>
                    <w:top w:val="none" w:sz="0" w:space="0" w:color="auto"/>
                    <w:left w:val="none" w:sz="0" w:space="0" w:color="auto"/>
                    <w:bottom w:val="none" w:sz="0" w:space="0" w:color="auto"/>
                    <w:right w:val="none" w:sz="0" w:space="0" w:color="auto"/>
                  </w:divBdr>
                  <w:divsChild>
                    <w:div w:id="1812405367">
                      <w:marLeft w:val="0"/>
                      <w:marRight w:val="0"/>
                      <w:marTop w:val="0"/>
                      <w:marBottom w:val="0"/>
                      <w:divBdr>
                        <w:top w:val="none" w:sz="0" w:space="0" w:color="auto"/>
                        <w:left w:val="none" w:sz="0" w:space="0" w:color="auto"/>
                        <w:bottom w:val="none" w:sz="0" w:space="0" w:color="auto"/>
                        <w:right w:val="none" w:sz="0" w:space="0" w:color="auto"/>
                      </w:divBdr>
                      <w:divsChild>
                        <w:div w:id="1263150536">
                          <w:marLeft w:val="0"/>
                          <w:marRight w:val="0"/>
                          <w:marTop w:val="0"/>
                          <w:marBottom w:val="0"/>
                          <w:divBdr>
                            <w:top w:val="none" w:sz="0" w:space="0" w:color="auto"/>
                            <w:left w:val="none" w:sz="0" w:space="0" w:color="auto"/>
                            <w:bottom w:val="none" w:sz="0" w:space="0" w:color="auto"/>
                            <w:right w:val="none" w:sz="0" w:space="0" w:color="auto"/>
                          </w:divBdr>
                          <w:divsChild>
                            <w:div w:id="1384282509">
                              <w:marLeft w:val="0"/>
                              <w:marRight w:val="0"/>
                              <w:marTop w:val="0"/>
                              <w:marBottom w:val="0"/>
                              <w:divBdr>
                                <w:top w:val="none" w:sz="0" w:space="0" w:color="auto"/>
                                <w:left w:val="none" w:sz="0" w:space="0" w:color="auto"/>
                                <w:bottom w:val="none" w:sz="0" w:space="0" w:color="auto"/>
                                <w:right w:val="none" w:sz="0" w:space="0" w:color="auto"/>
                              </w:divBdr>
                              <w:divsChild>
                                <w:div w:id="158579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83649">
      <w:bodyDiv w:val="1"/>
      <w:marLeft w:val="0"/>
      <w:marRight w:val="0"/>
      <w:marTop w:val="0"/>
      <w:marBottom w:val="0"/>
      <w:divBdr>
        <w:top w:val="none" w:sz="0" w:space="0" w:color="auto"/>
        <w:left w:val="none" w:sz="0" w:space="0" w:color="auto"/>
        <w:bottom w:val="none" w:sz="0" w:space="0" w:color="auto"/>
        <w:right w:val="none" w:sz="0" w:space="0" w:color="auto"/>
      </w:divBdr>
    </w:div>
    <w:div w:id="849872087">
      <w:bodyDiv w:val="1"/>
      <w:marLeft w:val="0"/>
      <w:marRight w:val="0"/>
      <w:marTop w:val="0"/>
      <w:marBottom w:val="0"/>
      <w:divBdr>
        <w:top w:val="none" w:sz="0" w:space="0" w:color="auto"/>
        <w:left w:val="none" w:sz="0" w:space="0" w:color="auto"/>
        <w:bottom w:val="none" w:sz="0" w:space="0" w:color="auto"/>
        <w:right w:val="none" w:sz="0" w:space="0" w:color="auto"/>
      </w:divBdr>
    </w:div>
    <w:div w:id="867570245">
      <w:bodyDiv w:val="1"/>
      <w:marLeft w:val="0"/>
      <w:marRight w:val="0"/>
      <w:marTop w:val="0"/>
      <w:marBottom w:val="0"/>
      <w:divBdr>
        <w:top w:val="none" w:sz="0" w:space="0" w:color="auto"/>
        <w:left w:val="none" w:sz="0" w:space="0" w:color="auto"/>
        <w:bottom w:val="none" w:sz="0" w:space="0" w:color="auto"/>
        <w:right w:val="none" w:sz="0" w:space="0" w:color="auto"/>
      </w:divBdr>
    </w:div>
    <w:div w:id="927810230">
      <w:bodyDiv w:val="1"/>
      <w:marLeft w:val="0"/>
      <w:marRight w:val="0"/>
      <w:marTop w:val="0"/>
      <w:marBottom w:val="0"/>
      <w:divBdr>
        <w:top w:val="none" w:sz="0" w:space="0" w:color="auto"/>
        <w:left w:val="none" w:sz="0" w:space="0" w:color="auto"/>
        <w:bottom w:val="none" w:sz="0" w:space="0" w:color="auto"/>
        <w:right w:val="none" w:sz="0" w:space="0" w:color="auto"/>
      </w:divBdr>
    </w:div>
    <w:div w:id="934019718">
      <w:bodyDiv w:val="1"/>
      <w:marLeft w:val="0"/>
      <w:marRight w:val="0"/>
      <w:marTop w:val="0"/>
      <w:marBottom w:val="0"/>
      <w:divBdr>
        <w:top w:val="none" w:sz="0" w:space="0" w:color="auto"/>
        <w:left w:val="none" w:sz="0" w:space="0" w:color="auto"/>
        <w:bottom w:val="none" w:sz="0" w:space="0" w:color="auto"/>
        <w:right w:val="none" w:sz="0" w:space="0" w:color="auto"/>
      </w:divBdr>
    </w:div>
    <w:div w:id="947351675">
      <w:bodyDiv w:val="1"/>
      <w:marLeft w:val="0"/>
      <w:marRight w:val="0"/>
      <w:marTop w:val="0"/>
      <w:marBottom w:val="0"/>
      <w:divBdr>
        <w:top w:val="none" w:sz="0" w:space="0" w:color="auto"/>
        <w:left w:val="none" w:sz="0" w:space="0" w:color="auto"/>
        <w:bottom w:val="none" w:sz="0" w:space="0" w:color="auto"/>
        <w:right w:val="none" w:sz="0" w:space="0" w:color="auto"/>
      </w:divBdr>
    </w:div>
    <w:div w:id="1125855245">
      <w:bodyDiv w:val="1"/>
      <w:marLeft w:val="0"/>
      <w:marRight w:val="0"/>
      <w:marTop w:val="0"/>
      <w:marBottom w:val="0"/>
      <w:divBdr>
        <w:top w:val="none" w:sz="0" w:space="0" w:color="auto"/>
        <w:left w:val="none" w:sz="0" w:space="0" w:color="auto"/>
        <w:bottom w:val="none" w:sz="0" w:space="0" w:color="auto"/>
        <w:right w:val="none" w:sz="0" w:space="0" w:color="auto"/>
      </w:divBdr>
    </w:div>
    <w:div w:id="1249772738">
      <w:bodyDiv w:val="1"/>
      <w:marLeft w:val="0"/>
      <w:marRight w:val="0"/>
      <w:marTop w:val="0"/>
      <w:marBottom w:val="0"/>
      <w:divBdr>
        <w:top w:val="none" w:sz="0" w:space="0" w:color="auto"/>
        <w:left w:val="none" w:sz="0" w:space="0" w:color="auto"/>
        <w:bottom w:val="none" w:sz="0" w:space="0" w:color="auto"/>
        <w:right w:val="none" w:sz="0" w:space="0" w:color="auto"/>
      </w:divBdr>
    </w:div>
    <w:div w:id="1281455985">
      <w:bodyDiv w:val="1"/>
      <w:marLeft w:val="0"/>
      <w:marRight w:val="0"/>
      <w:marTop w:val="0"/>
      <w:marBottom w:val="0"/>
      <w:divBdr>
        <w:top w:val="none" w:sz="0" w:space="0" w:color="auto"/>
        <w:left w:val="none" w:sz="0" w:space="0" w:color="auto"/>
        <w:bottom w:val="none" w:sz="0" w:space="0" w:color="auto"/>
        <w:right w:val="none" w:sz="0" w:space="0" w:color="auto"/>
      </w:divBdr>
    </w:div>
    <w:div w:id="1696924301">
      <w:bodyDiv w:val="1"/>
      <w:marLeft w:val="0"/>
      <w:marRight w:val="0"/>
      <w:marTop w:val="0"/>
      <w:marBottom w:val="0"/>
      <w:divBdr>
        <w:top w:val="none" w:sz="0" w:space="0" w:color="auto"/>
        <w:left w:val="none" w:sz="0" w:space="0" w:color="auto"/>
        <w:bottom w:val="none" w:sz="0" w:space="0" w:color="auto"/>
        <w:right w:val="none" w:sz="0" w:space="0" w:color="auto"/>
      </w:divBdr>
    </w:div>
    <w:div w:id="1758019936">
      <w:bodyDiv w:val="1"/>
      <w:marLeft w:val="0"/>
      <w:marRight w:val="0"/>
      <w:marTop w:val="0"/>
      <w:marBottom w:val="0"/>
      <w:divBdr>
        <w:top w:val="none" w:sz="0" w:space="0" w:color="auto"/>
        <w:left w:val="none" w:sz="0" w:space="0" w:color="auto"/>
        <w:bottom w:val="none" w:sz="0" w:space="0" w:color="auto"/>
        <w:right w:val="none" w:sz="0" w:space="0" w:color="auto"/>
      </w:divBdr>
    </w:div>
    <w:div w:id="1792243587">
      <w:bodyDiv w:val="1"/>
      <w:marLeft w:val="0"/>
      <w:marRight w:val="0"/>
      <w:marTop w:val="0"/>
      <w:marBottom w:val="0"/>
      <w:divBdr>
        <w:top w:val="none" w:sz="0" w:space="0" w:color="auto"/>
        <w:left w:val="none" w:sz="0" w:space="0" w:color="auto"/>
        <w:bottom w:val="none" w:sz="0" w:space="0" w:color="auto"/>
        <w:right w:val="none" w:sz="0" w:space="0" w:color="auto"/>
      </w:divBdr>
    </w:div>
    <w:div w:id="1980723227">
      <w:bodyDiv w:val="1"/>
      <w:marLeft w:val="0"/>
      <w:marRight w:val="0"/>
      <w:marTop w:val="0"/>
      <w:marBottom w:val="0"/>
      <w:divBdr>
        <w:top w:val="none" w:sz="0" w:space="0" w:color="auto"/>
        <w:left w:val="none" w:sz="0" w:space="0" w:color="auto"/>
        <w:bottom w:val="none" w:sz="0" w:space="0" w:color="auto"/>
        <w:right w:val="none" w:sz="0" w:space="0" w:color="auto"/>
      </w:divBdr>
    </w:div>
    <w:div w:id="2048870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nskildabidrag@srf.nu" TargetMode="External"/><Relationship Id="rId18" Type="http://schemas.openxmlformats.org/officeDocument/2006/relationships/customXml" Target="ink/ink2.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rf.nu/var-verksamhet/stipendier-och-fonder/lars-norrmans-fond/" TargetMode="External"/><Relationship Id="rId17" Type="http://schemas.openxmlformats.org/officeDocument/2006/relationships/image" Target="media/image2.png"/><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hyperlink" Target="http://www.srf.nu" TargetMode="External"/><Relationship Id="rId29" Type="http://schemas.openxmlformats.org/officeDocument/2006/relationships/image" Target="cid:image001.png@01D5C6EB.E74153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ynskadades.museum@srf.nu"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enskildabidrag@srf.nu" TargetMode="External"/><Relationship Id="rId23" Type="http://schemas.openxmlformats.org/officeDocument/2006/relationships/hyperlink" Target="http://www.srf.nu" TargetMode="External"/><Relationship Id="rId28" Type="http://schemas.openxmlformats.org/officeDocument/2006/relationships/image" Target="media/image8.png"/><Relationship Id="rId10" Type="http://schemas.openxmlformats.org/officeDocument/2006/relationships/hyperlink" Target="https://www.ving.se/kap-verde/oasis-salinas-sea"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idrag@irisstiftelseforvaltning.se" TargetMode="External"/><Relationship Id="rId14" Type="http://schemas.openxmlformats.org/officeDocument/2006/relationships/hyperlink" Target="https://www.srf.nu/var-verksamhet/stipendier-och-fonder/lars-norrmans-fond/ansokan-lars-norrmans-fond/" TargetMode="External"/><Relationship Id="rId22" Type="http://schemas.openxmlformats.org/officeDocument/2006/relationships/hyperlink" Target="mailto:go@srf.nu" TargetMode="External"/><Relationship Id="rId27" Type="http://schemas.openxmlformats.org/officeDocument/2006/relationships/image" Target="media/image7.jpeg"/><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14:23:48.25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33 0,'-6'0,"-7"11,-1 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14:23:47.66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Pages>
  <Words>3993</Words>
  <Characters>21168</Characters>
  <Application>Microsoft Office Word</Application>
  <DocSecurity>0</DocSecurity>
  <Lines>176</Lines>
  <Paragraphs>50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25111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Gunilla Söderström</cp:lastModifiedBy>
  <cp:revision>8</cp:revision>
  <cp:lastPrinted>2026-06-10T12:19:00Z</cp:lastPrinted>
  <dcterms:created xsi:type="dcterms:W3CDTF">2026-06-10T09:43:00Z</dcterms:created>
  <dcterms:modified xsi:type="dcterms:W3CDTF">2026-06-10T12:20:00Z</dcterms:modified>
  <cp:category/>
</cp:coreProperties>
</file>