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AB2CD" w14:textId="4366AE73" w:rsidR="004361F1" w:rsidRPr="004361F1" w:rsidRDefault="002D539A" w:rsidP="004361F1">
      <w:pPr>
        <w:spacing w:after="0" w:line="240" w:lineRule="auto"/>
        <w:rPr>
          <w:rFonts w:ascii="Times New Roman" w:eastAsia="Times New Roman" w:hAnsi="Times New Roman" w:cs="Times New Roman"/>
          <w:sz w:val="24"/>
          <w:szCs w:val="24"/>
          <w:lang w:val="sv-SE" w:eastAsia="sv-SE"/>
        </w:rPr>
      </w:pPr>
      <w:bookmarkStart w:id="0" w:name="_Toc119332225"/>
      <w:bookmarkStart w:id="1" w:name="_Toc198883715"/>
      <w:bookmarkStart w:id="2" w:name="_Toc198883900"/>
      <w:r>
        <w:rPr>
          <w:rFonts w:ascii="Times New Roman" w:eastAsia="Times New Roman" w:hAnsi="Times New Roman" w:cs="Times New Roman"/>
          <w:noProof/>
          <w:sz w:val="24"/>
          <w:szCs w:val="24"/>
          <w:lang w:val="sv-SE" w:eastAsia="sv-SE"/>
        </w:rPr>
        <w:drawing>
          <wp:anchor distT="0" distB="0" distL="114300" distR="114300" simplePos="0" relativeHeight="251669504" behindDoc="1" locked="0" layoutInCell="1" allowOverlap="1" wp14:anchorId="5C04437D" wp14:editId="707A9223">
            <wp:simplePos x="0" y="0"/>
            <wp:positionH relativeFrom="margin">
              <wp:posOffset>-424815</wp:posOffset>
            </wp:positionH>
            <wp:positionV relativeFrom="paragraph">
              <wp:posOffset>0</wp:posOffset>
            </wp:positionV>
            <wp:extent cx="6724650" cy="9519920"/>
            <wp:effectExtent l="0" t="0" r="0" b="5080"/>
            <wp:wrapTight wrapText="bothSides">
              <wp:wrapPolygon edited="0">
                <wp:start x="0" y="0"/>
                <wp:lineTo x="0" y="21568"/>
                <wp:lineTo x="21539" y="21568"/>
                <wp:lineTo x="21539" y="0"/>
                <wp:lineTo x="0" y="0"/>
              </wp:wrapPolygon>
            </wp:wrapTight>
            <wp:docPr id="175407210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4650" cy="951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r w:rsidR="00341468">
        <w:rPr>
          <w:rFonts w:ascii="Times New Roman" w:eastAsia="Times New Roman" w:hAnsi="Times New Roman" w:cs="Times New Roman"/>
          <w:sz w:val="24"/>
          <w:szCs w:val="24"/>
          <w:lang w:val="sv-SE" w:eastAsia="sv-SE"/>
        </w:rPr>
        <w:tab/>
      </w:r>
    </w:p>
    <w:p w14:paraId="1216CB33" w14:textId="77777777" w:rsidR="00165D4E" w:rsidRDefault="00165D4E" w:rsidP="00D440EE">
      <w:pPr>
        <w:pStyle w:val="Rubrik1"/>
        <w:rPr>
          <w:rFonts w:ascii="Arial" w:hAnsi="Arial" w:cs="Arial"/>
          <w:color w:val="auto"/>
          <w:lang w:val="sv-SE"/>
        </w:rPr>
      </w:pPr>
    </w:p>
    <w:p w14:paraId="1EF3B895" w14:textId="76E60DD8" w:rsidR="00B86FA6" w:rsidRPr="00AE3CBB" w:rsidRDefault="00B86FA6" w:rsidP="00D440EE">
      <w:pPr>
        <w:pStyle w:val="Rubrik1"/>
        <w:rPr>
          <w:rFonts w:ascii="Arial" w:hAnsi="Arial" w:cs="Arial"/>
          <w:color w:val="auto"/>
          <w:lang w:val="sv-SE"/>
        </w:rPr>
      </w:pPr>
      <w:r w:rsidRPr="00AE3CBB">
        <w:rPr>
          <w:rFonts w:ascii="Arial" w:hAnsi="Arial" w:cs="Arial"/>
          <w:color w:val="auto"/>
          <w:lang w:val="sv-SE"/>
        </w:rPr>
        <w:t xml:space="preserve">Omslagets syntolkning: </w:t>
      </w:r>
    </w:p>
    <w:p w14:paraId="23C91919" w14:textId="74DA5110" w:rsidR="00AA0E2F" w:rsidRPr="00662327" w:rsidRDefault="000E6973" w:rsidP="00AE3CBB">
      <w:pPr>
        <w:rPr>
          <w:rFonts w:ascii="Arial" w:hAnsi="Arial" w:cs="Arial"/>
          <w:color w:val="000000" w:themeColor="text1"/>
          <w:sz w:val="28"/>
          <w:szCs w:val="28"/>
          <w:lang w:val="sv-SE"/>
        </w:rPr>
      </w:pPr>
      <w:r w:rsidRPr="00662327">
        <w:rPr>
          <w:rFonts w:ascii="Arial" w:hAnsi="Arial" w:cs="Arial"/>
          <w:color w:val="000000" w:themeColor="text1"/>
          <w:sz w:val="28"/>
          <w:szCs w:val="28"/>
          <w:lang w:val="sv-SE"/>
        </w:rPr>
        <w:t>En person med långt hår och hatt sitter vänd bort från betraktaren på en stillsam sandstrand vid havet, omgiven av ro och välbefinnande.</w:t>
      </w:r>
    </w:p>
    <w:p w14:paraId="1C4F5D5C" w14:textId="77777777" w:rsidR="00AA0E2F" w:rsidRDefault="00AA0E2F" w:rsidP="00AE3CBB">
      <w:pPr>
        <w:rPr>
          <w:rFonts w:ascii="Arial" w:hAnsi="Arial" w:cs="Arial"/>
          <w:sz w:val="28"/>
          <w:szCs w:val="28"/>
          <w:lang w:val="sv-SE"/>
        </w:rPr>
      </w:pPr>
    </w:p>
    <w:p w14:paraId="196E405D" w14:textId="77777777" w:rsidR="00AA0E2F" w:rsidRDefault="00AA0E2F" w:rsidP="00AE3CBB">
      <w:pPr>
        <w:rPr>
          <w:rFonts w:ascii="Arial" w:hAnsi="Arial" w:cs="Arial"/>
          <w:sz w:val="28"/>
          <w:szCs w:val="28"/>
          <w:lang w:val="sv-SE"/>
        </w:rPr>
      </w:pPr>
    </w:p>
    <w:p w14:paraId="07ABF1A6" w14:textId="1C58ED07" w:rsidR="00AA0E2F" w:rsidRDefault="00341468" w:rsidP="00AE3CBB">
      <w:pPr>
        <w:rPr>
          <w:rFonts w:ascii="Arial" w:hAnsi="Arial" w:cs="Arial"/>
          <w:sz w:val="28"/>
          <w:szCs w:val="28"/>
          <w:lang w:val="sv-SE"/>
        </w:rPr>
      </w:pPr>
      <w:r>
        <w:rPr>
          <w:rFonts w:ascii="Arial" w:hAnsi="Arial" w:cs="Arial"/>
          <w:sz w:val="28"/>
          <w:szCs w:val="28"/>
          <w:lang w:val="sv-SE"/>
        </w:rPr>
        <w:tab/>
      </w:r>
      <w:r>
        <w:rPr>
          <w:rFonts w:ascii="Arial" w:hAnsi="Arial" w:cs="Arial"/>
          <w:sz w:val="28"/>
          <w:szCs w:val="28"/>
          <w:lang w:val="sv-SE"/>
        </w:rPr>
        <w:tab/>
      </w:r>
    </w:p>
    <w:p w14:paraId="5322D839" w14:textId="77777777" w:rsidR="00AA0E2F" w:rsidRDefault="00AA0E2F" w:rsidP="00AE3CBB">
      <w:pPr>
        <w:rPr>
          <w:rFonts w:ascii="Arial" w:hAnsi="Arial" w:cs="Arial"/>
          <w:sz w:val="28"/>
          <w:szCs w:val="28"/>
          <w:lang w:val="sv-SE"/>
        </w:rPr>
      </w:pPr>
    </w:p>
    <w:p w14:paraId="4647FBE5" w14:textId="77777777" w:rsidR="00AA0E2F" w:rsidRDefault="00AA0E2F" w:rsidP="00AE3CBB">
      <w:pPr>
        <w:rPr>
          <w:rFonts w:ascii="Arial" w:hAnsi="Arial" w:cs="Arial"/>
          <w:sz w:val="28"/>
          <w:szCs w:val="28"/>
          <w:lang w:val="sv-SE"/>
        </w:rPr>
      </w:pPr>
    </w:p>
    <w:p w14:paraId="1223C511" w14:textId="77777777" w:rsidR="00AA0E2F" w:rsidRDefault="00AA0E2F" w:rsidP="00AE3CBB">
      <w:pPr>
        <w:rPr>
          <w:rFonts w:ascii="Arial" w:hAnsi="Arial" w:cs="Arial"/>
          <w:sz w:val="28"/>
          <w:szCs w:val="28"/>
          <w:lang w:val="sv-SE"/>
        </w:rPr>
      </w:pPr>
    </w:p>
    <w:p w14:paraId="54AD270C" w14:textId="77777777" w:rsidR="00AA0E2F" w:rsidRDefault="00AA0E2F" w:rsidP="00AE3CBB">
      <w:pPr>
        <w:rPr>
          <w:rFonts w:ascii="Arial" w:hAnsi="Arial" w:cs="Arial"/>
          <w:sz w:val="28"/>
          <w:szCs w:val="28"/>
          <w:lang w:val="sv-SE"/>
        </w:rPr>
      </w:pPr>
    </w:p>
    <w:p w14:paraId="064AF45B" w14:textId="77777777" w:rsidR="00AA0E2F" w:rsidRDefault="00AA0E2F" w:rsidP="00AE3CBB">
      <w:pPr>
        <w:rPr>
          <w:rFonts w:ascii="Arial" w:hAnsi="Arial" w:cs="Arial"/>
          <w:sz w:val="28"/>
          <w:szCs w:val="28"/>
          <w:lang w:val="sv-SE"/>
        </w:rPr>
      </w:pPr>
    </w:p>
    <w:p w14:paraId="325CA9F2" w14:textId="77777777" w:rsidR="00AA0E2F" w:rsidRDefault="00AA0E2F" w:rsidP="00AE3CBB">
      <w:pPr>
        <w:rPr>
          <w:rFonts w:ascii="Arial" w:hAnsi="Arial" w:cs="Arial"/>
          <w:sz w:val="28"/>
          <w:szCs w:val="28"/>
          <w:lang w:val="sv-SE"/>
        </w:rPr>
      </w:pPr>
    </w:p>
    <w:p w14:paraId="51C94CCB" w14:textId="77777777" w:rsidR="00AA0E2F" w:rsidRDefault="00AA0E2F" w:rsidP="00AE3CBB">
      <w:pPr>
        <w:rPr>
          <w:rFonts w:ascii="Arial" w:hAnsi="Arial" w:cs="Arial"/>
          <w:sz w:val="28"/>
          <w:szCs w:val="28"/>
          <w:lang w:val="sv-SE"/>
        </w:rPr>
      </w:pPr>
    </w:p>
    <w:p w14:paraId="6D70329A" w14:textId="77777777" w:rsidR="00AA0E2F" w:rsidRDefault="00AA0E2F" w:rsidP="00AE3CBB">
      <w:pPr>
        <w:rPr>
          <w:rFonts w:ascii="Arial" w:hAnsi="Arial" w:cs="Arial"/>
          <w:sz w:val="28"/>
          <w:szCs w:val="28"/>
          <w:lang w:val="sv-SE"/>
        </w:rPr>
      </w:pPr>
    </w:p>
    <w:p w14:paraId="612CF4BA" w14:textId="77777777" w:rsidR="00AA0E2F" w:rsidRDefault="00AA0E2F" w:rsidP="00AE3CBB">
      <w:pPr>
        <w:rPr>
          <w:rFonts w:ascii="Arial" w:hAnsi="Arial" w:cs="Arial"/>
          <w:sz w:val="28"/>
          <w:szCs w:val="28"/>
          <w:lang w:val="sv-SE"/>
        </w:rPr>
      </w:pPr>
    </w:p>
    <w:p w14:paraId="0EB8E0B4" w14:textId="77777777" w:rsidR="00AA0E2F" w:rsidRDefault="00AA0E2F" w:rsidP="00AE3CBB">
      <w:pPr>
        <w:rPr>
          <w:rFonts w:ascii="Arial" w:hAnsi="Arial" w:cs="Arial"/>
          <w:sz w:val="28"/>
          <w:szCs w:val="28"/>
          <w:lang w:val="sv-SE"/>
        </w:rPr>
      </w:pPr>
    </w:p>
    <w:p w14:paraId="0C36A954" w14:textId="77777777" w:rsidR="00AA0E2F" w:rsidRDefault="00AA0E2F" w:rsidP="00AE3CBB">
      <w:pPr>
        <w:rPr>
          <w:rFonts w:ascii="Arial" w:hAnsi="Arial" w:cs="Arial"/>
          <w:sz w:val="28"/>
          <w:szCs w:val="28"/>
          <w:lang w:val="sv-SE"/>
        </w:rPr>
      </w:pPr>
    </w:p>
    <w:p w14:paraId="3C893C37" w14:textId="77777777" w:rsidR="00AA0E2F" w:rsidRDefault="00AA0E2F" w:rsidP="00AE3CBB">
      <w:pPr>
        <w:rPr>
          <w:rFonts w:ascii="Arial" w:hAnsi="Arial" w:cs="Arial"/>
          <w:sz w:val="28"/>
          <w:szCs w:val="28"/>
          <w:lang w:val="sv-SE"/>
        </w:rPr>
      </w:pPr>
    </w:p>
    <w:p w14:paraId="2D9CBFDF" w14:textId="77777777" w:rsidR="00AA0E2F" w:rsidRDefault="00AA0E2F" w:rsidP="00AE3CBB">
      <w:pPr>
        <w:rPr>
          <w:rFonts w:ascii="Arial" w:hAnsi="Arial" w:cs="Arial"/>
          <w:sz w:val="28"/>
          <w:szCs w:val="28"/>
          <w:lang w:val="sv-SE"/>
        </w:rPr>
      </w:pPr>
    </w:p>
    <w:p w14:paraId="662D5246" w14:textId="77777777" w:rsidR="006652B6" w:rsidRDefault="006652B6" w:rsidP="00AE3CBB">
      <w:pPr>
        <w:rPr>
          <w:rFonts w:ascii="Arial" w:hAnsi="Arial" w:cs="Arial"/>
          <w:sz w:val="28"/>
          <w:szCs w:val="28"/>
          <w:lang w:val="sv-SE"/>
        </w:rPr>
      </w:pPr>
    </w:p>
    <w:p w14:paraId="613ABE1C" w14:textId="77777777" w:rsidR="00AA0E2F" w:rsidRDefault="00AA0E2F" w:rsidP="00AE3CBB">
      <w:pPr>
        <w:rPr>
          <w:rFonts w:ascii="Arial" w:hAnsi="Arial" w:cs="Arial"/>
          <w:sz w:val="28"/>
          <w:szCs w:val="28"/>
          <w:lang w:val="sv-SE"/>
        </w:rPr>
      </w:pPr>
    </w:p>
    <w:p w14:paraId="14501E67" w14:textId="77777777" w:rsidR="00AA0E2F" w:rsidRDefault="00AA0E2F" w:rsidP="00AE3CBB">
      <w:pPr>
        <w:rPr>
          <w:rFonts w:ascii="Arial" w:hAnsi="Arial" w:cs="Arial"/>
          <w:sz w:val="28"/>
          <w:szCs w:val="28"/>
          <w:lang w:val="sv-SE"/>
        </w:rPr>
      </w:pPr>
    </w:p>
    <w:p w14:paraId="1B44D917" w14:textId="77777777" w:rsidR="00AA0E2F" w:rsidRDefault="00AA0E2F" w:rsidP="00AE3CBB">
      <w:pPr>
        <w:rPr>
          <w:rFonts w:ascii="Arial" w:hAnsi="Arial" w:cs="Arial"/>
          <w:sz w:val="28"/>
          <w:szCs w:val="28"/>
          <w:lang w:val="sv-SE"/>
        </w:rPr>
      </w:pPr>
    </w:p>
    <w:p w14:paraId="0AF09D61" w14:textId="77777777" w:rsidR="00AA0E2F" w:rsidRDefault="00AA0E2F" w:rsidP="00AE3CBB">
      <w:pPr>
        <w:rPr>
          <w:rFonts w:ascii="Arial" w:hAnsi="Arial" w:cs="Arial"/>
          <w:sz w:val="28"/>
          <w:szCs w:val="28"/>
          <w:lang w:val="sv-SE"/>
        </w:rPr>
      </w:pPr>
    </w:p>
    <w:bookmarkEnd w:id="0"/>
    <w:bookmarkEnd w:id="1"/>
    <w:bookmarkEnd w:id="2"/>
    <w:p w14:paraId="4B72C07C" w14:textId="77777777" w:rsidR="002A7D33" w:rsidRDefault="002A7D33" w:rsidP="00B12D85">
      <w:pPr>
        <w:keepNext/>
        <w:keepLines/>
        <w:spacing w:before="480" w:after="0"/>
        <w:outlineLvl w:val="0"/>
        <w:rPr>
          <w:rFonts w:ascii="Arial" w:eastAsiaTheme="majorEastAsia" w:hAnsi="Arial" w:cs="Arial"/>
          <w:b/>
          <w:bCs/>
          <w:color w:val="365F91" w:themeColor="accent1" w:themeShade="BF"/>
          <w:sz w:val="36"/>
          <w:szCs w:val="36"/>
          <w:lang w:val="sv-SE"/>
        </w:rPr>
      </w:pPr>
    </w:p>
    <w:p w14:paraId="39141BC7" w14:textId="0274872F" w:rsidR="006652B6" w:rsidRPr="00341468" w:rsidRDefault="00B12D85" w:rsidP="00341468">
      <w:pPr>
        <w:pStyle w:val="Rubrik2"/>
        <w:rPr>
          <w:rFonts w:ascii="Arial" w:hAnsi="Arial" w:cs="Arial"/>
          <w:sz w:val="36"/>
          <w:szCs w:val="36"/>
          <w:lang w:val="sv-SE"/>
        </w:rPr>
      </w:pPr>
      <w:r w:rsidRPr="00341468">
        <w:rPr>
          <w:rFonts w:ascii="Arial" w:hAnsi="Arial" w:cs="Arial"/>
          <w:sz w:val="36"/>
          <w:szCs w:val="36"/>
          <w:lang w:val="sv-SE"/>
        </w:rPr>
        <w:t>Innehåll</w:t>
      </w:r>
    </w:p>
    <w:bookmarkStart w:id="3" w:name="_Toc132890625" w:displacedByCustomXml="next"/>
    <w:bookmarkStart w:id="4" w:name="_Toc150507750" w:displacedByCustomXml="next"/>
    <w:sdt>
      <w:sdtPr>
        <w:rPr>
          <w:rFonts w:ascii="Arial" w:eastAsia="Calibri" w:hAnsi="Arial" w:cs="Arial"/>
        </w:rPr>
        <w:id w:val="570238428"/>
        <w:docPartObj>
          <w:docPartGallery w:val="Table of Contents"/>
          <w:docPartUnique/>
        </w:docPartObj>
      </w:sdtPr>
      <w:sdtEndPr>
        <w:rPr>
          <w:rFonts w:ascii="Sofia Sans" w:eastAsiaTheme="minorEastAsia" w:hAnsi="Sofia Sans" w:cstheme="minorBidi"/>
        </w:rPr>
      </w:sdtEndPr>
      <w:sdtContent>
        <w:p w14:paraId="0D7A3475" w14:textId="77777777" w:rsidR="00B12D85" w:rsidRPr="00B12D85" w:rsidRDefault="00B12D85" w:rsidP="00AB2F7F">
          <w:pPr>
            <w:keepNext/>
            <w:keepLines/>
            <w:spacing w:after="0" w:line="360" w:lineRule="auto"/>
            <w:rPr>
              <w:rFonts w:ascii="Arial" w:eastAsiaTheme="majorEastAsia" w:hAnsi="Arial" w:cs="Arial"/>
              <w:noProof/>
              <w:sz w:val="28"/>
              <w:szCs w:val="28"/>
              <w:lang w:val="sv-SE"/>
            </w:rPr>
          </w:pPr>
          <w:r w:rsidRPr="00B12D85">
            <w:rPr>
              <w:rFonts w:ascii="Arial" w:eastAsiaTheme="majorEastAsia" w:hAnsi="Arial" w:cs="Arial"/>
              <w:sz w:val="28"/>
              <w:szCs w:val="28"/>
            </w:rPr>
            <w:fldChar w:fldCharType="begin"/>
          </w:r>
          <w:r w:rsidRPr="00B12D85">
            <w:rPr>
              <w:rFonts w:ascii="Arial" w:eastAsiaTheme="majorEastAsia" w:hAnsi="Arial" w:cs="Arial"/>
              <w:sz w:val="28"/>
              <w:szCs w:val="28"/>
              <w:lang w:val="sv-SE"/>
            </w:rPr>
            <w:instrText xml:space="preserve"> TOC \o "1-3" \h \z \u </w:instrText>
          </w:r>
          <w:r w:rsidRPr="00B12D85">
            <w:rPr>
              <w:rFonts w:ascii="Arial" w:eastAsiaTheme="majorEastAsia" w:hAnsi="Arial" w:cs="Arial"/>
              <w:sz w:val="28"/>
              <w:szCs w:val="28"/>
            </w:rPr>
            <w:fldChar w:fldCharType="separate"/>
          </w:r>
          <w:r w:rsidRPr="00B12D85">
            <w:rPr>
              <w:rFonts w:ascii="Arial" w:eastAsiaTheme="majorEastAsia" w:hAnsi="Arial" w:cs="Arial"/>
              <w:noProof/>
              <w:sz w:val="28"/>
              <w:szCs w:val="28"/>
              <w:lang w:val="sv-SE"/>
            </w:rPr>
            <w:t xml:space="preserve">Upptäck världen med SRF Go! </w:t>
          </w:r>
        </w:p>
        <w:p w14:paraId="243B2587" w14:textId="05B23EE8"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01" w:history="1">
            <w:r w:rsidRPr="00B12D85">
              <w:rPr>
                <w:rFonts w:ascii="Arial" w:eastAsiaTheme="majorEastAsia" w:hAnsi="Arial" w:cs="Arial"/>
                <w:noProof/>
                <w:sz w:val="28"/>
                <w:szCs w:val="28"/>
                <w:lang w:val="sv-SE" w:eastAsia="sv-SE"/>
              </w:rPr>
              <w:t>Säsongens gruppresor</w:t>
            </w:r>
            <w:r w:rsidRPr="00B12D85">
              <w:rPr>
                <w:rFonts w:ascii="Arial" w:eastAsia="Calibri" w:hAnsi="Arial" w:cs="Arial"/>
                <w:noProof/>
                <w:webHidden/>
                <w:sz w:val="28"/>
                <w:szCs w:val="28"/>
                <w:lang w:val="sv-SE"/>
              </w:rPr>
              <w:tab/>
            </w:r>
            <w:r w:rsidR="0079749E">
              <w:rPr>
                <w:rFonts w:ascii="Arial" w:eastAsia="Calibri" w:hAnsi="Arial" w:cs="Arial"/>
                <w:noProof/>
                <w:webHidden/>
                <w:sz w:val="28"/>
                <w:szCs w:val="28"/>
                <w:lang w:val="sv-SE"/>
              </w:rPr>
              <w:t>4</w:t>
            </w:r>
          </w:hyperlink>
        </w:p>
        <w:p w14:paraId="0C1B684A" w14:textId="4BB73A63" w:rsidR="00B12D85" w:rsidRPr="00B12D85" w:rsidRDefault="005C3226" w:rsidP="00AB2F7F">
          <w:pPr>
            <w:spacing w:after="0" w:line="360" w:lineRule="auto"/>
            <w:outlineLvl w:val="1"/>
            <w:rPr>
              <w:rFonts w:ascii="Arial" w:eastAsia="Times New Roman" w:hAnsi="Arial" w:cs="Arial"/>
              <w:noProof/>
              <w:sz w:val="28"/>
              <w:szCs w:val="28"/>
              <w:lang w:val="sv-SE" w:eastAsia="sv-SE"/>
            </w:rPr>
          </w:pPr>
          <w:r w:rsidRPr="00B12D85">
            <w:rPr>
              <w:rFonts w:ascii="Arial" w:eastAsia="Times New Roman" w:hAnsi="Arial" w:cs="Arial"/>
              <w:noProof/>
              <w:sz w:val="28"/>
              <w:szCs w:val="28"/>
              <w:lang w:val="sv-SE" w:eastAsia="sv-SE"/>
            </w:rPr>
            <w:t>Avkoppling i Tallinn - båtresa och spa i ett</w:t>
          </w:r>
          <w:r w:rsidRPr="00AB2F7F">
            <w:rPr>
              <w:rFonts w:ascii="Arial" w:eastAsia="Times New Roman" w:hAnsi="Arial" w:cs="Arial"/>
              <w:noProof/>
              <w:sz w:val="28"/>
              <w:szCs w:val="28"/>
              <w:lang w:val="sv-SE" w:eastAsia="sv-SE"/>
            </w:rPr>
            <w:t>…………………</w:t>
          </w:r>
          <w:r w:rsidR="00AB2F7F">
            <w:rPr>
              <w:rFonts w:ascii="Arial" w:eastAsia="Times New Roman" w:hAnsi="Arial" w:cs="Arial"/>
              <w:noProof/>
              <w:sz w:val="28"/>
              <w:szCs w:val="28"/>
              <w:lang w:val="sv-SE" w:eastAsia="sv-SE"/>
            </w:rPr>
            <w:t>……………</w:t>
          </w:r>
          <w:r w:rsidR="00EE3F34">
            <w:rPr>
              <w:rFonts w:ascii="Arial" w:eastAsia="Times New Roman" w:hAnsi="Arial" w:cs="Arial"/>
              <w:noProof/>
              <w:sz w:val="28"/>
              <w:szCs w:val="28"/>
              <w:lang w:val="sv-SE" w:eastAsia="sv-SE"/>
            </w:rPr>
            <w:t>…</w:t>
          </w:r>
          <w:r w:rsidR="00E706F3">
            <w:rPr>
              <w:rFonts w:ascii="Arial" w:eastAsia="Times New Roman" w:hAnsi="Arial" w:cs="Arial"/>
              <w:noProof/>
              <w:sz w:val="28"/>
              <w:szCs w:val="28"/>
              <w:lang w:val="sv-SE" w:eastAsia="sv-SE"/>
            </w:rPr>
            <w:t xml:space="preserve"> </w:t>
          </w:r>
          <w:r w:rsidR="0079749E">
            <w:rPr>
              <w:rFonts w:ascii="Arial" w:eastAsia="Times New Roman" w:hAnsi="Arial" w:cs="Arial"/>
              <w:noProof/>
              <w:sz w:val="28"/>
              <w:szCs w:val="28"/>
              <w:lang w:val="sv-SE" w:eastAsia="sv-SE"/>
            </w:rPr>
            <w:t>5</w:t>
          </w:r>
          <w:r w:rsidR="00264A7C">
            <w:rPr>
              <w:rFonts w:ascii="Arial" w:eastAsia="Times New Roman" w:hAnsi="Arial" w:cs="Arial"/>
              <w:noProof/>
              <w:sz w:val="28"/>
              <w:szCs w:val="28"/>
              <w:lang w:val="sv-SE" w:eastAsia="sv-SE"/>
            </w:rPr>
            <w:t xml:space="preserve"> </w:t>
          </w:r>
        </w:p>
        <w:p w14:paraId="04C1C214" w14:textId="0FDFC221" w:rsidR="005C3226" w:rsidRPr="00AB2F7F" w:rsidRDefault="005C3226" w:rsidP="00AB2F7F">
          <w:pPr>
            <w:spacing w:after="0" w:line="360" w:lineRule="auto"/>
            <w:rPr>
              <w:rFonts w:ascii="Arial" w:eastAsiaTheme="majorEastAsia" w:hAnsi="Arial" w:cs="Arial"/>
              <w:noProof/>
              <w:sz w:val="28"/>
              <w:szCs w:val="28"/>
              <w:lang w:val="sv-SE"/>
            </w:rPr>
          </w:pPr>
          <w:r w:rsidRPr="00B12D85">
            <w:rPr>
              <w:rFonts w:ascii="Arial" w:hAnsi="Arial" w:cs="Arial"/>
              <w:noProof/>
              <w:sz w:val="28"/>
              <w:szCs w:val="28"/>
              <w:lang w:val="sv-SE"/>
            </w:rPr>
            <w:t>Litteraturbåtsalongen – en SRF Go-klassiker</w:t>
          </w:r>
          <w:r w:rsidRPr="00AB2F7F">
            <w:rPr>
              <w:rFonts w:ascii="Arial" w:eastAsia="Calibri" w:hAnsi="Arial" w:cs="Arial"/>
              <w:noProof/>
              <w:sz w:val="28"/>
              <w:szCs w:val="28"/>
              <w:lang w:val="sv-SE"/>
            </w:rPr>
            <w:t>……………</w:t>
          </w:r>
          <w:r w:rsidR="00AB2F7F">
            <w:rPr>
              <w:rFonts w:ascii="Arial" w:eastAsia="Calibri" w:hAnsi="Arial" w:cs="Arial"/>
              <w:noProof/>
              <w:sz w:val="28"/>
              <w:szCs w:val="28"/>
              <w:lang w:val="sv-SE"/>
            </w:rPr>
            <w:t>…………………</w:t>
          </w:r>
          <w:r w:rsidR="0079749E">
            <w:rPr>
              <w:rFonts w:ascii="Arial" w:eastAsia="Calibri" w:hAnsi="Arial" w:cs="Arial"/>
              <w:noProof/>
              <w:sz w:val="28"/>
              <w:szCs w:val="28"/>
              <w:lang w:val="sv-SE"/>
            </w:rPr>
            <w:t>6</w:t>
          </w:r>
          <w:r w:rsidRPr="00AB2F7F">
            <w:rPr>
              <w:rFonts w:ascii="Arial" w:eastAsiaTheme="majorEastAsia" w:hAnsi="Arial" w:cs="Arial"/>
              <w:noProof/>
              <w:sz w:val="28"/>
              <w:szCs w:val="28"/>
              <w:lang w:val="sv-SE"/>
            </w:rPr>
            <w:t xml:space="preserve"> </w:t>
          </w:r>
        </w:p>
        <w:p w14:paraId="50412282" w14:textId="690FB7AB" w:rsidR="00B12D85" w:rsidRPr="00AB2F7F" w:rsidRDefault="005C3226" w:rsidP="00AB2F7F">
          <w:pPr>
            <w:spacing w:after="0" w:line="360" w:lineRule="auto"/>
            <w:rPr>
              <w:rFonts w:ascii="Arial" w:eastAsiaTheme="majorEastAsia" w:hAnsi="Arial" w:cs="Arial"/>
              <w:noProof/>
              <w:sz w:val="28"/>
              <w:szCs w:val="28"/>
              <w:lang w:val="sv-SE"/>
            </w:rPr>
          </w:pPr>
          <w:r w:rsidRPr="00B12D85">
            <w:rPr>
              <w:rFonts w:ascii="Arial" w:eastAsiaTheme="majorEastAsia" w:hAnsi="Arial" w:cs="Arial"/>
              <w:noProof/>
              <w:sz w:val="28"/>
              <w:szCs w:val="28"/>
              <w:lang w:val="sv-SE"/>
            </w:rPr>
            <w:t>Guidad visning på Synskadades Museum i Stockholm</w:t>
          </w:r>
          <w:r w:rsidRPr="00AB2F7F">
            <w:rPr>
              <w:rFonts w:ascii="Arial" w:eastAsiaTheme="majorEastAsia" w:hAnsi="Arial" w:cs="Arial"/>
              <w:noProof/>
              <w:sz w:val="28"/>
              <w:szCs w:val="28"/>
              <w:lang w:val="sv-SE"/>
            </w:rPr>
            <w:t>…………</w:t>
          </w:r>
          <w:r w:rsidR="00AB2F7F">
            <w:rPr>
              <w:rFonts w:ascii="Arial" w:eastAsiaTheme="majorEastAsia" w:hAnsi="Arial" w:cs="Arial"/>
              <w:noProof/>
              <w:sz w:val="28"/>
              <w:szCs w:val="28"/>
              <w:lang w:val="sv-SE"/>
            </w:rPr>
            <w:t>………</w:t>
          </w:r>
          <w:r w:rsidR="0079749E">
            <w:rPr>
              <w:rFonts w:ascii="Arial" w:eastAsiaTheme="majorEastAsia" w:hAnsi="Arial" w:cs="Arial"/>
              <w:noProof/>
              <w:sz w:val="28"/>
              <w:szCs w:val="28"/>
              <w:lang w:val="sv-SE"/>
            </w:rPr>
            <w:t>...7</w:t>
          </w:r>
        </w:p>
        <w:p w14:paraId="0B681C1F" w14:textId="78FD5F35" w:rsidR="005C3226" w:rsidRPr="00B12D85" w:rsidRDefault="005C3226" w:rsidP="00AB2F7F">
          <w:pPr>
            <w:spacing w:after="0" w:line="360" w:lineRule="auto"/>
            <w:outlineLvl w:val="1"/>
            <w:rPr>
              <w:rFonts w:ascii="Arial" w:eastAsia="Times New Roman" w:hAnsi="Arial" w:cs="Arial"/>
              <w:noProof/>
              <w:sz w:val="28"/>
              <w:szCs w:val="28"/>
              <w:lang w:val="sv-SE" w:eastAsia="sv-SE"/>
            </w:rPr>
          </w:pPr>
          <w:r w:rsidRPr="00B12D85">
            <w:rPr>
              <w:rFonts w:ascii="Arial" w:eastAsia="Times New Roman" w:hAnsi="Arial" w:cs="Arial"/>
              <w:noProof/>
              <w:sz w:val="28"/>
              <w:szCs w:val="28"/>
              <w:lang w:val="sv-SE" w:eastAsia="sv-SE"/>
            </w:rPr>
            <w:t xml:space="preserve">Strandläge och </w:t>
          </w:r>
          <w:r w:rsidRPr="00AB2F7F">
            <w:rPr>
              <w:rFonts w:ascii="Arial" w:eastAsia="Times New Roman" w:hAnsi="Arial" w:cs="Arial"/>
              <w:noProof/>
              <w:sz w:val="28"/>
              <w:szCs w:val="28"/>
              <w:lang w:val="sv-SE" w:eastAsia="sv-SE"/>
            </w:rPr>
            <w:t>A</w:t>
          </w:r>
          <w:r w:rsidRPr="00B12D85">
            <w:rPr>
              <w:rFonts w:ascii="Arial" w:eastAsia="Times New Roman" w:hAnsi="Arial" w:cs="Arial"/>
              <w:noProof/>
              <w:sz w:val="28"/>
              <w:szCs w:val="28"/>
              <w:lang w:val="sv-SE" w:eastAsia="sv-SE"/>
            </w:rPr>
            <w:t xml:space="preserve">ll </w:t>
          </w:r>
          <w:r w:rsidRPr="00AB2F7F">
            <w:rPr>
              <w:rFonts w:ascii="Arial" w:eastAsia="Times New Roman" w:hAnsi="Arial" w:cs="Arial"/>
              <w:noProof/>
              <w:sz w:val="28"/>
              <w:szCs w:val="28"/>
              <w:lang w:val="sv-SE" w:eastAsia="sv-SE"/>
            </w:rPr>
            <w:t>I</w:t>
          </w:r>
          <w:r w:rsidRPr="00B12D85">
            <w:rPr>
              <w:rFonts w:ascii="Arial" w:eastAsia="Times New Roman" w:hAnsi="Arial" w:cs="Arial"/>
              <w:noProof/>
              <w:sz w:val="28"/>
              <w:szCs w:val="28"/>
              <w:lang w:val="sv-SE" w:eastAsia="sv-SE"/>
            </w:rPr>
            <w:t>nclusive i Turkiet</w:t>
          </w:r>
          <w:r w:rsidRPr="00AB2F7F">
            <w:rPr>
              <w:rFonts w:ascii="Arial" w:eastAsia="Times New Roman" w:hAnsi="Arial" w:cs="Arial"/>
              <w:noProof/>
              <w:sz w:val="28"/>
              <w:szCs w:val="28"/>
              <w:lang w:val="sv-SE" w:eastAsia="sv-SE"/>
            </w:rPr>
            <w:t>………</w:t>
          </w:r>
          <w:r w:rsidR="00AB2F7F">
            <w:rPr>
              <w:rFonts w:ascii="Arial" w:eastAsia="Times New Roman" w:hAnsi="Arial" w:cs="Arial"/>
              <w:noProof/>
              <w:sz w:val="28"/>
              <w:szCs w:val="28"/>
              <w:lang w:val="sv-SE" w:eastAsia="sv-SE"/>
            </w:rPr>
            <w:t>………………………………..</w:t>
          </w:r>
          <w:r w:rsidR="0079749E">
            <w:rPr>
              <w:rFonts w:ascii="Arial" w:eastAsia="Times New Roman" w:hAnsi="Arial" w:cs="Arial"/>
              <w:noProof/>
              <w:sz w:val="28"/>
              <w:szCs w:val="28"/>
              <w:lang w:val="sv-SE" w:eastAsia="sv-SE"/>
            </w:rPr>
            <w:t>8</w:t>
          </w:r>
        </w:p>
        <w:p w14:paraId="58ABD21D" w14:textId="7D47962D" w:rsidR="005C3226" w:rsidRPr="00B12D85" w:rsidRDefault="005C3226" w:rsidP="00AB2F7F">
          <w:pPr>
            <w:spacing w:after="0" w:line="360" w:lineRule="auto"/>
            <w:rPr>
              <w:rFonts w:ascii="Arial" w:eastAsia="Times New Roman" w:hAnsi="Arial" w:cs="Arial"/>
              <w:noProof/>
              <w:sz w:val="28"/>
              <w:szCs w:val="28"/>
              <w:lang w:val="sv-SE" w:eastAsia="sv-SE"/>
            </w:rPr>
          </w:pPr>
          <w:r w:rsidRPr="00B12D85">
            <w:rPr>
              <w:rFonts w:ascii="Arial" w:eastAsiaTheme="majorEastAsia" w:hAnsi="Arial" w:cs="Arial"/>
              <w:noProof/>
              <w:sz w:val="28"/>
              <w:szCs w:val="28"/>
              <w:lang w:val="sv-SE" w:eastAsia="sv-SE"/>
            </w:rPr>
            <w:t>En oförglömlig resa till Lappland med den historiska Inlandsbanan</w:t>
          </w:r>
          <w:r w:rsidR="00AB2F7F">
            <w:rPr>
              <w:rFonts w:ascii="Arial" w:eastAsiaTheme="majorEastAsia" w:hAnsi="Arial" w:cs="Arial"/>
              <w:noProof/>
              <w:sz w:val="28"/>
              <w:szCs w:val="28"/>
              <w:lang w:val="sv-SE" w:eastAsia="sv-SE"/>
            </w:rPr>
            <w:t>……..</w:t>
          </w:r>
          <w:r w:rsidR="0079749E">
            <w:rPr>
              <w:rFonts w:ascii="Arial" w:eastAsiaTheme="majorEastAsia" w:hAnsi="Arial" w:cs="Arial"/>
              <w:noProof/>
              <w:sz w:val="28"/>
              <w:szCs w:val="28"/>
              <w:lang w:val="sv-SE" w:eastAsia="sv-SE"/>
            </w:rPr>
            <w:t>9</w:t>
          </w:r>
        </w:p>
        <w:p w14:paraId="1691D53C" w14:textId="5BF42440"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10" w:history="1">
            <w:r w:rsidRPr="00B12D85">
              <w:rPr>
                <w:rFonts w:ascii="Arial" w:eastAsia="Calibri" w:hAnsi="Arial" w:cs="Arial"/>
                <w:noProof/>
                <w:sz w:val="28"/>
                <w:szCs w:val="28"/>
                <w:lang w:val="sv-SE"/>
              </w:rPr>
              <w:t>Så fungerar SRF Go:s gruppresor</w:t>
            </w:r>
            <w:r w:rsidRPr="00B12D85">
              <w:rPr>
                <w:rFonts w:ascii="Arial" w:eastAsia="Calibri" w:hAnsi="Arial" w:cs="Arial"/>
                <w:noProof/>
                <w:webHidden/>
                <w:sz w:val="28"/>
                <w:szCs w:val="28"/>
                <w:lang w:val="sv-SE"/>
              </w:rPr>
              <w:tab/>
            </w:r>
          </w:hyperlink>
          <w:r w:rsidR="00A864BF">
            <w:rPr>
              <w:rFonts w:ascii="Arial" w:eastAsia="Calibri" w:hAnsi="Arial" w:cs="Arial"/>
              <w:noProof/>
              <w:sz w:val="28"/>
              <w:szCs w:val="28"/>
              <w:lang w:val="sv-SE"/>
            </w:rPr>
            <w:t>1</w:t>
          </w:r>
          <w:r w:rsidR="0079749E">
            <w:rPr>
              <w:rFonts w:ascii="Arial" w:eastAsia="Calibri" w:hAnsi="Arial" w:cs="Arial"/>
              <w:noProof/>
              <w:sz w:val="28"/>
              <w:szCs w:val="28"/>
              <w:lang w:val="sv-SE"/>
            </w:rPr>
            <w:t>2</w:t>
          </w:r>
        </w:p>
        <w:p w14:paraId="73AE17E4" w14:textId="5CA6742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20" w:history="1">
            <w:r w:rsidRPr="00B12D85">
              <w:rPr>
                <w:rFonts w:ascii="Arial" w:eastAsia="Calibri" w:hAnsi="Arial" w:cs="Arial"/>
                <w:noProof/>
                <w:sz w:val="28"/>
                <w:szCs w:val="28"/>
                <w:lang w:val="sv-SE"/>
              </w:rPr>
              <w:t>Skräddarsy din egen resa</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_Toc198883920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3823BC">
              <w:rPr>
                <w:rFonts w:ascii="Arial" w:eastAsia="Calibri" w:hAnsi="Arial" w:cs="Arial"/>
                <w:noProof/>
                <w:webHidden/>
                <w:sz w:val="28"/>
                <w:szCs w:val="28"/>
                <w:lang w:val="sv-SE"/>
              </w:rPr>
              <w:t>15</w:t>
            </w:r>
            <w:r w:rsidRPr="00B12D85">
              <w:rPr>
                <w:rFonts w:ascii="Arial" w:eastAsia="Calibri" w:hAnsi="Arial" w:cs="Arial"/>
                <w:noProof/>
                <w:webHidden/>
                <w:sz w:val="28"/>
                <w:szCs w:val="28"/>
                <w:lang w:val="sv-SE"/>
              </w:rPr>
              <w:fldChar w:fldCharType="end"/>
            </w:r>
          </w:hyperlink>
        </w:p>
        <w:p w14:paraId="78D76F66" w14:textId="1C750D96"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25" w:history="1">
            <w:r w:rsidRPr="00B12D85">
              <w:rPr>
                <w:rFonts w:ascii="Arial" w:eastAsia="Calibri" w:hAnsi="Arial" w:cs="Arial"/>
                <w:noProof/>
                <w:sz w:val="28"/>
                <w:szCs w:val="28"/>
                <w:lang w:val="sv-SE"/>
              </w:rPr>
              <w:t>Resestipendier ur Norrmans fond</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_Toc198883925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3823BC">
              <w:rPr>
                <w:rFonts w:ascii="Arial" w:eastAsia="Calibri" w:hAnsi="Arial" w:cs="Arial"/>
                <w:noProof/>
                <w:webHidden/>
                <w:sz w:val="28"/>
                <w:szCs w:val="28"/>
                <w:lang w:val="sv-SE"/>
              </w:rPr>
              <w:t>16</w:t>
            </w:r>
            <w:r w:rsidRPr="00B12D85">
              <w:rPr>
                <w:rFonts w:ascii="Arial" w:eastAsia="Calibri" w:hAnsi="Arial" w:cs="Arial"/>
                <w:noProof/>
                <w:webHidden/>
                <w:sz w:val="28"/>
                <w:szCs w:val="28"/>
                <w:lang w:val="sv-SE"/>
              </w:rPr>
              <w:fldChar w:fldCharType="end"/>
            </w:r>
          </w:hyperlink>
        </w:p>
        <w:p w14:paraId="7BD999B5" w14:textId="7088F7FD" w:rsidR="00B12D85" w:rsidRPr="00B12D85" w:rsidRDefault="00B12D85" w:rsidP="00AB2F7F">
          <w:pPr>
            <w:tabs>
              <w:tab w:val="right" w:leader="dot" w:pos="9060"/>
            </w:tabs>
            <w:spacing w:after="0" w:line="360" w:lineRule="auto"/>
            <w:rPr>
              <w:rFonts w:ascii="Arial" w:eastAsia="Calibri" w:hAnsi="Arial" w:cs="Arial"/>
              <w:noProof/>
              <w:kern w:val="2"/>
              <w:sz w:val="28"/>
              <w:szCs w:val="28"/>
              <w:lang w:val="sv-SE" w:eastAsia="sv-SE"/>
              <w14:ligatures w14:val="standardContextual"/>
            </w:rPr>
          </w:pPr>
          <w:hyperlink w:anchor="_Toc198883931" w:history="1">
            <w:r w:rsidRPr="00B12D85">
              <w:rPr>
                <w:rFonts w:ascii="Arial" w:eastAsia="Calibri" w:hAnsi="Arial" w:cs="Arial"/>
                <w:noProof/>
                <w:sz w:val="28"/>
                <w:szCs w:val="28"/>
                <w:lang w:val="sv-SE"/>
              </w:rPr>
              <w:t>Anmälningsblankett gruppresa</w:t>
            </w:r>
            <w:r w:rsidRPr="00B12D85">
              <w:rPr>
                <w:rFonts w:ascii="Arial" w:eastAsia="Calibri" w:hAnsi="Arial" w:cs="Arial"/>
                <w:noProof/>
                <w:webHidden/>
                <w:sz w:val="28"/>
                <w:szCs w:val="28"/>
                <w:lang w:val="sv-SE"/>
              </w:rPr>
              <w:tab/>
            </w:r>
            <w:r w:rsidRPr="00B12D85">
              <w:rPr>
                <w:rFonts w:ascii="Arial" w:eastAsia="Calibri" w:hAnsi="Arial" w:cs="Arial"/>
                <w:noProof/>
                <w:webHidden/>
                <w:sz w:val="28"/>
                <w:szCs w:val="28"/>
                <w:lang w:val="sv-SE"/>
              </w:rPr>
              <w:fldChar w:fldCharType="begin"/>
            </w:r>
            <w:r w:rsidRPr="00B12D85">
              <w:rPr>
                <w:rFonts w:ascii="Arial" w:eastAsia="Calibri" w:hAnsi="Arial" w:cs="Arial"/>
                <w:noProof/>
                <w:webHidden/>
                <w:sz w:val="28"/>
                <w:szCs w:val="28"/>
                <w:lang w:val="sv-SE"/>
              </w:rPr>
              <w:instrText xml:space="preserve"> PAGEREF _Toc198883931 \h </w:instrText>
            </w:r>
            <w:r w:rsidRPr="00B12D85">
              <w:rPr>
                <w:rFonts w:ascii="Arial" w:eastAsia="Calibri" w:hAnsi="Arial" w:cs="Arial"/>
                <w:noProof/>
                <w:webHidden/>
                <w:sz w:val="28"/>
                <w:szCs w:val="28"/>
                <w:lang w:val="sv-SE"/>
              </w:rPr>
            </w:r>
            <w:r w:rsidRPr="00B12D85">
              <w:rPr>
                <w:rFonts w:ascii="Arial" w:eastAsia="Calibri" w:hAnsi="Arial" w:cs="Arial"/>
                <w:noProof/>
                <w:webHidden/>
                <w:sz w:val="28"/>
                <w:szCs w:val="28"/>
                <w:lang w:val="sv-SE"/>
              </w:rPr>
              <w:fldChar w:fldCharType="separate"/>
            </w:r>
            <w:r w:rsidR="003823BC">
              <w:rPr>
                <w:rFonts w:ascii="Arial" w:eastAsia="Calibri" w:hAnsi="Arial" w:cs="Arial"/>
                <w:noProof/>
                <w:webHidden/>
                <w:sz w:val="28"/>
                <w:szCs w:val="28"/>
                <w:lang w:val="sv-SE"/>
              </w:rPr>
              <w:t>17</w:t>
            </w:r>
            <w:r w:rsidRPr="00B12D85">
              <w:rPr>
                <w:rFonts w:ascii="Arial" w:eastAsia="Calibri" w:hAnsi="Arial" w:cs="Arial"/>
                <w:noProof/>
                <w:webHidden/>
                <w:sz w:val="28"/>
                <w:szCs w:val="28"/>
                <w:lang w:val="sv-SE"/>
              </w:rPr>
              <w:fldChar w:fldCharType="end"/>
            </w:r>
          </w:hyperlink>
        </w:p>
        <w:p w14:paraId="65EAA61E" w14:textId="77777777" w:rsidR="00B12D85" w:rsidRPr="00B12D85" w:rsidRDefault="00B12D85" w:rsidP="00AB2F7F">
          <w:pPr>
            <w:spacing w:after="0" w:line="360" w:lineRule="auto"/>
            <w:rPr>
              <w:rFonts w:ascii="Sofia Sans" w:eastAsia="Calibri" w:hAnsi="Sofia Sans" w:cs="Times New Roman"/>
              <w:bCs/>
              <w:sz w:val="28"/>
              <w:szCs w:val="28"/>
            </w:rPr>
          </w:pPr>
          <w:r w:rsidRPr="00B12D85">
            <w:rPr>
              <w:rFonts w:ascii="Arial" w:hAnsi="Arial" w:cs="Arial"/>
              <w:sz w:val="28"/>
              <w:szCs w:val="28"/>
            </w:rPr>
            <w:fldChar w:fldCharType="end"/>
          </w:r>
        </w:p>
      </w:sdtContent>
    </w:sdt>
    <w:p w14:paraId="75F3C65B" w14:textId="77777777" w:rsidR="00B12D85" w:rsidRPr="00B12D85" w:rsidRDefault="00B12D85" w:rsidP="00B12D85">
      <w:pPr>
        <w:keepNext/>
        <w:keepLines/>
        <w:spacing w:before="480" w:after="0" w:line="240" w:lineRule="auto"/>
        <w:outlineLvl w:val="0"/>
        <w:rPr>
          <w:rFonts w:ascii="Arial" w:eastAsiaTheme="majorEastAsia" w:hAnsi="Arial" w:cs="Arial"/>
          <w:b/>
          <w:bCs/>
          <w:color w:val="4F81BD" w:themeColor="accent1"/>
          <w:sz w:val="36"/>
          <w:szCs w:val="36"/>
          <w:lang w:val="sv-SE"/>
        </w:rPr>
      </w:pPr>
      <w:bookmarkStart w:id="5" w:name="_Toc198883901"/>
      <w:bookmarkEnd w:id="4"/>
      <w:bookmarkEnd w:id="3"/>
    </w:p>
    <w:p w14:paraId="240D7BC2" w14:textId="77777777" w:rsidR="00B12D85" w:rsidRPr="00B12D85" w:rsidRDefault="00B12D85" w:rsidP="00B12D85">
      <w:pPr>
        <w:rPr>
          <w:lang w:val="sv-SE"/>
        </w:rPr>
      </w:pPr>
    </w:p>
    <w:p w14:paraId="34518E21" w14:textId="77777777" w:rsidR="00B12D85" w:rsidRPr="00B12D85" w:rsidRDefault="00B12D85" w:rsidP="00B12D85">
      <w:pPr>
        <w:rPr>
          <w:lang w:val="sv-SE"/>
        </w:rPr>
      </w:pPr>
    </w:p>
    <w:p w14:paraId="37C65ADC" w14:textId="77777777" w:rsidR="00B12D85" w:rsidRPr="00B12D85" w:rsidRDefault="00B12D85" w:rsidP="00B12D85">
      <w:pPr>
        <w:rPr>
          <w:lang w:val="sv-SE"/>
        </w:rPr>
      </w:pPr>
    </w:p>
    <w:p w14:paraId="4F987FB7" w14:textId="77777777" w:rsidR="00B12D85" w:rsidRPr="00B12D85" w:rsidRDefault="00B12D85" w:rsidP="00B12D85">
      <w:pPr>
        <w:rPr>
          <w:lang w:val="sv-SE"/>
        </w:rPr>
      </w:pPr>
    </w:p>
    <w:p w14:paraId="2868687F" w14:textId="77777777" w:rsidR="00B12D85" w:rsidRPr="00B12D85" w:rsidRDefault="00B12D85" w:rsidP="00B12D85">
      <w:pPr>
        <w:rPr>
          <w:lang w:val="sv-SE"/>
        </w:rPr>
      </w:pPr>
    </w:p>
    <w:p w14:paraId="2EB34900" w14:textId="77777777" w:rsidR="005540F1" w:rsidRDefault="005540F1" w:rsidP="00B12D85">
      <w:pPr>
        <w:rPr>
          <w:lang w:val="sv-SE"/>
        </w:rPr>
      </w:pPr>
    </w:p>
    <w:p w14:paraId="77E30515" w14:textId="77777777" w:rsidR="00AB2F7F" w:rsidRDefault="00AB2F7F" w:rsidP="00B12D85">
      <w:pPr>
        <w:rPr>
          <w:lang w:val="sv-SE"/>
        </w:rPr>
      </w:pPr>
    </w:p>
    <w:p w14:paraId="47168A0E" w14:textId="77777777" w:rsidR="00652A84" w:rsidRDefault="00652A84" w:rsidP="00B12D85">
      <w:pPr>
        <w:rPr>
          <w:lang w:val="sv-SE"/>
        </w:rPr>
      </w:pPr>
    </w:p>
    <w:p w14:paraId="118EE03D" w14:textId="77777777" w:rsidR="00652A84" w:rsidRDefault="00652A84" w:rsidP="00B12D85">
      <w:pPr>
        <w:rPr>
          <w:lang w:val="sv-SE"/>
        </w:rPr>
      </w:pPr>
    </w:p>
    <w:p w14:paraId="7E094F17" w14:textId="77777777" w:rsidR="00652A84" w:rsidRPr="00B12D85" w:rsidRDefault="00652A84" w:rsidP="00B12D85">
      <w:pPr>
        <w:rPr>
          <w:lang w:val="sv-SE"/>
        </w:rPr>
      </w:pPr>
    </w:p>
    <w:p w14:paraId="34CDE7F9" w14:textId="77777777" w:rsidR="00B12D85" w:rsidRPr="00341468" w:rsidRDefault="00B12D85" w:rsidP="00341468">
      <w:pPr>
        <w:pStyle w:val="Rubrik2"/>
        <w:rPr>
          <w:rFonts w:ascii="Arial" w:hAnsi="Arial" w:cs="Arial"/>
          <w:sz w:val="36"/>
          <w:szCs w:val="36"/>
          <w:lang w:val="sv-SE"/>
        </w:rPr>
      </w:pPr>
      <w:r w:rsidRPr="00341468">
        <w:rPr>
          <w:rFonts w:ascii="Arial" w:hAnsi="Arial" w:cs="Arial"/>
          <w:sz w:val="36"/>
          <w:szCs w:val="36"/>
          <w:lang w:val="sv-SE"/>
        </w:rPr>
        <w:lastRenderedPageBreak/>
        <w:t>Upptäck världen med SRF Go!</w:t>
      </w:r>
      <w:bookmarkEnd w:id="5"/>
      <w:r w:rsidRPr="00341468">
        <w:rPr>
          <w:rFonts w:ascii="Arial" w:hAnsi="Arial" w:cs="Arial"/>
          <w:sz w:val="36"/>
          <w:szCs w:val="36"/>
          <w:lang w:val="sv-SE"/>
        </w:rPr>
        <w:t xml:space="preserve"> </w:t>
      </w:r>
    </w:p>
    <w:p w14:paraId="5A490795" w14:textId="77777777" w:rsidR="00B12D85" w:rsidRPr="00B12D85" w:rsidRDefault="00B12D85" w:rsidP="00B12D85">
      <w:pPr>
        <w:spacing w:before="100" w:beforeAutospacing="1" w:after="100" w:afterAutospacing="1" w:line="240" w:lineRule="auto"/>
        <w:rPr>
          <w:rFonts w:ascii="Arial" w:hAnsi="Arial" w:cs="Arial"/>
          <w:sz w:val="28"/>
          <w:szCs w:val="28"/>
          <w:lang w:val="sv-SE" w:eastAsia="sv-SE"/>
        </w:rPr>
      </w:pPr>
      <w:r w:rsidRPr="00B12D85">
        <w:rPr>
          <w:rFonts w:ascii="Arial" w:eastAsia="Times New Roman" w:hAnsi="Arial" w:cs="Arial"/>
          <w:sz w:val="28"/>
          <w:szCs w:val="28"/>
          <w:lang w:val="sv-SE" w:eastAsia="sv-SE"/>
        </w:rPr>
        <w:t xml:space="preserve">Att resa handlar om att uppleva. Med SRF Go får du som är synskadad medlem i Synskadades Riksförbund möjlighet att utforska nya platser </w:t>
      </w:r>
      <w:r w:rsidRPr="00B12D85">
        <w:rPr>
          <w:rFonts w:ascii="Arial" w:hAnsi="Arial" w:cs="Arial"/>
          <w:sz w:val="28"/>
          <w:szCs w:val="28"/>
          <w:lang w:val="sv-SE" w:eastAsia="sv-SE"/>
        </w:rPr>
        <w:t>på ett tryggt, tillgängligt och inspirerande sätt</w:t>
      </w:r>
      <w:r w:rsidRPr="00B12D85">
        <w:rPr>
          <w:rFonts w:ascii="Arial" w:eastAsia="Times New Roman" w:hAnsi="Arial" w:cs="Arial"/>
          <w:sz w:val="28"/>
          <w:szCs w:val="28"/>
          <w:lang w:val="sv-SE" w:eastAsia="sv-SE"/>
        </w:rPr>
        <w:t xml:space="preserve">. </w:t>
      </w:r>
      <w:r w:rsidRPr="00B12D85">
        <w:rPr>
          <w:rFonts w:ascii="Arial" w:hAnsi="Arial" w:cs="Arial"/>
          <w:sz w:val="28"/>
          <w:szCs w:val="28"/>
          <w:lang w:val="sv-SE" w:eastAsia="sv-SE"/>
        </w:rPr>
        <w:t>Du väljer själv om du vill resa i grupp med ledsagning och gemenskap, eller om du föredrar att utforma din egen resa med det stöd du behöver.</w:t>
      </w:r>
      <w:bookmarkStart w:id="6" w:name="_Hlk198883329"/>
    </w:p>
    <w:p w14:paraId="3EB4CDF3" w14:textId="77777777" w:rsidR="00B12D85" w:rsidRDefault="00B12D85" w:rsidP="00B12D85">
      <w:pPr>
        <w:spacing w:before="100" w:beforeAutospacing="1" w:after="100" w:afterAutospacing="1" w:line="240" w:lineRule="auto"/>
        <w:rPr>
          <w:rFonts w:ascii="Arial" w:hAnsi="Arial" w:cs="Arial"/>
          <w:sz w:val="28"/>
          <w:szCs w:val="28"/>
          <w:lang w:val="sv-SE" w:eastAsia="sv-SE"/>
        </w:rPr>
      </w:pPr>
      <w:r w:rsidRPr="00B12D85">
        <w:rPr>
          <w:rFonts w:ascii="Arial" w:hAnsi="Arial" w:cs="Arial"/>
          <w:color w:val="FF0000"/>
          <w:sz w:val="28"/>
          <w:szCs w:val="28"/>
          <w:lang w:val="sv-SE" w:eastAsia="sv-SE"/>
        </w:rPr>
        <w:br/>
      </w:r>
      <w:r w:rsidRPr="00B12D85">
        <w:rPr>
          <w:rFonts w:ascii="Arial" w:hAnsi="Arial" w:cs="Arial"/>
          <w:sz w:val="28"/>
          <w:szCs w:val="28"/>
          <w:lang w:val="sv-SE" w:eastAsia="sv-SE"/>
        </w:rPr>
        <w:t>Vi hoppas att du hittar en resa som passar dig!</w:t>
      </w:r>
    </w:p>
    <w:p w14:paraId="4BDF4916" w14:textId="77777777" w:rsidR="006652B6" w:rsidRDefault="006652B6" w:rsidP="00B12D85">
      <w:pPr>
        <w:spacing w:before="100" w:beforeAutospacing="1" w:after="100" w:afterAutospacing="1" w:line="240" w:lineRule="auto"/>
        <w:rPr>
          <w:rFonts w:ascii="Arial" w:hAnsi="Arial" w:cs="Arial"/>
          <w:sz w:val="28"/>
          <w:szCs w:val="28"/>
          <w:lang w:val="sv-SE" w:eastAsia="sv-SE"/>
        </w:rPr>
      </w:pPr>
    </w:p>
    <w:p w14:paraId="52E8901C"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38AE06B2"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B1EC65B"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0A9A7FFB"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0A87B8A7"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2949571"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497518B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133EFEF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7384A653"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A0CD42D"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1555F9AE"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252E41C5" w14:textId="77777777" w:rsidR="00652A84" w:rsidRDefault="00652A84" w:rsidP="00B12D85">
      <w:pPr>
        <w:spacing w:before="100" w:beforeAutospacing="1" w:after="100" w:afterAutospacing="1" w:line="240" w:lineRule="auto"/>
        <w:rPr>
          <w:rFonts w:ascii="Arial" w:hAnsi="Arial" w:cs="Arial"/>
          <w:sz w:val="28"/>
          <w:szCs w:val="28"/>
          <w:lang w:val="sv-SE" w:eastAsia="sv-SE"/>
        </w:rPr>
      </w:pPr>
    </w:p>
    <w:p w14:paraId="6BB7EF27" w14:textId="77777777" w:rsidR="005540F1" w:rsidRDefault="005540F1" w:rsidP="00B12D85">
      <w:pPr>
        <w:spacing w:before="100" w:beforeAutospacing="1" w:after="100" w:afterAutospacing="1" w:line="240" w:lineRule="auto"/>
        <w:rPr>
          <w:rFonts w:ascii="Arial" w:hAnsi="Arial" w:cs="Arial"/>
          <w:sz w:val="28"/>
          <w:szCs w:val="28"/>
          <w:lang w:val="sv-SE" w:eastAsia="sv-SE"/>
        </w:rPr>
      </w:pPr>
    </w:p>
    <w:p w14:paraId="53ACEFD0" w14:textId="77777777" w:rsidR="002A7D33" w:rsidRDefault="002A7D33" w:rsidP="00B12D85">
      <w:pPr>
        <w:spacing w:before="100" w:beforeAutospacing="1" w:after="100" w:afterAutospacing="1" w:line="240" w:lineRule="auto"/>
        <w:rPr>
          <w:rFonts w:ascii="Arial" w:hAnsi="Arial" w:cs="Arial"/>
          <w:sz w:val="28"/>
          <w:szCs w:val="28"/>
          <w:lang w:val="sv-SE" w:eastAsia="sv-SE"/>
        </w:rPr>
      </w:pPr>
    </w:p>
    <w:p w14:paraId="34ADC699" w14:textId="77777777" w:rsidR="002A7D33" w:rsidRDefault="002A7D33" w:rsidP="00B12D85">
      <w:pPr>
        <w:spacing w:before="100" w:beforeAutospacing="1" w:after="100" w:afterAutospacing="1" w:line="240" w:lineRule="auto"/>
        <w:rPr>
          <w:rFonts w:ascii="Arial" w:hAnsi="Arial" w:cs="Arial"/>
          <w:sz w:val="28"/>
          <w:szCs w:val="28"/>
          <w:lang w:val="sv-SE" w:eastAsia="sv-SE"/>
        </w:rPr>
      </w:pPr>
    </w:p>
    <w:p w14:paraId="1B59A3A7" w14:textId="77777777" w:rsidR="005540F1" w:rsidRPr="00B12D85" w:rsidRDefault="005540F1" w:rsidP="00B12D85">
      <w:pPr>
        <w:spacing w:before="100" w:beforeAutospacing="1" w:after="100" w:afterAutospacing="1" w:line="240" w:lineRule="auto"/>
        <w:rPr>
          <w:rFonts w:ascii="Arial" w:hAnsi="Arial" w:cs="Arial"/>
          <w:sz w:val="28"/>
          <w:szCs w:val="28"/>
          <w:lang w:val="sv-SE" w:eastAsia="sv-SE"/>
        </w:rPr>
      </w:pPr>
    </w:p>
    <w:bookmarkEnd w:id="6"/>
    <w:p w14:paraId="4152DAA0" w14:textId="37D56AEF" w:rsidR="00B12D85" w:rsidRPr="00341468" w:rsidRDefault="00B12D85" w:rsidP="00341468">
      <w:pPr>
        <w:pStyle w:val="Rubrik2"/>
        <w:rPr>
          <w:rFonts w:ascii="Arial" w:hAnsi="Arial" w:cs="Arial"/>
          <w:sz w:val="36"/>
          <w:szCs w:val="36"/>
          <w:lang w:val="sv-SE" w:eastAsia="sv-SE"/>
        </w:rPr>
      </w:pPr>
      <w:r w:rsidRPr="00341468">
        <w:rPr>
          <w:rFonts w:ascii="Arial" w:hAnsi="Arial" w:cs="Arial"/>
          <w:sz w:val="36"/>
          <w:szCs w:val="36"/>
          <w:lang w:val="sv-SE" w:eastAsia="sv-SE"/>
        </w:rPr>
        <w:lastRenderedPageBreak/>
        <w:t>Säsongens gruppresor –välmående</w:t>
      </w:r>
      <w:r w:rsidR="005C3226" w:rsidRPr="00341468">
        <w:rPr>
          <w:rFonts w:ascii="Arial" w:hAnsi="Arial" w:cs="Arial"/>
          <w:sz w:val="36"/>
          <w:szCs w:val="36"/>
          <w:lang w:val="sv-SE" w:eastAsia="sv-SE"/>
        </w:rPr>
        <w:t>,</w:t>
      </w:r>
      <w:r w:rsidRPr="00341468">
        <w:rPr>
          <w:rFonts w:ascii="Arial" w:hAnsi="Arial" w:cs="Arial"/>
          <w:sz w:val="36"/>
          <w:szCs w:val="36"/>
          <w:lang w:val="sv-SE" w:eastAsia="sv-SE"/>
        </w:rPr>
        <w:t xml:space="preserve"> </w:t>
      </w:r>
      <w:r w:rsidR="005C3226" w:rsidRPr="00341468">
        <w:rPr>
          <w:rFonts w:ascii="Arial" w:hAnsi="Arial" w:cs="Arial"/>
          <w:sz w:val="36"/>
          <w:szCs w:val="36"/>
          <w:lang w:val="sv-SE" w:eastAsia="sv-SE"/>
        </w:rPr>
        <w:t xml:space="preserve">avkoppling </w:t>
      </w:r>
      <w:r w:rsidRPr="00341468">
        <w:rPr>
          <w:rFonts w:ascii="Arial" w:hAnsi="Arial" w:cs="Arial"/>
          <w:sz w:val="36"/>
          <w:szCs w:val="36"/>
          <w:lang w:val="sv-SE" w:eastAsia="sv-SE"/>
        </w:rPr>
        <w:t>och inspiration</w:t>
      </w:r>
    </w:p>
    <w:p w14:paraId="229A097D"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Efter ett år fyllt av firanden kring punktskriftens 200-årsjubileum bjuder vi nu in till en säsong präglad av vila, upplevelser och näring för alla sinnen.</w:t>
      </w:r>
    </w:p>
    <w:p w14:paraId="2A7035B4" w14:textId="01264A7D"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Vi inleder med </w:t>
      </w:r>
      <w:r w:rsidR="00341468">
        <w:rPr>
          <w:rFonts w:ascii="Arial" w:eastAsia="Times New Roman" w:hAnsi="Arial" w:cs="Arial"/>
          <w:sz w:val="28"/>
          <w:szCs w:val="28"/>
          <w:lang w:val="sv-SE" w:eastAsia="sv-SE"/>
        </w:rPr>
        <w:t>a</w:t>
      </w:r>
      <w:r w:rsidRPr="00B12D85">
        <w:rPr>
          <w:rFonts w:ascii="Arial" w:eastAsia="Times New Roman" w:hAnsi="Arial" w:cs="Arial"/>
          <w:sz w:val="28"/>
          <w:szCs w:val="28"/>
          <w:lang w:val="sv-SE" w:eastAsia="sv-SE"/>
        </w:rPr>
        <w:t xml:space="preserve">vkoppling i Tallinn, en harmonisk kombination av båtresa, spa och boende på ett fyrstjärnigt hotell nära den förtrollande Gamla stan. </w:t>
      </w:r>
    </w:p>
    <w:p w14:paraId="36E17F1D"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Därefter väntar vår uppskattade klassiker Litteraturbåten, där några av Sveriges främsta författare delar med sig av sina berättelser och sitt skrivande. </w:t>
      </w:r>
    </w:p>
    <w:p w14:paraId="51456DA8"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På hemmaplan gör vi ett efterlängtat besök på det nyöppnade Synskadades Museum i Stockholm, med guidad visning. </w:t>
      </w:r>
    </w:p>
    <w:p w14:paraId="035F02D9" w14:textId="77777777" w:rsidR="002A7D33" w:rsidRDefault="00B12D85" w:rsidP="002A7D33">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Säsongen fortsätter med en solig och avkopplande All </w:t>
      </w:r>
      <w:proofErr w:type="spellStart"/>
      <w:r w:rsidRPr="00B12D85">
        <w:rPr>
          <w:rFonts w:ascii="Arial" w:eastAsia="Times New Roman" w:hAnsi="Arial" w:cs="Arial"/>
          <w:sz w:val="28"/>
          <w:szCs w:val="28"/>
          <w:lang w:val="sv-SE" w:eastAsia="sv-SE"/>
        </w:rPr>
        <w:t>Inclusive</w:t>
      </w:r>
      <w:proofErr w:type="spellEnd"/>
      <w:r w:rsidRPr="00B12D85">
        <w:rPr>
          <w:rFonts w:ascii="Arial" w:eastAsia="Times New Roman" w:hAnsi="Arial" w:cs="Arial"/>
          <w:sz w:val="28"/>
          <w:szCs w:val="28"/>
          <w:lang w:val="sv-SE" w:eastAsia="sv-SE"/>
        </w:rPr>
        <w:t xml:space="preserve">-vecka i Turkiet, på ett elegant fyrstjärnigt plus-hotell precis vid stranden. </w:t>
      </w:r>
    </w:p>
    <w:p w14:paraId="3C6107AB" w14:textId="6F8CB094" w:rsidR="00B12D85" w:rsidRPr="00B12D85" w:rsidRDefault="00B12D85" w:rsidP="002A7D33">
      <w:pPr>
        <w:spacing w:after="0" w:line="240" w:lineRule="auto"/>
        <w:rPr>
          <w:rFonts w:ascii="Arial" w:hAnsi="Arial" w:cs="Arial"/>
          <w:strike/>
          <w:color w:val="FF0000"/>
          <w:sz w:val="28"/>
          <w:szCs w:val="28"/>
          <w:lang w:val="sv-SE"/>
        </w:rPr>
      </w:pPr>
      <w:r w:rsidRPr="00B12D85">
        <w:rPr>
          <w:rFonts w:ascii="Arial" w:hAnsi="Arial" w:cs="Arial"/>
          <w:sz w:val="28"/>
          <w:szCs w:val="28"/>
          <w:lang w:val="sv-SE"/>
        </w:rPr>
        <w:t>Som avslutning på första halvårets resor bjuder vi på en omväxlande rundresa med buss och tåg, fylld av nya intryck, oförglömliga upplevelser och avkoppling. Resan tar oss genom Sveriges mest storslagna landskap – från Inlandsbanans vildmark till Höga kustens dramatik – och ger en unik inblick i det svenska och samiska kulturarvet.</w:t>
      </w:r>
    </w:p>
    <w:p w14:paraId="71700AF4"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726118B1" w14:textId="77777777" w:rsidR="00B12D85" w:rsidRP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675A56B4" w14:textId="77777777" w:rsidR="00B12D85" w:rsidRDefault="00B12D85" w:rsidP="00B12D85">
      <w:pPr>
        <w:spacing w:before="100" w:beforeAutospacing="1" w:after="100" w:afterAutospacing="1" w:line="240" w:lineRule="auto"/>
        <w:rPr>
          <w:rFonts w:ascii="Arial" w:eastAsia="Times New Roman" w:hAnsi="Arial" w:cs="Arial"/>
          <w:sz w:val="28"/>
          <w:szCs w:val="28"/>
          <w:lang w:val="sv-SE" w:eastAsia="sv-SE"/>
        </w:rPr>
      </w:pPr>
    </w:p>
    <w:p w14:paraId="3A4308F7" w14:textId="77777777" w:rsidR="006652B6" w:rsidRDefault="006652B6" w:rsidP="00B12D85">
      <w:pPr>
        <w:spacing w:before="100" w:beforeAutospacing="1" w:after="100" w:afterAutospacing="1" w:line="240" w:lineRule="auto"/>
        <w:rPr>
          <w:rFonts w:ascii="Arial" w:eastAsia="Times New Roman" w:hAnsi="Arial" w:cs="Arial"/>
          <w:bCs/>
          <w:sz w:val="28"/>
          <w:szCs w:val="28"/>
          <w:lang w:val="sv-SE" w:eastAsia="sv-SE"/>
        </w:rPr>
      </w:pPr>
    </w:p>
    <w:p w14:paraId="31B1FFEA"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616DE2E5"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39BE698D"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42ABF79D"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340BC573" w14:textId="77777777" w:rsidR="005540F1" w:rsidRDefault="005540F1" w:rsidP="00B12D85">
      <w:pPr>
        <w:spacing w:before="100" w:beforeAutospacing="1" w:after="100" w:afterAutospacing="1" w:line="240" w:lineRule="auto"/>
        <w:rPr>
          <w:rFonts w:ascii="Arial" w:eastAsia="Times New Roman" w:hAnsi="Arial" w:cs="Arial"/>
          <w:bCs/>
          <w:sz w:val="28"/>
          <w:szCs w:val="28"/>
          <w:lang w:val="sv-SE" w:eastAsia="sv-SE"/>
        </w:rPr>
      </w:pPr>
    </w:p>
    <w:p w14:paraId="26FBE69E" w14:textId="77777777" w:rsidR="00B12D85" w:rsidRDefault="00B12D85" w:rsidP="00B12D85">
      <w:pPr>
        <w:spacing w:before="100" w:beforeAutospacing="1" w:after="100" w:afterAutospacing="1" w:line="240" w:lineRule="auto"/>
        <w:rPr>
          <w:rFonts w:ascii="Arial" w:eastAsia="Times New Roman" w:hAnsi="Arial" w:cs="Arial"/>
          <w:bCs/>
          <w:sz w:val="28"/>
          <w:szCs w:val="28"/>
          <w:lang w:val="sv-SE" w:eastAsia="sv-SE"/>
        </w:rPr>
      </w:pPr>
    </w:p>
    <w:p w14:paraId="4B2C17C7" w14:textId="77777777" w:rsidR="003D513E" w:rsidRPr="00B12D85" w:rsidRDefault="003D513E" w:rsidP="00B12D85">
      <w:pPr>
        <w:spacing w:before="100" w:beforeAutospacing="1" w:after="100" w:afterAutospacing="1" w:line="240" w:lineRule="auto"/>
        <w:rPr>
          <w:rFonts w:ascii="Arial" w:eastAsia="Times New Roman" w:hAnsi="Arial" w:cs="Arial"/>
          <w:bCs/>
          <w:sz w:val="36"/>
          <w:szCs w:val="36"/>
          <w:lang w:val="sv-SE" w:eastAsia="sv-SE"/>
        </w:rPr>
      </w:pPr>
    </w:p>
    <w:p w14:paraId="28CB062E" w14:textId="77777777" w:rsidR="00B12D85" w:rsidRPr="00341468" w:rsidRDefault="00B12D85" w:rsidP="00341468">
      <w:pPr>
        <w:pStyle w:val="Rubrik3"/>
        <w:rPr>
          <w:rFonts w:ascii="Arial" w:hAnsi="Arial" w:cs="Arial"/>
          <w:sz w:val="28"/>
          <w:szCs w:val="28"/>
          <w:lang w:val="sv-SE" w:eastAsia="sv-SE"/>
        </w:rPr>
      </w:pPr>
      <w:bookmarkStart w:id="7" w:name="_Hlk214033533"/>
      <w:r w:rsidRPr="00341468">
        <w:rPr>
          <w:rFonts w:ascii="Arial" w:hAnsi="Arial" w:cs="Arial"/>
          <w:sz w:val="28"/>
          <w:szCs w:val="28"/>
          <w:lang w:val="sv-SE" w:eastAsia="sv-SE"/>
        </w:rPr>
        <w:t>Avkoppling i Tallinn - båtresa och spa i ett</w:t>
      </w:r>
    </w:p>
    <w:p w14:paraId="0FB8D0D4"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bookmarkStart w:id="8" w:name="_Hlk214033590"/>
      <w:bookmarkEnd w:id="7"/>
      <w:r w:rsidRPr="00B12D85">
        <w:rPr>
          <w:rFonts w:ascii="Arial" w:eastAsia="Times New Roman" w:hAnsi="Arial" w:cs="Arial"/>
          <w:sz w:val="28"/>
          <w:szCs w:val="28"/>
          <w:lang w:val="sv-SE" w:eastAsia="sv-SE"/>
        </w:rPr>
        <w:t>Estlands charmiga huvudstad har mycket att erbjuda – och i våra hotellpaket ingår både båtresa och boende på ett utvalt spahotell.</w:t>
      </w:r>
    </w:p>
    <w:p w14:paraId="40301EBF"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Resan börjar ombord på Baltic Queen, som trafikerar rutten mellan Stockholm och Tallinn. Här kan du koppla av och njuta av shopping till </w:t>
      </w:r>
      <w:proofErr w:type="spellStart"/>
      <w:r w:rsidRPr="00B12D85">
        <w:rPr>
          <w:rFonts w:ascii="Arial" w:eastAsia="Times New Roman" w:hAnsi="Arial" w:cs="Arial"/>
          <w:sz w:val="28"/>
          <w:szCs w:val="28"/>
          <w:lang w:val="sv-SE" w:eastAsia="sv-SE"/>
        </w:rPr>
        <w:t>havspriser</w:t>
      </w:r>
      <w:proofErr w:type="spellEnd"/>
      <w:r w:rsidRPr="00B12D85">
        <w:rPr>
          <w:rFonts w:ascii="Arial" w:eastAsia="Times New Roman" w:hAnsi="Arial" w:cs="Arial"/>
          <w:sz w:val="28"/>
          <w:szCs w:val="28"/>
          <w:lang w:val="sv-SE" w:eastAsia="sv-SE"/>
        </w:rPr>
        <w:t>, god mat och varierad underhållning medan du färdas över Östersjön i lugn och ro.</w:t>
      </w:r>
    </w:p>
    <w:p w14:paraId="1118550A"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I Tallinn bor vi på ett fyrstjärnigt spahotell med ett perfekt läge nära den sagolika Gamla stan. Hotellet erbjuder moderna rum i nordisk stil, restaurang Nero, samt Aqua Spa – ett rymligt vattencenter med flera pooler och olika bastur för total avkoppling. Här finns även ett </w:t>
      </w:r>
      <w:proofErr w:type="spellStart"/>
      <w:r w:rsidRPr="00B12D85">
        <w:rPr>
          <w:rFonts w:ascii="Arial" w:eastAsia="Times New Roman" w:hAnsi="Arial" w:cs="Arial"/>
          <w:sz w:val="28"/>
          <w:szCs w:val="28"/>
          <w:lang w:val="sv-SE" w:eastAsia="sv-SE"/>
        </w:rPr>
        <w:t>beauty</w:t>
      </w:r>
      <w:proofErr w:type="spellEnd"/>
      <w:r w:rsidRPr="00B12D85">
        <w:rPr>
          <w:rFonts w:ascii="Arial" w:eastAsia="Times New Roman" w:hAnsi="Arial" w:cs="Arial"/>
          <w:sz w:val="28"/>
          <w:szCs w:val="28"/>
          <w:lang w:val="sv-SE" w:eastAsia="sv-SE"/>
        </w:rPr>
        <w:t xml:space="preserve">- och </w:t>
      </w:r>
      <w:proofErr w:type="spellStart"/>
      <w:r w:rsidRPr="00B12D85">
        <w:rPr>
          <w:rFonts w:ascii="Arial" w:eastAsia="Times New Roman" w:hAnsi="Arial" w:cs="Arial"/>
          <w:sz w:val="28"/>
          <w:szCs w:val="28"/>
          <w:lang w:val="sv-SE" w:eastAsia="sv-SE"/>
        </w:rPr>
        <w:t>wellnesscenter</w:t>
      </w:r>
      <w:proofErr w:type="spellEnd"/>
      <w:r w:rsidRPr="00B12D85">
        <w:rPr>
          <w:rFonts w:ascii="Arial" w:eastAsia="Times New Roman" w:hAnsi="Arial" w:cs="Arial"/>
          <w:sz w:val="28"/>
          <w:szCs w:val="28"/>
          <w:lang w:val="sv-SE" w:eastAsia="sv-SE"/>
        </w:rPr>
        <w:t xml:space="preserve"> med behandlingar för både kropp och själ.</w:t>
      </w:r>
    </w:p>
    <w:p w14:paraId="6D831754"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Det mångsidiga hotellet ligger ett stenkast från den historiska stadskärnan där du kan njuta av kultur, vackra miljöer, mysiga restauranger och caféer – allt för att ge dig en minnesvärd och avkopplande vistelse i Tallinn.</w:t>
      </w:r>
    </w:p>
    <w:bookmarkEnd w:id="8"/>
    <w:p w14:paraId="5922E248" w14:textId="056A3F68" w:rsidR="00B12D85" w:rsidRPr="00226847" w:rsidRDefault="00B12D85" w:rsidP="0037064C">
      <w:pPr>
        <w:spacing w:after="0" w:line="240" w:lineRule="auto"/>
        <w:rPr>
          <w:rFonts w:ascii="Arial" w:eastAsia="Times New Roman" w:hAnsi="Arial" w:cs="Arial"/>
          <w:sz w:val="28"/>
          <w:szCs w:val="28"/>
          <w:lang w:val="sv-SE"/>
        </w:rPr>
      </w:pPr>
      <w:r w:rsidRPr="00226847">
        <w:rPr>
          <w:rFonts w:ascii="Arial" w:eastAsia="Times New Roman" w:hAnsi="Arial" w:cs="Arial"/>
          <w:b/>
          <w:bCs/>
          <w:sz w:val="28"/>
          <w:szCs w:val="28"/>
          <w:lang w:val="sv-SE"/>
        </w:rPr>
        <w:t>Datum:</w:t>
      </w:r>
      <w:r w:rsidRPr="00226847">
        <w:rPr>
          <w:rFonts w:ascii="Arial" w:eastAsia="Times New Roman" w:hAnsi="Arial" w:cs="Arial"/>
          <w:sz w:val="28"/>
          <w:szCs w:val="28"/>
          <w:lang w:val="sv-SE"/>
        </w:rPr>
        <w:t xml:space="preserve"> </w:t>
      </w:r>
      <w:r w:rsidR="00344710" w:rsidRPr="00226847">
        <w:rPr>
          <w:rFonts w:ascii="Arial" w:eastAsia="Times New Roman" w:hAnsi="Arial" w:cs="Arial"/>
          <w:sz w:val="28"/>
          <w:szCs w:val="28"/>
          <w:lang w:val="sv-SE"/>
        </w:rPr>
        <w:t>2–6</w:t>
      </w:r>
      <w:r w:rsidR="000E263C" w:rsidRPr="00226847">
        <w:rPr>
          <w:rFonts w:ascii="Arial" w:eastAsia="Times New Roman" w:hAnsi="Arial" w:cs="Arial"/>
          <w:sz w:val="28"/>
          <w:szCs w:val="28"/>
          <w:lang w:val="sv-SE"/>
        </w:rPr>
        <w:t xml:space="preserve"> mars</w:t>
      </w:r>
    </w:p>
    <w:p w14:paraId="2A4FCC3C"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Avgång från:</w:t>
      </w:r>
      <w:r w:rsidRPr="00B12D85">
        <w:rPr>
          <w:rFonts w:ascii="Arial" w:eastAsia="Times New Roman" w:hAnsi="Arial" w:cs="Arial"/>
          <w:sz w:val="28"/>
          <w:szCs w:val="28"/>
          <w:lang w:val="sv-SE"/>
        </w:rPr>
        <w:t xml:space="preserve"> Värtahamnen, Stockholm, kl. 17:30</w:t>
      </w:r>
    </w:p>
    <w:p w14:paraId="525AD8BC"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Pris:</w:t>
      </w:r>
      <w:r w:rsidRPr="00B12D85">
        <w:rPr>
          <w:rFonts w:ascii="Arial" w:eastAsia="Times New Roman" w:hAnsi="Arial" w:cs="Arial"/>
          <w:sz w:val="28"/>
          <w:szCs w:val="28"/>
          <w:lang w:val="sv-SE"/>
        </w:rPr>
        <w:t xml:space="preserve"> 2370 kr per person i dubbelrum och dubbelhytt (B-Standard Inside hytt) </w:t>
      </w:r>
    </w:p>
    <w:p w14:paraId="02399452" w14:textId="77777777" w:rsidR="00B12D85" w:rsidRPr="00B12D85" w:rsidRDefault="00B12D85" w:rsidP="0037064C">
      <w:pPr>
        <w:spacing w:after="0"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Enkelhytt- och enkelrumstillägg:</w:t>
      </w:r>
      <w:r w:rsidRPr="00B12D85">
        <w:rPr>
          <w:rFonts w:ascii="Arial" w:eastAsia="Times New Roman" w:hAnsi="Arial" w:cs="Arial"/>
          <w:sz w:val="28"/>
          <w:szCs w:val="28"/>
          <w:lang w:val="sv-SE"/>
        </w:rPr>
        <w:t xml:space="preserve"> 1570 kr </w:t>
      </w:r>
    </w:p>
    <w:p w14:paraId="75FBB01A" w14:textId="5F6FC6A7" w:rsidR="00B12D85" w:rsidRPr="00B12D85" w:rsidRDefault="00B12D85" w:rsidP="005C3226">
      <w:pPr>
        <w:spacing w:before="100" w:beforeAutospacing="1" w:after="100" w:afterAutospacing="1" w:line="240" w:lineRule="auto"/>
        <w:rPr>
          <w:rFonts w:ascii="Arial" w:eastAsia="Times New Roman" w:hAnsi="Arial" w:cs="Arial"/>
          <w:sz w:val="28"/>
          <w:szCs w:val="28"/>
          <w:lang w:val="sv-SE"/>
        </w:rPr>
      </w:pPr>
      <w:r w:rsidRPr="00B12D85">
        <w:rPr>
          <w:rFonts w:ascii="Arial" w:hAnsi="Arial" w:cs="Arial"/>
          <w:b/>
          <w:bCs/>
          <w:sz w:val="28"/>
          <w:szCs w:val="28"/>
          <w:lang w:val="sv-SE"/>
        </w:rPr>
        <w:t>Ingår:</w:t>
      </w:r>
      <w:r w:rsidRPr="00B12D85">
        <w:rPr>
          <w:rFonts w:ascii="Arial" w:hAnsi="Arial" w:cs="Arial"/>
          <w:sz w:val="28"/>
          <w:szCs w:val="28"/>
          <w:lang w:val="sv-SE"/>
        </w:rPr>
        <w:t xml:space="preserve"> </w:t>
      </w:r>
      <w:proofErr w:type="gramStart"/>
      <w:r w:rsidRPr="00B12D85">
        <w:rPr>
          <w:rFonts w:ascii="Arial" w:hAnsi="Arial" w:cs="Arial"/>
          <w:sz w:val="28"/>
          <w:szCs w:val="28"/>
          <w:lang w:val="sv-SE"/>
        </w:rPr>
        <w:t>båtresa tur</w:t>
      </w:r>
      <w:proofErr w:type="gramEnd"/>
      <w:r w:rsidRPr="00B12D85">
        <w:rPr>
          <w:rFonts w:ascii="Arial" w:hAnsi="Arial" w:cs="Arial"/>
          <w:sz w:val="28"/>
          <w:szCs w:val="28"/>
          <w:lang w:val="sv-SE"/>
        </w:rPr>
        <w:t xml:space="preserve"> och retur, del i dubbelhytt på båten (2 övernattningar), frukostbuffé ombord tur och retur, utsläpps- och bränsletillägg tur och retur, del i dubbelrum på hotellet (2 övernattningar), </w:t>
      </w:r>
      <w:r w:rsidR="002A7D33" w:rsidRPr="00B12D85">
        <w:rPr>
          <w:rFonts w:ascii="Arial" w:hAnsi="Arial" w:cs="Arial"/>
          <w:sz w:val="28"/>
          <w:szCs w:val="28"/>
          <w:lang w:val="sv-SE"/>
        </w:rPr>
        <w:t xml:space="preserve">2 frukostar </w:t>
      </w:r>
      <w:r w:rsidR="002A7D33">
        <w:rPr>
          <w:rFonts w:ascii="Arial" w:hAnsi="Arial" w:cs="Arial"/>
          <w:sz w:val="28"/>
          <w:szCs w:val="28"/>
          <w:lang w:val="sv-SE"/>
        </w:rPr>
        <w:t xml:space="preserve">samt </w:t>
      </w:r>
      <w:r w:rsidRPr="00B12D85">
        <w:rPr>
          <w:rFonts w:ascii="Arial" w:hAnsi="Arial" w:cs="Arial"/>
          <w:sz w:val="28"/>
          <w:szCs w:val="28"/>
          <w:lang w:val="sv-SE"/>
        </w:rPr>
        <w:t>kostnadsfritt inträde till Aqua Spa på hotellet.</w:t>
      </w:r>
    </w:p>
    <w:p w14:paraId="71EDAEF3" w14:textId="77777777" w:rsidR="005540F1" w:rsidRDefault="00B12D85" w:rsidP="005C3226">
      <w:pPr>
        <w:spacing w:after="0" w:line="240" w:lineRule="auto"/>
        <w:rPr>
          <w:rFonts w:ascii="Arial" w:eastAsia="Times New Roman" w:hAnsi="Arial" w:cs="Arial"/>
          <w:sz w:val="28"/>
          <w:szCs w:val="28"/>
          <w:lang w:val="sv-SE" w:eastAsia="sv-SE"/>
        </w:rPr>
      </w:pPr>
      <w:r w:rsidRPr="00B12D85">
        <w:rPr>
          <w:rFonts w:ascii="Arial" w:eastAsia="Times New Roman" w:hAnsi="Arial" w:cs="Arial"/>
          <w:b/>
          <w:bCs/>
          <w:sz w:val="28"/>
          <w:szCs w:val="28"/>
          <w:lang w:val="sv-SE" w:eastAsia="sv-SE"/>
        </w:rPr>
        <w:t>Tillkommer:</w:t>
      </w:r>
      <w:r w:rsidRPr="00B12D85">
        <w:rPr>
          <w:rFonts w:ascii="Arial" w:eastAsia="Times New Roman" w:hAnsi="Arial" w:cs="Arial"/>
          <w:sz w:val="28"/>
          <w:szCs w:val="28"/>
          <w:lang w:val="sv-SE" w:eastAsia="sv-SE"/>
        </w:rPr>
        <w:t xml:space="preserve"> Anslutningsresor, övriga måltider, utflykter med mera. </w:t>
      </w:r>
    </w:p>
    <w:p w14:paraId="539FDCFE" w14:textId="42A292FC" w:rsidR="00B12D85" w:rsidRPr="00B12D85" w:rsidRDefault="00B12D85" w:rsidP="005C3226">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Alla resenärer ansvarar själva för att kontrollera sitt försäkringsskydd och vid behov teckna avbeställnings- och reseförsäkring. Det är varje resenärs ansvar att se till att försäkringen täcker de egna behoven.</w:t>
      </w:r>
    </w:p>
    <w:p w14:paraId="36EDDD4E" w14:textId="77777777" w:rsidR="00B12D85" w:rsidRDefault="00B12D85" w:rsidP="005C3226">
      <w:pPr>
        <w:spacing w:line="240" w:lineRule="auto"/>
        <w:rPr>
          <w:rFonts w:ascii="Arial" w:hAnsi="Arial" w:cs="Arial"/>
          <w:sz w:val="28"/>
          <w:szCs w:val="28"/>
          <w:lang w:val="sv-SE" w:eastAsia="sv-SE"/>
        </w:rPr>
      </w:pPr>
    </w:p>
    <w:p w14:paraId="7BBE08DB" w14:textId="77777777" w:rsidR="00AB2F7F" w:rsidRDefault="00AB2F7F" w:rsidP="005C3226">
      <w:pPr>
        <w:spacing w:line="240" w:lineRule="auto"/>
        <w:rPr>
          <w:rFonts w:ascii="Arial" w:hAnsi="Arial" w:cs="Arial"/>
          <w:sz w:val="28"/>
          <w:szCs w:val="28"/>
          <w:lang w:val="sv-SE" w:eastAsia="sv-SE"/>
        </w:rPr>
      </w:pPr>
    </w:p>
    <w:p w14:paraId="4754F45E" w14:textId="77777777" w:rsidR="002A7D33" w:rsidRDefault="002A7D33" w:rsidP="005C3226">
      <w:pPr>
        <w:spacing w:line="240" w:lineRule="auto"/>
        <w:rPr>
          <w:rFonts w:ascii="Arial" w:hAnsi="Arial" w:cs="Arial"/>
          <w:sz w:val="28"/>
          <w:szCs w:val="28"/>
          <w:lang w:val="sv-SE" w:eastAsia="sv-SE"/>
        </w:rPr>
      </w:pPr>
    </w:p>
    <w:p w14:paraId="52884270" w14:textId="77777777" w:rsidR="00AB2F7F" w:rsidRDefault="00AB2F7F" w:rsidP="005C3226">
      <w:pPr>
        <w:spacing w:line="240" w:lineRule="auto"/>
        <w:rPr>
          <w:rFonts w:ascii="Arial" w:hAnsi="Arial" w:cs="Arial"/>
          <w:sz w:val="28"/>
          <w:szCs w:val="28"/>
          <w:lang w:val="sv-SE" w:eastAsia="sv-SE"/>
        </w:rPr>
      </w:pPr>
    </w:p>
    <w:p w14:paraId="47EAF5FB" w14:textId="77777777" w:rsidR="00652A84" w:rsidRPr="00B12D85" w:rsidRDefault="00652A84" w:rsidP="005C3226">
      <w:pPr>
        <w:spacing w:line="240" w:lineRule="auto"/>
        <w:rPr>
          <w:rFonts w:ascii="Arial" w:hAnsi="Arial" w:cs="Arial"/>
          <w:sz w:val="28"/>
          <w:szCs w:val="28"/>
          <w:lang w:val="sv-SE" w:eastAsia="sv-SE"/>
        </w:rPr>
      </w:pPr>
    </w:p>
    <w:p w14:paraId="5E4FDBCA" w14:textId="593CB489" w:rsidR="00B12D85" w:rsidRPr="00341468" w:rsidRDefault="00B12D85" w:rsidP="00341468">
      <w:pPr>
        <w:pStyle w:val="Rubrik3"/>
        <w:rPr>
          <w:rFonts w:ascii="Arial" w:hAnsi="Arial" w:cs="Arial"/>
          <w:sz w:val="28"/>
          <w:szCs w:val="28"/>
          <w:lang w:val="sv-SE"/>
        </w:rPr>
      </w:pPr>
      <w:bookmarkStart w:id="9" w:name="_Hlk214025507"/>
      <w:r w:rsidRPr="00341468">
        <w:rPr>
          <w:rFonts w:ascii="Arial" w:hAnsi="Arial" w:cs="Arial"/>
          <w:sz w:val="28"/>
          <w:szCs w:val="28"/>
          <w:lang w:val="sv-SE"/>
        </w:rPr>
        <w:t>Litteraturbåtsalongen – en SRF Go-klassiker</w:t>
      </w:r>
      <w:r w:rsidR="00341468">
        <w:rPr>
          <w:rFonts w:ascii="Arial" w:hAnsi="Arial" w:cs="Arial"/>
          <w:sz w:val="28"/>
          <w:szCs w:val="28"/>
          <w:lang w:val="sv-SE"/>
        </w:rPr>
        <w:br/>
      </w:r>
    </w:p>
    <w:p w14:paraId="6B986BD7" w14:textId="71A7F1E1" w:rsidR="002A7D33" w:rsidRDefault="00B12D85" w:rsidP="002A7D33">
      <w:pPr>
        <w:shd w:val="clear" w:color="auto" w:fill="FFFFFF"/>
        <w:spacing w:after="450" w:line="240" w:lineRule="auto"/>
        <w:textAlignment w:val="baseline"/>
        <w:rPr>
          <w:rFonts w:ascii="Arial" w:hAnsi="Arial" w:cs="Arial"/>
          <w:sz w:val="28"/>
          <w:szCs w:val="28"/>
          <w:lang w:val="sv-SE"/>
        </w:rPr>
      </w:pPr>
      <w:r w:rsidRPr="00B12D85">
        <w:rPr>
          <w:rFonts w:ascii="Arial" w:hAnsi="Arial" w:cs="Arial"/>
          <w:sz w:val="28"/>
          <w:szCs w:val="28"/>
          <w:lang w:val="sv-SE"/>
        </w:rPr>
        <w:t xml:space="preserve">Den 18 mars kastar vi loss tillsammans med </w:t>
      </w:r>
      <w:proofErr w:type="spellStart"/>
      <w:r w:rsidRPr="00B12D85">
        <w:rPr>
          <w:rFonts w:ascii="Arial" w:hAnsi="Arial" w:cs="Arial"/>
          <w:sz w:val="28"/>
          <w:szCs w:val="28"/>
          <w:lang w:val="sv-SE"/>
        </w:rPr>
        <w:t>Vi:s</w:t>
      </w:r>
      <w:proofErr w:type="spellEnd"/>
      <w:r w:rsidRPr="00B12D85">
        <w:rPr>
          <w:rFonts w:ascii="Arial" w:hAnsi="Arial" w:cs="Arial"/>
          <w:sz w:val="28"/>
          <w:szCs w:val="28"/>
          <w:lang w:val="sv-SE"/>
        </w:rPr>
        <w:t xml:space="preserve"> Litteraturbåt – en uppskattad tradition för alla som älskar läsning, samtal och nya perspektiv. </w:t>
      </w:r>
    </w:p>
    <w:p w14:paraId="1B73A80F" w14:textId="77777777" w:rsidR="002A7D33" w:rsidRDefault="002A7D33" w:rsidP="002A7D33">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Symphony avseglar från Värtahamnen i Stockholm onsdagen den 18/3 </w:t>
      </w:r>
      <w:proofErr w:type="spellStart"/>
      <w:r w:rsidRPr="00B12D85">
        <w:rPr>
          <w:rFonts w:ascii="Arial" w:eastAsia="Times New Roman" w:hAnsi="Arial" w:cs="Arial"/>
          <w:sz w:val="28"/>
          <w:szCs w:val="28"/>
          <w:lang w:val="sv-SE" w:eastAsia="sv-SE"/>
        </w:rPr>
        <w:t>kl</w:t>
      </w:r>
      <w:proofErr w:type="spellEnd"/>
      <w:r w:rsidRPr="00B12D85">
        <w:rPr>
          <w:rFonts w:ascii="Arial" w:eastAsia="Times New Roman" w:hAnsi="Arial" w:cs="Arial"/>
          <w:sz w:val="28"/>
          <w:szCs w:val="28"/>
          <w:lang w:val="sv-SE" w:eastAsia="sv-SE"/>
        </w:rPr>
        <w:t xml:space="preserve"> 16.45 och ni </w:t>
      </w:r>
      <w:r>
        <w:rPr>
          <w:rFonts w:ascii="Arial" w:eastAsia="Times New Roman" w:hAnsi="Arial" w:cs="Arial"/>
          <w:sz w:val="28"/>
          <w:szCs w:val="28"/>
          <w:lang w:val="sv-SE" w:eastAsia="sv-SE"/>
        </w:rPr>
        <w:t xml:space="preserve">är </w:t>
      </w:r>
      <w:r w:rsidRPr="00B12D85">
        <w:rPr>
          <w:rFonts w:ascii="Arial" w:eastAsia="Times New Roman" w:hAnsi="Arial" w:cs="Arial"/>
          <w:sz w:val="28"/>
          <w:szCs w:val="28"/>
          <w:lang w:val="sv-SE" w:eastAsia="sv-SE"/>
        </w:rPr>
        <w:t xml:space="preserve">tillbaka fredagen den 20/3 </w:t>
      </w:r>
      <w:proofErr w:type="spellStart"/>
      <w:r w:rsidRPr="00B12D85">
        <w:rPr>
          <w:rFonts w:ascii="Arial" w:eastAsia="Times New Roman" w:hAnsi="Arial" w:cs="Arial"/>
          <w:sz w:val="28"/>
          <w:szCs w:val="28"/>
          <w:lang w:val="sv-SE" w:eastAsia="sv-SE"/>
        </w:rPr>
        <w:t>kl</w:t>
      </w:r>
      <w:proofErr w:type="spellEnd"/>
      <w:r w:rsidRPr="00B12D85">
        <w:rPr>
          <w:rFonts w:ascii="Arial" w:eastAsia="Times New Roman" w:hAnsi="Arial" w:cs="Arial"/>
          <w:sz w:val="28"/>
          <w:szCs w:val="28"/>
          <w:lang w:val="sv-SE" w:eastAsia="sv-SE"/>
        </w:rPr>
        <w:t xml:space="preserve"> 10.00.</w:t>
      </w:r>
    </w:p>
    <w:p w14:paraId="38DF10FB" w14:textId="047BC650" w:rsidR="002A7D33" w:rsidRDefault="00B12D85" w:rsidP="002A7D33">
      <w:pPr>
        <w:shd w:val="clear" w:color="auto" w:fill="FFFFFF"/>
        <w:spacing w:after="0" w:line="240" w:lineRule="auto"/>
        <w:textAlignment w:val="baseline"/>
        <w:rPr>
          <w:rFonts w:ascii="Arial" w:hAnsi="Arial" w:cs="Arial"/>
          <w:sz w:val="28"/>
          <w:szCs w:val="28"/>
          <w:lang w:val="sv-SE"/>
        </w:rPr>
      </w:pPr>
      <w:r w:rsidRPr="00B12D85">
        <w:rPr>
          <w:rFonts w:ascii="Arial" w:hAnsi="Arial" w:cs="Arial"/>
          <w:sz w:val="28"/>
          <w:szCs w:val="28"/>
          <w:lang w:val="sv-SE"/>
        </w:rPr>
        <w:t xml:space="preserve">Programmet inleds redan på avresekvällen med författarsamtal kl. 17.00–19.00. Nästa dag fortsätter programmet på förmiddagen fram till kl. 12.00 och åter mellan kl. 17.00–19.00. </w:t>
      </w:r>
    </w:p>
    <w:p w14:paraId="676A8201" w14:textId="77777777" w:rsidR="00465F6E" w:rsidRDefault="00465F6E" w:rsidP="00465F6E">
      <w:pPr>
        <w:spacing w:after="0" w:line="240" w:lineRule="auto"/>
        <w:rPr>
          <w:rFonts w:ascii="Arial" w:hAnsi="Arial" w:cs="Arial"/>
          <w:sz w:val="28"/>
          <w:szCs w:val="28"/>
          <w:lang w:val="sv-SE"/>
        </w:rPr>
      </w:pPr>
      <w:r w:rsidRPr="00B12D85">
        <w:rPr>
          <w:rFonts w:ascii="Arial" w:hAnsi="Arial" w:cs="Arial"/>
          <w:sz w:val="28"/>
          <w:szCs w:val="28"/>
          <w:lang w:val="sv-SE"/>
        </w:rPr>
        <w:t>Ett detaljerat program med exakta tider publiceras cirka två veckor före avresa och delas även ut i terminalen.</w:t>
      </w:r>
    </w:p>
    <w:p w14:paraId="301426CE" w14:textId="77777777" w:rsidR="00465F6E" w:rsidRDefault="00465F6E" w:rsidP="00465F6E">
      <w:pPr>
        <w:spacing w:after="0" w:line="240" w:lineRule="auto"/>
        <w:rPr>
          <w:rFonts w:ascii="Arial" w:hAnsi="Arial" w:cs="Arial"/>
          <w:sz w:val="28"/>
          <w:szCs w:val="28"/>
          <w:lang w:val="sv-SE"/>
        </w:rPr>
      </w:pPr>
    </w:p>
    <w:p w14:paraId="3A61162B" w14:textId="453FBA68" w:rsidR="002A7D33" w:rsidRDefault="00B12D85" w:rsidP="002A7D33">
      <w:pPr>
        <w:spacing w:after="0" w:line="240" w:lineRule="auto"/>
        <w:rPr>
          <w:rFonts w:ascii="Arial" w:hAnsi="Arial" w:cs="Arial"/>
          <w:sz w:val="28"/>
          <w:szCs w:val="28"/>
          <w:lang w:val="sv-SE"/>
        </w:rPr>
      </w:pPr>
      <w:r w:rsidRPr="00B12D85">
        <w:rPr>
          <w:rFonts w:ascii="Arial" w:hAnsi="Arial" w:cs="Arial"/>
          <w:sz w:val="28"/>
          <w:szCs w:val="28"/>
          <w:lang w:val="sv-SE"/>
        </w:rPr>
        <w:t>Följande författare har redan tackat ja till att medverka och berätta om sitt skrivande och sina böcker: Henrik Berggren, Anna-Karin Palm, Lina Wolff, Sissela Kyle, Christoffer Carlsson och Fredrik Lindström. Fler namn tillkommer.</w:t>
      </w:r>
      <w:r w:rsidR="00657AC5">
        <w:rPr>
          <w:rFonts w:ascii="Arial" w:hAnsi="Arial" w:cs="Arial"/>
          <w:sz w:val="28"/>
          <w:szCs w:val="28"/>
          <w:lang w:val="sv-SE"/>
        </w:rPr>
        <w:t xml:space="preserve"> </w:t>
      </w:r>
    </w:p>
    <w:p w14:paraId="6BFC0490" w14:textId="77777777" w:rsidR="002A7D33" w:rsidRPr="00B12D85" w:rsidRDefault="002A7D33" w:rsidP="002A7D33">
      <w:pPr>
        <w:spacing w:after="0" w:line="240" w:lineRule="auto"/>
        <w:rPr>
          <w:rFonts w:ascii="Arial" w:hAnsi="Arial" w:cs="Arial"/>
          <w:sz w:val="28"/>
          <w:szCs w:val="28"/>
          <w:lang w:val="sv-SE"/>
        </w:rPr>
      </w:pPr>
    </w:p>
    <w:p w14:paraId="2053EFBF" w14:textId="023C0356" w:rsidR="00F172DB" w:rsidRDefault="00B12D85" w:rsidP="00F172DB">
      <w:pPr>
        <w:spacing w:after="0" w:line="240" w:lineRule="auto"/>
        <w:rPr>
          <w:rFonts w:ascii="Arial" w:hAnsi="Arial" w:cs="Arial"/>
          <w:sz w:val="28"/>
          <w:szCs w:val="28"/>
          <w:lang w:val="sv-SE"/>
        </w:rPr>
      </w:pPr>
      <w:r w:rsidRPr="00B12D85">
        <w:rPr>
          <w:rFonts w:ascii="Arial" w:hAnsi="Arial" w:cs="Arial"/>
          <w:b/>
          <w:bCs/>
          <w:sz w:val="28"/>
          <w:szCs w:val="28"/>
          <w:lang w:val="sv-SE"/>
        </w:rPr>
        <w:t>Datum:</w:t>
      </w:r>
      <w:r w:rsidRPr="00B12D85">
        <w:rPr>
          <w:rFonts w:ascii="Arial" w:hAnsi="Arial" w:cs="Arial"/>
          <w:sz w:val="28"/>
          <w:szCs w:val="28"/>
          <w:lang w:val="sv-SE"/>
        </w:rPr>
        <w:t xml:space="preserve"> 18–20 mars </w:t>
      </w:r>
      <w:r w:rsidRPr="00B12D85">
        <w:rPr>
          <w:rFonts w:ascii="Arial" w:hAnsi="Arial" w:cs="Arial"/>
          <w:sz w:val="28"/>
          <w:szCs w:val="28"/>
          <w:lang w:val="sv-SE"/>
        </w:rPr>
        <w:br/>
      </w:r>
      <w:r w:rsidRPr="00B12D85">
        <w:rPr>
          <w:rFonts w:ascii="Arial" w:hAnsi="Arial" w:cs="Arial"/>
          <w:b/>
          <w:bCs/>
          <w:sz w:val="28"/>
          <w:szCs w:val="28"/>
          <w:lang w:val="sv-SE"/>
        </w:rPr>
        <w:t>Pris:</w:t>
      </w:r>
      <w:r w:rsidRPr="00B12D85">
        <w:rPr>
          <w:rFonts w:ascii="Arial" w:hAnsi="Arial" w:cs="Arial"/>
          <w:sz w:val="28"/>
          <w:szCs w:val="28"/>
          <w:lang w:val="sv-SE"/>
        </w:rPr>
        <w:t xml:space="preserve"> 3 279 kr per person i delad dubbelhytt (samma pris gäller för del i handikappanpassad hytt – begränsat antal)</w:t>
      </w:r>
    </w:p>
    <w:p w14:paraId="47DD8FE8" w14:textId="0C9DE481" w:rsidR="00B12D85" w:rsidRPr="00B12D85" w:rsidRDefault="00B12D85" w:rsidP="00F172DB">
      <w:pPr>
        <w:spacing w:after="0" w:line="240" w:lineRule="auto"/>
        <w:rPr>
          <w:rFonts w:ascii="Arial" w:hAnsi="Arial" w:cs="Arial"/>
          <w:sz w:val="28"/>
          <w:szCs w:val="28"/>
          <w:lang w:val="sv-SE"/>
        </w:rPr>
      </w:pPr>
      <w:r w:rsidRPr="00B12D85">
        <w:rPr>
          <w:rFonts w:ascii="Arial" w:hAnsi="Arial" w:cs="Arial"/>
          <w:b/>
          <w:bCs/>
          <w:sz w:val="28"/>
          <w:szCs w:val="28"/>
          <w:lang w:val="sv-SE"/>
        </w:rPr>
        <w:t>Enkelhyttstillägg:</w:t>
      </w:r>
      <w:r w:rsidRPr="00B12D85">
        <w:rPr>
          <w:rFonts w:ascii="Arial" w:hAnsi="Arial" w:cs="Arial"/>
          <w:sz w:val="28"/>
          <w:szCs w:val="28"/>
          <w:lang w:val="sv-SE"/>
        </w:rPr>
        <w:t xml:space="preserve"> 560 kr</w:t>
      </w:r>
    </w:p>
    <w:p w14:paraId="19E6897B"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rPr>
      </w:pPr>
      <w:r w:rsidRPr="00B12D85">
        <w:rPr>
          <w:rFonts w:ascii="Arial" w:eastAsia="Times New Roman" w:hAnsi="Arial" w:cs="Arial"/>
          <w:b/>
          <w:bCs/>
          <w:sz w:val="28"/>
          <w:szCs w:val="28"/>
          <w:lang w:val="sv-SE"/>
        </w:rPr>
        <w:t xml:space="preserve">I priset ingår: </w:t>
      </w:r>
      <w:r w:rsidRPr="00B12D85">
        <w:rPr>
          <w:rFonts w:ascii="Arial" w:eastAsia="Times New Roman" w:hAnsi="Arial" w:cs="Arial"/>
          <w:sz w:val="28"/>
          <w:szCs w:val="28"/>
          <w:lang w:val="sv-SE"/>
        </w:rPr>
        <w:t xml:space="preserve">del i Standard </w:t>
      </w:r>
      <w:proofErr w:type="spellStart"/>
      <w:r w:rsidRPr="00B12D85">
        <w:rPr>
          <w:rFonts w:ascii="Arial" w:eastAsia="Times New Roman" w:hAnsi="Arial" w:cs="Arial"/>
          <w:sz w:val="28"/>
          <w:szCs w:val="28"/>
          <w:lang w:val="sv-SE"/>
        </w:rPr>
        <w:t>Promenade</w:t>
      </w:r>
      <w:proofErr w:type="spellEnd"/>
      <w:r w:rsidRPr="00B12D85">
        <w:rPr>
          <w:rFonts w:ascii="Arial" w:eastAsia="Times New Roman" w:hAnsi="Arial" w:cs="Arial"/>
          <w:sz w:val="28"/>
          <w:szCs w:val="28"/>
          <w:lang w:val="sv-SE"/>
        </w:rPr>
        <w:t xml:space="preserve"> </w:t>
      </w:r>
      <w:proofErr w:type="spellStart"/>
      <w:r w:rsidRPr="00B12D85">
        <w:rPr>
          <w:rFonts w:ascii="Arial" w:eastAsia="Times New Roman" w:hAnsi="Arial" w:cs="Arial"/>
          <w:sz w:val="28"/>
          <w:szCs w:val="28"/>
          <w:lang w:val="sv-SE"/>
        </w:rPr>
        <w:t>view</w:t>
      </w:r>
      <w:proofErr w:type="spellEnd"/>
      <w:r w:rsidRPr="00B12D85">
        <w:rPr>
          <w:rFonts w:ascii="Arial" w:eastAsia="Times New Roman" w:hAnsi="Arial" w:cs="Arial"/>
          <w:sz w:val="28"/>
          <w:szCs w:val="28"/>
          <w:lang w:val="sv-SE"/>
        </w:rPr>
        <w:t xml:space="preserve"> hytt under två nätter, författarföredrag, 1 förmiddagsfika i föreläsningslokalen, 2 frukostar, 1 buffémiddag inkl. dryck, utsläpps- och bränsletillägg. </w:t>
      </w:r>
    </w:p>
    <w:bookmarkEnd w:id="9"/>
    <w:p w14:paraId="1076F30C" w14:textId="77777777" w:rsidR="00657AC5" w:rsidRDefault="00B12D85" w:rsidP="005C3226">
      <w:pPr>
        <w:spacing w:after="0" w:line="240" w:lineRule="auto"/>
        <w:outlineLvl w:val="2"/>
        <w:rPr>
          <w:rFonts w:ascii="Arial" w:hAnsi="Arial" w:cs="Arial"/>
          <w:sz w:val="28"/>
          <w:szCs w:val="28"/>
          <w:lang w:val="sv-SE"/>
        </w:rPr>
      </w:pPr>
      <w:r w:rsidRPr="00B12D85">
        <w:rPr>
          <w:rFonts w:ascii="Arial" w:hAnsi="Arial" w:cs="Arial"/>
          <w:b/>
          <w:bCs/>
          <w:sz w:val="28"/>
          <w:szCs w:val="28"/>
          <w:lang w:val="sv-SE"/>
        </w:rPr>
        <w:t>Tillkommer:</w:t>
      </w:r>
      <w:r w:rsidRPr="00B12D85">
        <w:rPr>
          <w:rFonts w:ascii="Arial" w:hAnsi="Arial" w:cs="Arial"/>
          <w:sz w:val="28"/>
          <w:szCs w:val="28"/>
          <w:lang w:val="sv-SE"/>
        </w:rPr>
        <w:t xml:space="preserve"> anslutningsresa till påstigningsplatsen, övriga måltider med mera. </w:t>
      </w:r>
    </w:p>
    <w:p w14:paraId="3C34F120" w14:textId="588C110D" w:rsidR="00B12D85" w:rsidRPr="00B12D85" w:rsidRDefault="00B12D85" w:rsidP="005C3226">
      <w:pPr>
        <w:spacing w:after="0" w:line="240" w:lineRule="auto"/>
        <w:outlineLvl w:val="2"/>
        <w:rPr>
          <w:rFonts w:ascii="Arial" w:eastAsia="Times New Roman" w:hAnsi="Arial" w:cs="Arial"/>
          <w:b/>
          <w:bCs/>
          <w:sz w:val="28"/>
          <w:szCs w:val="28"/>
          <w:lang w:val="sv-SE" w:eastAsia="sv-SE"/>
        </w:rPr>
      </w:pPr>
      <w:r w:rsidRPr="00B12D85">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5613305D" w14:textId="77777777" w:rsidR="00B12D85" w:rsidRDefault="00B12D85" w:rsidP="00B12D85">
      <w:pPr>
        <w:rPr>
          <w:rFonts w:ascii="Arial" w:hAnsi="Arial" w:cs="Arial"/>
          <w:sz w:val="28"/>
          <w:szCs w:val="28"/>
          <w:lang w:val="sv-SE" w:eastAsia="sv-SE"/>
        </w:rPr>
      </w:pPr>
    </w:p>
    <w:p w14:paraId="692FD6B3" w14:textId="77777777" w:rsidR="00AB2F7F" w:rsidRDefault="00AB2F7F" w:rsidP="00B12D85">
      <w:pPr>
        <w:rPr>
          <w:rFonts w:ascii="Arial" w:hAnsi="Arial" w:cs="Arial"/>
          <w:sz w:val="28"/>
          <w:szCs w:val="28"/>
          <w:lang w:val="sv-SE" w:eastAsia="sv-SE"/>
        </w:rPr>
      </w:pPr>
    </w:p>
    <w:p w14:paraId="70169C83" w14:textId="77777777" w:rsidR="00AB2F7F" w:rsidRDefault="00AB2F7F" w:rsidP="00B12D85">
      <w:pPr>
        <w:rPr>
          <w:rFonts w:ascii="Arial" w:hAnsi="Arial" w:cs="Arial"/>
          <w:sz w:val="28"/>
          <w:szCs w:val="28"/>
          <w:lang w:val="sv-SE" w:eastAsia="sv-SE"/>
        </w:rPr>
      </w:pPr>
    </w:p>
    <w:p w14:paraId="675FC4FE" w14:textId="77777777" w:rsidR="00AB2F7F" w:rsidRDefault="00AB2F7F" w:rsidP="00B12D85">
      <w:pPr>
        <w:rPr>
          <w:rFonts w:ascii="Arial" w:hAnsi="Arial" w:cs="Arial"/>
          <w:sz w:val="28"/>
          <w:szCs w:val="28"/>
          <w:lang w:val="sv-SE" w:eastAsia="sv-SE"/>
        </w:rPr>
      </w:pPr>
    </w:p>
    <w:p w14:paraId="33F249A5" w14:textId="77777777" w:rsidR="00652A84" w:rsidRPr="00B12D85" w:rsidRDefault="00652A84" w:rsidP="00B12D85">
      <w:pPr>
        <w:rPr>
          <w:rFonts w:ascii="Arial" w:hAnsi="Arial" w:cs="Arial"/>
          <w:sz w:val="28"/>
          <w:szCs w:val="28"/>
          <w:lang w:val="sv-SE" w:eastAsia="sv-SE"/>
        </w:rPr>
      </w:pPr>
    </w:p>
    <w:p w14:paraId="39335486" w14:textId="77777777" w:rsidR="00B12D85" w:rsidRPr="00341468" w:rsidRDefault="00B12D85" w:rsidP="00341468">
      <w:pPr>
        <w:pStyle w:val="Rubrik3"/>
        <w:rPr>
          <w:rFonts w:ascii="Arial" w:hAnsi="Arial" w:cs="Arial"/>
          <w:sz w:val="28"/>
          <w:szCs w:val="28"/>
          <w:lang w:val="sv-SE"/>
        </w:rPr>
      </w:pPr>
      <w:bookmarkStart w:id="10" w:name="_Toc180407122"/>
      <w:bookmarkStart w:id="11" w:name="_Toc181087430"/>
      <w:r w:rsidRPr="00341468">
        <w:rPr>
          <w:rFonts w:ascii="Arial" w:hAnsi="Arial" w:cs="Arial"/>
          <w:sz w:val="28"/>
          <w:szCs w:val="28"/>
          <w:lang w:val="sv-SE"/>
        </w:rPr>
        <w:lastRenderedPageBreak/>
        <w:t>Guidad visning på Synskadades Muse</w:t>
      </w:r>
      <w:bookmarkEnd w:id="10"/>
      <w:r w:rsidRPr="00341468">
        <w:rPr>
          <w:rFonts w:ascii="Arial" w:hAnsi="Arial" w:cs="Arial"/>
          <w:sz w:val="28"/>
          <w:szCs w:val="28"/>
          <w:lang w:val="sv-SE"/>
        </w:rPr>
        <w:t>um i Stockholm</w:t>
      </w:r>
      <w:bookmarkEnd w:id="11"/>
    </w:p>
    <w:p w14:paraId="3C26FF0E" w14:textId="77777777" w:rsidR="005C3226" w:rsidRPr="00B12D85" w:rsidRDefault="005C3226" w:rsidP="005C3226">
      <w:pPr>
        <w:keepNext/>
        <w:keepLines/>
        <w:spacing w:after="0" w:line="240" w:lineRule="auto"/>
        <w:outlineLvl w:val="0"/>
        <w:rPr>
          <w:rFonts w:ascii="Arial" w:eastAsiaTheme="majorEastAsia" w:hAnsi="Arial" w:cs="Arial"/>
          <w:b/>
          <w:bCs/>
          <w:sz w:val="28"/>
          <w:szCs w:val="28"/>
          <w:lang w:val="sv-SE"/>
        </w:rPr>
      </w:pPr>
    </w:p>
    <w:p w14:paraId="6C2572EE" w14:textId="487C2F55" w:rsidR="009D3949" w:rsidRPr="00D96DEA" w:rsidRDefault="00D96DEA" w:rsidP="00CD3384">
      <w:pPr>
        <w:spacing w:line="240" w:lineRule="auto"/>
        <w:rPr>
          <w:rFonts w:ascii="Arial" w:hAnsi="Arial" w:cs="Arial"/>
          <w:sz w:val="28"/>
          <w:szCs w:val="28"/>
          <w:lang w:val="sv-SE" w:eastAsia="sv-SE"/>
        </w:rPr>
      </w:pPr>
      <w:r w:rsidRPr="00D96DEA">
        <w:rPr>
          <w:rFonts w:ascii="Arial" w:hAnsi="Arial" w:cs="Arial"/>
          <w:sz w:val="28"/>
          <w:szCs w:val="28"/>
          <w:lang w:val="sv-SE"/>
        </w:rPr>
        <w:t>På grund av sjukdom har arbetet med att färdigställa museet blivit försenat. Därför kommer SRF Go inte att kunna erbjuda guidade visningar av Synskadades museum i Stockholm under första halvåret 2026.</w:t>
      </w:r>
    </w:p>
    <w:p w14:paraId="61497339" w14:textId="77777777" w:rsidR="00AB2F7F" w:rsidRDefault="00AB2F7F" w:rsidP="00B12D85">
      <w:pPr>
        <w:rPr>
          <w:rFonts w:ascii="Arial" w:hAnsi="Arial" w:cs="Arial"/>
          <w:sz w:val="28"/>
          <w:szCs w:val="28"/>
          <w:lang w:val="sv-SE" w:eastAsia="sv-SE"/>
        </w:rPr>
      </w:pPr>
    </w:p>
    <w:p w14:paraId="6FD91F8B" w14:textId="77777777" w:rsidR="00750198" w:rsidRDefault="00750198" w:rsidP="00B12D85">
      <w:pPr>
        <w:rPr>
          <w:rFonts w:ascii="Arial" w:hAnsi="Arial" w:cs="Arial"/>
          <w:sz w:val="28"/>
          <w:szCs w:val="28"/>
          <w:lang w:val="sv-SE" w:eastAsia="sv-SE"/>
        </w:rPr>
      </w:pPr>
    </w:p>
    <w:p w14:paraId="1C1DC01D" w14:textId="77777777" w:rsidR="00D96DEA" w:rsidRDefault="00D96DEA" w:rsidP="00B12D85">
      <w:pPr>
        <w:rPr>
          <w:rFonts w:ascii="Arial" w:hAnsi="Arial" w:cs="Arial"/>
          <w:sz w:val="28"/>
          <w:szCs w:val="28"/>
          <w:lang w:val="sv-SE" w:eastAsia="sv-SE"/>
        </w:rPr>
      </w:pPr>
    </w:p>
    <w:p w14:paraId="45193E9F" w14:textId="77777777" w:rsidR="00D96DEA" w:rsidRDefault="00D96DEA" w:rsidP="00B12D85">
      <w:pPr>
        <w:rPr>
          <w:rFonts w:ascii="Arial" w:hAnsi="Arial" w:cs="Arial"/>
          <w:sz w:val="28"/>
          <w:szCs w:val="28"/>
          <w:lang w:val="sv-SE" w:eastAsia="sv-SE"/>
        </w:rPr>
      </w:pPr>
    </w:p>
    <w:p w14:paraId="761297A5" w14:textId="77777777" w:rsidR="00D96DEA" w:rsidRDefault="00D96DEA" w:rsidP="00B12D85">
      <w:pPr>
        <w:rPr>
          <w:rFonts w:ascii="Arial" w:hAnsi="Arial" w:cs="Arial"/>
          <w:sz w:val="28"/>
          <w:szCs w:val="28"/>
          <w:lang w:val="sv-SE" w:eastAsia="sv-SE"/>
        </w:rPr>
      </w:pPr>
    </w:p>
    <w:p w14:paraId="55AF90E7" w14:textId="77777777" w:rsidR="00D96DEA" w:rsidRDefault="00D96DEA" w:rsidP="00B12D85">
      <w:pPr>
        <w:rPr>
          <w:rFonts w:ascii="Arial" w:hAnsi="Arial" w:cs="Arial"/>
          <w:sz w:val="28"/>
          <w:szCs w:val="28"/>
          <w:lang w:val="sv-SE" w:eastAsia="sv-SE"/>
        </w:rPr>
      </w:pPr>
    </w:p>
    <w:p w14:paraId="3F050487" w14:textId="77777777" w:rsidR="00D96DEA" w:rsidRDefault="00D96DEA" w:rsidP="00B12D85">
      <w:pPr>
        <w:rPr>
          <w:rFonts w:ascii="Arial" w:hAnsi="Arial" w:cs="Arial"/>
          <w:sz w:val="28"/>
          <w:szCs w:val="28"/>
          <w:lang w:val="sv-SE" w:eastAsia="sv-SE"/>
        </w:rPr>
      </w:pPr>
    </w:p>
    <w:p w14:paraId="02EE9FDF" w14:textId="77777777" w:rsidR="00D96DEA" w:rsidRDefault="00D96DEA" w:rsidP="00B12D85">
      <w:pPr>
        <w:rPr>
          <w:rFonts w:ascii="Arial" w:hAnsi="Arial" w:cs="Arial"/>
          <w:sz w:val="28"/>
          <w:szCs w:val="28"/>
          <w:lang w:val="sv-SE" w:eastAsia="sv-SE"/>
        </w:rPr>
      </w:pPr>
    </w:p>
    <w:p w14:paraId="4CC5903B" w14:textId="77777777" w:rsidR="00D96DEA" w:rsidRDefault="00D96DEA" w:rsidP="00B12D85">
      <w:pPr>
        <w:rPr>
          <w:rFonts w:ascii="Arial" w:hAnsi="Arial" w:cs="Arial"/>
          <w:sz w:val="28"/>
          <w:szCs w:val="28"/>
          <w:lang w:val="sv-SE" w:eastAsia="sv-SE"/>
        </w:rPr>
      </w:pPr>
    </w:p>
    <w:p w14:paraId="3AF777AF" w14:textId="77777777" w:rsidR="00D96DEA" w:rsidRDefault="00D96DEA" w:rsidP="00B12D85">
      <w:pPr>
        <w:rPr>
          <w:rFonts w:ascii="Arial" w:hAnsi="Arial" w:cs="Arial"/>
          <w:sz w:val="28"/>
          <w:szCs w:val="28"/>
          <w:lang w:val="sv-SE" w:eastAsia="sv-SE"/>
        </w:rPr>
      </w:pPr>
    </w:p>
    <w:p w14:paraId="694442AA" w14:textId="77777777" w:rsidR="00D96DEA" w:rsidRDefault="00D96DEA" w:rsidP="00B12D85">
      <w:pPr>
        <w:rPr>
          <w:rFonts w:ascii="Arial" w:hAnsi="Arial" w:cs="Arial"/>
          <w:sz w:val="28"/>
          <w:szCs w:val="28"/>
          <w:lang w:val="sv-SE" w:eastAsia="sv-SE"/>
        </w:rPr>
      </w:pPr>
    </w:p>
    <w:p w14:paraId="4B97FA7A" w14:textId="77777777" w:rsidR="00D96DEA" w:rsidRDefault="00D96DEA" w:rsidP="00B12D85">
      <w:pPr>
        <w:rPr>
          <w:rFonts w:ascii="Arial" w:hAnsi="Arial" w:cs="Arial"/>
          <w:sz w:val="28"/>
          <w:szCs w:val="28"/>
          <w:lang w:val="sv-SE" w:eastAsia="sv-SE"/>
        </w:rPr>
      </w:pPr>
    </w:p>
    <w:p w14:paraId="1BCDF59D" w14:textId="77777777" w:rsidR="00D96DEA" w:rsidRDefault="00D96DEA" w:rsidP="00B12D85">
      <w:pPr>
        <w:rPr>
          <w:rFonts w:ascii="Arial" w:hAnsi="Arial" w:cs="Arial"/>
          <w:sz w:val="28"/>
          <w:szCs w:val="28"/>
          <w:lang w:val="sv-SE" w:eastAsia="sv-SE"/>
        </w:rPr>
      </w:pPr>
    </w:p>
    <w:p w14:paraId="7E4ED601" w14:textId="77777777" w:rsidR="00D96DEA" w:rsidRDefault="00D96DEA" w:rsidP="00B12D85">
      <w:pPr>
        <w:rPr>
          <w:rFonts w:ascii="Arial" w:hAnsi="Arial" w:cs="Arial"/>
          <w:sz w:val="28"/>
          <w:szCs w:val="28"/>
          <w:lang w:val="sv-SE" w:eastAsia="sv-SE"/>
        </w:rPr>
      </w:pPr>
    </w:p>
    <w:p w14:paraId="2C9A152A" w14:textId="77777777" w:rsidR="00D96DEA" w:rsidRDefault="00D96DEA" w:rsidP="00B12D85">
      <w:pPr>
        <w:rPr>
          <w:rFonts w:ascii="Arial" w:hAnsi="Arial" w:cs="Arial"/>
          <w:sz w:val="28"/>
          <w:szCs w:val="28"/>
          <w:lang w:val="sv-SE" w:eastAsia="sv-SE"/>
        </w:rPr>
      </w:pPr>
    </w:p>
    <w:p w14:paraId="1C3644F2" w14:textId="77777777" w:rsidR="00D96DEA" w:rsidRDefault="00D96DEA" w:rsidP="00B12D85">
      <w:pPr>
        <w:rPr>
          <w:rFonts w:ascii="Arial" w:hAnsi="Arial" w:cs="Arial"/>
          <w:sz w:val="28"/>
          <w:szCs w:val="28"/>
          <w:lang w:val="sv-SE" w:eastAsia="sv-SE"/>
        </w:rPr>
      </w:pPr>
    </w:p>
    <w:p w14:paraId="28EC7275" w14:textId="77777777" w:rsidR="00D96DEA" w:rsidRDefault="00D96DEA" w:rsidP="00B12D85">
      <w:pPr>
        <w:rPr>
          <w:rFonts w:ascii="Arial" w:hAnsi="Arial" w:cs="Arial"/>
          <w:sz w:val="28"/>
          <w:szCs w:val="28"/>
          <w:lang w:val="sv-SE" w:eastAsia="sv-SE"/>
        </w:rPr>
      </w:pPr>
    </w:p>
    <w:p w14:paraId="759AED8A" w14:textId="77777777" w:rsidR="00D96DEA" w:rsidRDefault="00D96DEA" w:rsidP="00B12D85">
      <w:pPr>
        <w:rPr>
          <w:rFonts w:ascii="Arial" w:hAnsi="Arial" w:cs="Arial"/>
          <w:sz w:val="28"/>
          <w:szCs w:val="28"/>
          <w:lang w:val="sv-SE" w:eastAsia="sv-SE"/>
        </w:rPr>
      </w:pPr>
    </w:p>
    <w:p w14:paraId="2F6BEDCA" w14:textId="77777777" w:rsidR="00D96DEA" w:rsidRPr="00B12D85" w:rsidRDefault="00D96DEA" w:rsidP="00B12D85">
      <w:pPr>
        <w:rPr>
          <w:rFonts w:ascii="Arial" w:hAnsi="Arial" w:cs="Arial"/>
          <w:sz w:val="28"/>
          <w:szCs w:val="28"/>
          <w:lang w:val="sv-SE" w:eastAsia="sv-SE"/>
        </w:rPr>
      </w:pPr>
    </w:p>
    <w:p w14:paraId="28E7FAEE" w14:textId="77777777" w:rsidR="00B12D85" w:rsidRPr="00341468" w:rsidRDefault="00B12D85" w:rsidP="00341468">
      <w:pPr>
        <w:pStyle w:val="Rubrik3"/>
        <w:rPr>
          <w:rFonts w:ascii="Arial" w:hAnsi="Arial" w:cs="Arial"/>
          <w:sz w:val="28"/>
          <w:szCs w:val="28"/>
          <w:lang w:val="sv-SE" w:eastAsia="sv-SE"/>
        </w:rPr>
      </w:pPr>
      <w:bookmarkStart w:id="12" w:name="_Hlk214034320"/>
      <w:r w:rsidRPr="00341468">
        <w:rPr>
          <w:rFonts w:ascii="Arial" w:hAnsi="Arial" w:cs="Arial"/>
          <w:sz w:val="28"/>
          <w:szCs w:val="28"/>
          <w:lang w:val="sv-SE" w:eastAsia="sv-SE"/>
        </w:rPr>
        <w:lastRenderedPageBreak/>
        <w:t xml:space="preserve">Strandläge och All </w:t>
      </w:r>
      <w:proofErr w:type="spellStart"/>
      <w:r w:rsidRPr="00341468">
        <w:rPr>
          <w:rFonts w:ascii="Arial" w:hAnsi="Arial" w:cs="Arial"/>
          <w:sz w:val="28"/>
          <w:szCs w:val="28"/>
          <w:lang w:val="sv-SE" w:eastAsia="sv-SE"/>
        </w:rPr>
        <w:t>Inclusive</w:t>
      </w:r>
      <w:proofErr w:type="spellEnd"/>
      <w:r w:rsidRPr="00341468">
        <w:rPr>
          <w:rFonts w:ascii="Arial" w:hAnsi="Arial" w:cs="Arial"/>
          <w:sz w:val="28"/>
          <w:szCs w:val="28"/>
          <w:lang w:val="sv-SE" w:eastAsia="sv-SE"/>
        </w:rPr>
        <w:t xml:space="preserve"> </w:t>
      </w:r>
      <w:bookmarkEnd w:id="12"/>
      <w:r w:rsidRPr="00341468">
        <w:rPr>
          <w:rFonts w:ascii="Arial" w:hAnsi="Arial" w:cs="Arial"/>
          <w:sz w:val="28"/>
          <w:szCs w:val="28"/>
          <w:lang w:val="sv-SE" w:eastAsia="sv-SE"/>
        </w:rPr>
        <w:t>i Turkiet</w:t>
      </w:r>
    </w:p>
    <w:p w14:paraId="11C1764D" w14:textId="37FC8114"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Välkommen till </w:t>
      </w:r>
      <w:bookmarkStart w:id="13" w:name="_Hlk214034211"/>
      <w:r w:rsidRPr="00B12D85">
        <w:rPr>
          <w:rFonts w:ascii="Arial" w:eastAsia="Times New Roman" w:hAnsi="Arial" w:cs="Arial"/>
          <w:sz w:val="28"/>
          <w:szCs w:val="28"/>
          <w:lang w:val="sv-SE" w:eastAsia="sv-SE"/>
        </w:rPr>
        <w:t xml:space="preserve">en avkopplande vecka på ett elegant fyrstjärnigt plus-hotell i </w:t>
      </w:r>
      <w:bookmarkEnd w:id="13"/>
      <w:r w:rsidRPr="00B12D85">
        <w:rPr>
          <w:rFonts w:ascii="Arial" w:eastAsia="Times New Roman" w:hAnsi="Arial" w:cs="Arial"/>
          <w:sz w:val="28"/>
          <w:szCs w:val="28"/>
          <w:lang w:val="sv-SE" w:eastAsia="sv-SE"/>
        </w:rPr>
        <w:t>utkanten av Alanya – bara ett stenkast från stranden och nära mysiga lokala restauranger och caféer. Här bor du bekvämt med ett härligt poolområde, goda träningsmöjligheter och allt som behövs för en riktigt skön semester.</w:t>
      </w:r>
      <w:r w:rsidR="00AB2F7F">
        <w:rPr>
          <w:rFonts w:ascii="Arial" w:eastAsia="Times New Roman" w:hAnsi="Arial" w:cs="Arial"/>
          <w:bCs/>
          <w:sz w:val="28"/>
          <w:szCs w:val="28"/>
          <w:lang w:val="sv-SE" w:eastAsia="sv-SE"/>
        </w:rPr>
        <w:t xml:space="preserve"> </w:t>
      </w:r>
      <w:r w:rsidRPr="00B12D85">
        <w:rPr>
          <w:rFonts w:ascii="Arial" w:eastAsia="Times New Roman" w:hAnsi="Arial" w:cs="Arial"/>
          <w:sz w:val="28"/>
          <w:szCs w:val="28"/>
          <w:lang w:val="sv-SE" w:eastAsia="sv-SE"/>
        </w:rPr>
        <w:t>Hotellet erbjuder ett stort och inbjudande poolområde med bubbelpool, solstolar, parasoll och sköna pool- och strandhanddukar. Till den fina sandstranden är det endast cirka 50 meter, och som gäst har du tillgång till gratis solstolar och parasoll. Hotellet disponerar en egen del av den 17 km långa stranden och har en smidig gångtunnel direkt ner till vattnet.</w:t>
      </w:r>
    </w:p>
    <w:p w14:paraId="5D1D2401" w14:textId="1E8D01CE"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I hotellets All </w:t>
      </w:r>
      <w:proofErr w:type="spellStart"/>
      <w:r w:rsidRPr="00B12D85">
        <w:rPr>
          <w:rFonts w:ascii="Arial" w:eastAsia="Times New Roman" w:hAnsi="Arial" w:cs="Arial"/>
          <w:sz w:val="28"/>
          <w:szCs w:val="28"/>
          <w:lang w:val="sv-SE" w:eastAsia="sv-SE"/>
        </w:rPr>
        <w:t>Inclusive</w:t>
      </w:r>
      <w:proofErr w:type="spellEnd"/>
      <w:r w:rsidRPr="00B12D85">
        <w:rPr>
          <w:rFonts w:ascii="Arial" w:eastAsia="Times New Roman" w:hAnsi="Arial" w:cs="Arial"/>
          <w:sz w:val="28"/>
          <w:szCs w:val="28"/>
          <w:lang w:val="sv-SE" w:eastAsia="sv-SE"/>
        </w:rPr>
        <w:t>-ingår bland annat</w:t>
      </w:r>
      <w:r w:rsidRPr="00B12D85">
        <w:rPr>
          <w:rFonts w:ascii="Arial" w:eastAsia="Times New Roman" w:hAnsi="Arial" w:cs="Arial"/>
          <w:bCs/>
          <w:sz w:val="28"/>
          <w:szCs w:val="28"/>
          <w:lang w:val="sv-SE" w:eastAsia="sv-SE"/>
        </w:rPr>
        <w:t xml:space="preserve"> f</w:t>
      </w:r>
      <w:r w:rsidRPr="00B12D85">
        <w:rPr>
          <w:rFonts w:ascii="Arial" w:eastAsia="Times New Roman" w:hAnsi="Arial" w:cs="Arial"/>
          <w:sz w:val="28"/>
          <w:szCs w:val="28"/>
          <w:lang w:val="sv-SE" w:eastAsia="sv-SE"/>
        </w:rPr>
        <w:t>rukostbuffé</w:t>
      </w:r>
      <w:r w:rsidRPr="00B12D85">
        <w:rPr>
          <w:rFonts w:ascii="Arial" w:eastAsia="Times New Roman" w:hAnsi="Arial" w:cs="Arial"/>
          <w:bCs/>
          <w:sz w:val="28"/>
          <w:szCs w:val="28"/>
          <w:lang w:val="sv-SE" w:eastAsia="sv-SE"/>
        </w:rPr>
        <w:t>, l</w:t>
      </w:r>
      <w:r w:rsidRPr="00B12D85">
        <w:rPr>
          <w:rFonts w:ascii="Arial" w:eastAsia="Times New Roman" w:hAnsi="Arial" w:cs="Arial"/>
          <w:sz w:val="28"/>
          <w:szCs w:val="28"/>
          <w:lang w:val="sv-SE" w:eastAsia="sv-SE"/>
        </w:rPr>
        <w:t xml:space="preserve">unch och middag i </w:t>
      </w:r>
      <w:proofErr w:type="spellStart"/>
      <w:r w:rsidRPr="00B12D85">
        <w:rPr>
          <w:rFonts w:ascii="Arial" w:eastAsia="Times New Roman" w:hAnsi="Arial" w:cs="Arial"/>
          <w:sz w:val="28"/>
          <w:szCs w:val="28"/>
          <w:lang w:val="sv-SE" w:eastAsia="sv-SE"/>
        </w:rPr>
        <w:t>bufférestaurangen</w:t>
      </w:r>
      <w:proofErr w:type="spellEnd"/>
      <w:r w:rsidRPr="00B12D85">
        <w:rPr>
          <w:rFonts w:ascii="Arial" w:eastAsia="Times New Roman" w:hAnsi="Arial" w:cs="Arial"/>
          <w:bCs/>
          <w:sz w:val="28"/>
          <w:szCs w:val="28"/>
          <w:lang w:val="sv-SE" w:eastAsia="sv-SE"/>
        </w:rPr>
        <w:t>, e</w:t>
      </w:r>
      <w:r w:rsidRPr="00B12D85">
        <w:rPr>
          <w:rFonts w:ascii="Arial" w:eastAsia="Times New Roman" w:hAnsi="Arial" w:cs="Arial"/>
          <w:sz w:val="28"/>
          <w:szCs w:val="28"/>
          <w:lang w:val="sv-SE" w:eastAsia="sv-SE"/>
        </w:rPr>
        <w:t>n middag i hotellets à la carte-restaurang (bokningsavgift tillkommer)</w:t>
      </w:r>
      <w:r w:rsidRPr="00B12D85">
        <w:rPr>
          <w:rFonts w:ascii="Arial" w:eastAsia="Times New Roman" w:hAnsi="Arial" w:cs="Arial"/>
          <w:bCs/>
          <w:sz w:val="28"/>
          <w:szCs w:val="28"/>
          <w:lang w:val="sv-SE" w:eastAsia="sv-SE"/>
        </w:rPr>
        <w:t>, s</w:t>
      </w:r>
      <w:r w:rsidRPr="00B12D85">
        <w:rPr>
          <w:rFonts w:ascii="Arial" w:eastAsia="Times New Roman" w:hAnsi="Arial" w:cs="Arial"/>
          <w:sz w:val="28"/>
          <w:szCs w:val="28"/>
          <w:lang w:val="sv-SE" w:eastAsia="sv-SE"/>
        </w:rPr>
        <w:t>nacks på för- och eftermiddagen</w:t>
      </w:r>
      <w:r w:rsidRPr="00B12D85">
        <w:rPr>
          <w:rFonts w:ascii="Arial" w:eastAsia="Times New Roman" w:hAnsi="Arial" w:cs="Arial"/>
          <w:bCs/>
          <w:sz w:val="28"/>
          <w:szCs w:val="28"/>
          <w:lang w:val="sv-SE" w:eastAsia="sv-SE"/>
        </w:rPr>
        <w:t>, v</w:t>
      </w:r>
      <w:r w:rsidRPr="00B12D85">
        <w:rPr>
          <w:rFonts w:ascii="Arial" w:eastAsia="Times New Roman" w:hAnsi="Arial" w:cs="Arial"/>
          <w:sz w:val="28"/>
          <w:szCs w:val="28"/>
          <w:lang w:val="sv-SE" w:eastAsia="sv-SE"/>
        </w:rPr>
        <w:t>atten, läsk och lokala alkoholdrycker i barerna</w:t>
      </w:r>
      <w:r w:rsidRPr="00B12D85">
        <w:rPr>
          <w:rFonts w:ascii="Arial" w:eastAsia="Times New Roman" w:hAnsi="Arial" w:cs="Arial"/>
          <w:bCs/>
          <w:sz w:val="28"/>
          <w:szCs w:val="28"/>
          <w:lang w:val="sv-SE" w:eastAsia="sv-SE"/>
        </w:rPr>
        <w:t xml:space="preserve">. </w:t>
      </w:r>
      <w:r w:rsidRPr="00657AC5">
        <w:rPr>
          <w:rFonts w:ascii="Arial" w:eastAsia="Times New Roman" w:hAnsi="Arial" w:cs="Arial"/>
          <w:sz w:val="28"/>
          <w:szCs w:val="28"/>
          <w:lang w:val="sv-SE" w:eastAsia="sv-SE"/>
        </w:rPr>
        <w:t xml:space="preserve">Observera att hotellet kan göra ändringar i All </w:t>
      </w:r>
      <w:proofErr w:type="spellStart"/>
      <w:r w:rsidRPr="00657AC5">
        <w:rPr>
          <w:rFonts w:ascii="Arial" w:eastAsia="Times New Roman" w:hAnsi="Arial" w:cs="Arial"/>
          <w:sz w:val="28"/>
          <w:szCs w:val="28"/>
          <w:lang w:val="sv-SE" w:eastAsia="sv-SE"/>
        </w:rPr>
        <w:t>Inclusive</w:t>
      </w:r>
      <w:proofErr w:type="spellEnd"/>
      <w:r w:rsidRPr="00657AC5">
        <w:rPr>
          <w:rFonts w:ascii="Arial" w:eastAsia="Times New Roman" w:hAnsi="Arial" w:cs="Arial"/>
          <w:sz w:val="28"/>
          <w:szCs w:val="28"/>
          <w:lang w:val="sv-SE" w:eastAsia="sv-SE"/>
        </w:rPr>
        <w:t>-utbudet och tiderna. Detta ligger utanför vår kontroll.</w:t>
      </w:r>
    </w:p>
    <w:p w14:paraId="41FB2E81" w14:textId="198B6ADC"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sz w:val="28"/>
          <w:szCs w:val="28"/>
          <w:lang w:val="sv-SE" w:eastAsia="sv-SE"/>
        </w:rPr>
        <w:t xml:space="preserve">För dig som vill hålla </w:t>
      </w:r>
      <w:proofErr w:type="gramStart"/>
      <w:r w:rsidRPr="00B12D85">
        <w:rPr>
          <w:rFonts w:ascii="Arial" w:eastAsia="Times New Roman" w:hAnsi="Arial" w:cs="Arial"/>
          <w:sz w:val="28"/>
          <w:szCs w:val="28"/>
          <w:lang w:val="sv-SE" w:eastAsia="sv-SE"/>
        </w:rPr>
        <w:t>igång</w:t>
      </w:r>
      <w:proofErr w:type="gramEnd"/>
      <w:r w:rsidRPr="00B12D85">
        <w:rPr>
          <w:rFonts w:ascii="Arial" w:eastAsia="Times New Roman" w:hAnsi="Arial" w:cs="Arial"/>
          <w:sz w:val="28"/>
          <w:szCs w:val="28"/>
          <w:lang w:val="sv-SE" w:eastAsia="sv-SE"/>
        </w:rPr>
        <w:t xml:space="preserve"> på semestern ingår både gym och gruppträning med SATS-utbildade instruktörer utan kostnad. I hotellets spa kan du unna dig sköna behandlingar</w:t>
      </w:r>
      <w:r w:rsidR="00715694">
        <w:rPr>
          <w:rFonts w:ascii="Arial" w:eastAsia="Times New Roman" w:hAnsi="Arial" w:cs="Arial"/>
          <w:sz w:val="28"/>
          <w:szCs w:val="28"/>
          <w:lang w:val="sv-SE" w:eastAsia="sv-SE"/>
        </w:rPr>
        <w:t>.</w:t>
      </w:r>
    </w:p>
    <w:p w14:paraId="5C33D32B" w14:textId="77777777" w:rsidR="00B12D85" w:rsidRPr="00B12D85" w:rsidRDefault="00B12D85" w:rsidP="005C3226">
      <w:pPr>
        <w:spacing w:after="0" w:line="240" w:lineRule="auto"/>
        <w:rPr>
          <w:rFonts w:ascii="Arial" w:eastAsia="Times New Roman" w:hAnsi="Arial" w:cs="Arial"/>
          <w:bCs/>
          <w:sz w:val="28"/>
          <w:szCs w:val="28"/>
          <w:lang w:val="sv-SE" w:eastAsia="sv-SE"/>
        </w:rPr>
      </w:pPr>
      <w:r w:rsidRPr="00B12D85">
        <w:rPr>
          <w:rFonts w:ascii="Arial" w:eastAsia="Times New Roman" w:hAnsi="Arial" w:cs="Arial"/>
          <w:b/>
          <w:sz w:val="28"/>
          <w:szCs w:val="28"/>
          <w:lang w:val="sv-SE" w:eastAsia="sv-SE"/>
        </w:rPr>
        <w:t>Datum:</w:t>
      </w:r>
      <w:r w:rsidRPr="00B12D85">
        <w:rPr>
          <w:rFonts w:ascii="Arial" w:eastAsia="Times New Roman" w:hAnsi="Arial" w:cs="Arial"/>
          <w:sz w:val="28"/>
          <w:szCs w:val="28"/>
          <w:lang w:val="sv-SE" w:eastAsia="sv-SE"/>
        </w:rPr>
        <w:t xml:space="preserve"> 23–30 maj</w:t>
      </w:r>
      <w:r w:rsidRPr="00B12D85">
        <w:rPr>
          <w:rFonts w:ascii="Arial" w:eastAsia="Times New Roman" w:hAnsi="Arial" w:cs="Arial"/>
          <w:sz w:val="28"/>
          <w:szCs w:val="28"/>
          <w:lang w:val="sv-SE" w:eastAsia="sv-SE"/>
        </w:rPr>
        <w:br/>
      </w:r>
      <w:r w:rsidRPr="00B12D85">
        <w:rPr>
          <w:rFonts w:ascii="Arial" w:eastAsia="Times New Roman" w:hAnsi="Arial" w:cs="Arial"/>
          <w:b/>
          <w:sz w:val="28"/>
          <w:szCs w:val="28"/>
          <w:lang w:val="sv-SE" w:eastAsia="sv-SE"/>
        </w:rPr>
        <w:t>Pris per person:</w:t>
      </w:r>
      <w:r w:rsidRPr="00B12D85">
        <w:rPr>
          <w:rFonts w:ascii="Arial" w:eastAsia="Times New Roman" w:hAnsi="Arial" w:cs="Arial"/>
          <w:sz w:val="28"/>
          <w:szCs w:val="28"/>
          <w:lang w:val="sv-SE" w:eastAsia="sv-SE"/>
        </w:rPr>
        <w:t xml:space="preserve"> 12 395 kr</w:t>
      </w:r>
      <w:r w:rsidRPr="00B12D85">
        <w:rPr>
          <w:rFonts w:ascii="Arial" w:eastAsia="Times New Roman" w:hAnsi="Arial" w:cs="Arial"/>
          <w:sz w:val="28"/>
          <w:szCs w:val="28"/>
          <w:lang w:val="sv-SE" w:eastAsia="sv-SE"/>
        </w:rPr>
        <w:br/>
      </w:r>
      <w:r w:rsidRPr="00B12D85">
        <w:rPr>
          <w:rFonts w:ascii="Arial" w:eastAsia="Times New Roman" w:hAnsi="Arial" w:cs="Arial"/>
          <w:b/>
          <w:sz w:val="28"/>
          <w:szCs w:val="28"/>
          <w:lang w:val="sv-SE" w:eastAsia="sv-SE"/>
        </w:rPr>
        <w:t>Enkelrumstillägg:</w:t>
      </w:r>
      <w:r w:rsidRPr="00B12D85">
        <w:rPr>
          <w:rFonts w:ascii="Arial" w:eastAsia="Times New Roman" w:hAnsi="Arial" w:cs="Arial"/>
          <w:sz w:val="28"/>
          <w:szCs w:val="28"/>
          <w:lang w:val="sv-SE" w:eastAsia="sv-SE"/>
        </w:rPr>
        <w:t xml:space="preserve"> 4 100 kr</w:t>
      </w:r>
    </w:p>
    <w:p w14:paraId="4B38FD53" w14:textId="77777777" w:rsidR="00B12D85" w:rsidRPr="00B12D85" w:rsidRDefault="00B12D85" w:rsidP="005C3226">
      <w:pPr>
        <w:spacing w:before="100" w:beforeAutospacing="1" w:after="100" w:afterAutospacing="1" w:line="240" w:lineRule="auto"/>
        <w:rPr>
          <w:rFonts w:ascii="Arial" w:eastAsia="Times New Roman" w:hAnsi="Arial" w:cs="Arial"/>
          <w:bCs/>
          <w:sz w:val="28"/>
          <w:szCs w:val="28"/>
          <w:lang w:val="sv-SE" w:eastAsia="sv-SE"/>
        </w:rPr>
      </w:pPr>
      <w:r w:rsidRPr="00B12D85">
        <w:rPr>
          <w:rFonts w:ascii="Arial" w:eastAsia="Times New Roman" w:hAnsi="Arial" w:cs="Arial"/>
          <w:b/>
          <w:sz w:val="28"/>
          <w:szCs w:val="28"/>
          <w:lang w:val="sv-SE" w:eastAsia="sv-SE"/>
        </w:rPr>
        <w:t xml:space="preserve">I priset ingår: </w:t>
      </w:r>
      <w:r w:rsidRPr="00B12D85">
        <w:rPr>
          <w:rFonts w:ascii="Arial" w:eastAsia="Times New Roman" w:hAnsi="Arial" w:cs="Arial"/>
          <w:bCs/>
          <w:sz w:val="28"/>
          <w:szCs w:val="28"/>
          <w:lang w:val="sv-SE" w:eastAsia="sv-SE"/>
        </w:rPr>
        <w:t xml:space="preserve">flyg från Arlanda, Landvetter eller Sturup, del i Classic </w:t>
      </w:r>
      <w:proofErr w:type="spellStart"/>
      <w:r w:rsidRPr="00B12D85">
        <w:rPr>
          <w:rFonts w:ascii="Arial" w:eastAsia="Times New Roman" w:hAnsi="Arial" w:cs="Arial"/>
          <w:bCs/>
          <w:sz w:val="28"/>
          <w:szCs w:val="28"/>
          <w:lang w:val="sv-SE" w:eastAsia="sv-SE"/>
        </w:rPr>
        <w:t>Room</w:t>
      </w:r>
      <w:proofErr w:type="spellEnd"/>
      <w:r w:rsidRPr="00B12D85">
        <w:rPr>
          <w:rFonts w:ascii="Arial" w:eastAsia="Times New Roman" w:hAnsi="Arial" w:cs="Arial"/>
          <w:bCs/>
          <w:sz w:val="28"/>
          <w:szCs w:val="28"/>
          <w:lang w:val="sv-SE" w:eastAsia="sv-SE"/>
        </w:rPr>
        <w:t xml:space="preserve"> (dubbelrum) med balkong, utsikt mot närliggande byggnader eller gata, incheckat bagage, måltider ombord på flyget, all </w:t>
      </w:r>
      <w:proofErr w:type="spellStart"/>
      <w:r w:rsidRPr="00B12D85">
        <w:rPr>
          <w:rFonts w:ascii="Arial" w:eastAsia="Times New Roman" w:hAnsi="Arial" w:cs="Arial"/>
          <w:bCs/>
          <w:sz w:val="28"/>
          <w:szCs w:val="28"/>
          <w:lang w:val="sv-SE" w:eastAsia="sv-SE"/>
        </w:rPr>
        <w:t>Inclusive</w:t>
      </w:r>
      <w:proofErr w:type="spellEnd"/>
      <w:r w:rsidRPr="00B12D85">
        <w:rPr>
          <w:rFonts w:ascii="Arial" w:eastAsia="Times New Roman" w:hAnsi="Arial" w:cs="Arial"/>
          <w:bCs/>
          <w:sz w:val="28"/>
          <w:szCs w:val="28"/>
          <w:lang w:val="sv-SE" w:eastAsia="sv-SE"/>
        </w:rPr>
        <w:t xml:space="preserve"> på hotellet.</w:t>
      </w:r>
      <w:r w:rsidRPr="00B12D85">
        <w:rPr>
          <w:rFonts w:ascii="Arial" w:eastAsia="Times New Roman" w:hAnsi="Arial" w:cs="Arial"/>
          <w:sz w:val="28"/>
          <w:szCs w:val="28"/>
          <w:lang w:val="sv-SE" w:eastAsia="sv-SE"/>
        </w:rPr>
        <w:t xml:space="preserve"> Direkttransfer mellan flygplats och hotell ingår. Transfer</w:t>
      </w:r>
      <w:r w:rsidRPr="00B12D85">
        <w:rPr>
          <w:rFonts w:ascii="Arial" w:eastAsia="Times New Roman" w:hAnsi="Arial" w:cs="Arial"/>
          <w:sz w:val="28"/>
          <w:szCs w:val="28"/>
          <w:lang w:val="sv-SE" w:eastAsia="sv-SE"/>
        </w:rPr>
        <w:softHyphen/>
        <w:t>tiderna kan variera beroende på vilken flygplats du flyger till i Turkiet – detta bestäms av researrangören Ving och ligger utanför vår kontroll.</w:t>
      </w:r>
    </w:p>
    <w:p w14:paraId="645B37C9" w14:textId="77777777" w:rsidR="00B12D85" w:rsidRDefault="00B12D85" w:rsidP="005C3226">
      <w:pPr>
        <w:spacing w:after="0" w:line="240" w:lineRule="auto"/>
        <w:outlineLvl w:val="2"/>
        <w:rPr>
          <w:rFonts w:ascii="Arial" w:hAnsi="Arial" w:cs="Arial"/>
          <w:sz w:val="28"/>
          <w:szCs w:val="28"/>
          <w:lang w:val="sv-SE"/>
        </w:rPr>
      </w:pPr>
      <w:r w:rsidRPr="00B12D85">
        <w:rPr>
          <w:rFonts w:ascii="Arial" w:eastAsia="Times New Roman" w:hAnsi="Arial" w:cs="Arial"/>
          <w:b/>
          <w:sz w:val="28"/>
          <w:szCs w:val="28"/>
          <w:lang w:val="sv-SE" w:eastAsia="sv-SE"/>
        </w:rPr>
        <w:t xml:space="preserve">Tillkommer: </w:t>
      </w:r>
      <w:r w:rsidRPr="00B12D85">
        <w:rPr>
          <w:rFonts w:ascii="Arial" w:eastAsia="Times New Roman" w:hAnsi="Arial" w:cs="Arial"/>
          <w:bCs/>
          <w:sz w:val="28"/>
          <w:szCs w:val="28"/>
          <w:lang w:val="sv-SE" w:eastAsia="sv-SE"/>
        </w:rPr>
        <w:t xml:space="preserve">anslutningsresor till avreseflygplatserna, eventuella utflykter, övriga måltider utanför All </w:t>
      </w:r>
      <w:proofErr w:type="spellStart"/>
      <w:r w:rsidRPr="00B12D85">
        <w:rPr>
          <w:rFonts w:ascii="Arial" w:eastAsia="Times New Roman" w:hAnsi="Arial" w:cs="Arial"/>
          <w:bCs/>
          <w:sz w:val="28"/>
          <w:szCs w:val="28"/>
          <w:lang w:val="sv-SE" w:eastAsia="sv-SE"/>
        </w:rPr>
        <w:t>Inclusive</w:t>
      </w:r>
      <w:proofErr w:type="spellEnd"/>
      <w:r w:rsidRPr="00B12D85">
        <w:rPr>
          <w:rFonts w:ascii="Arial" w:eastAsia="Times New Roman" w:hAnsi="Arial" w:cs="Arial"/>
          <w:bCs/>
          <w:sz w:val="28"/>
          <w:szCs w:val="28"/>
          <w:lang w:val="sv-SE" w:eastAsia="sv-SE"/>
        </w:rPr>
        <w:t xml:space="preserve"> med mera.</w:t>
      </w:r>
      <w:r w:rsidRPr="00B12D85">
        <w:rPr>
          <w:rFonts w:ascii="Arial" w:hAnsi="Arial" w:cs="Arial"/>
          <w:sz w:val="28"/>
          <w:szCs w:val="28"/>
          <w:lang w:val="sv-SE"/>
        </w:rPr>
        <w:t xml:space="preserve"> Alla resenärer ansvarar själva för att kontrollera sitt försäkringsskydd och vid behov teckna avbeställnings- och reseförsäkring. Det är varje resenärs ansvar att se till att försäkringen täcker de egna behoven.</w:t>
      </w:r>
    </w:p>
    <w:p w14:paraId="4B7DEE85" w14:textId="77777777" w:rsidR="00465F6E" w:rsidRDefault="00465F6E" w:rsidP="005C3226">
      <w:pPr>
        <w:spacing w:after="0" w:line="240" w:lineRule="auto"/>
        <w:outlineLvl w:val="2"/>
        <w:rPr>
          <w:rFonts w:ascii="Arial" w:hAnsi="Arial" w:cs="Arial"/>
          <w:sz w:val="28"/>
          <w:szCs w:val="28"/>
          <w:lang w:val="sv-SE"/>
        </w:rPr>
      </w:pPr>
    </w:p>
    <w:p w14:paraId="26D67876" w14:textId="77777777" w:rsidR="00465F6E" w:rsidRDefault="00465F6E" w:rsidP="005C3226">
      <w:pPr>
        <w:spacing w:after="0" w:line="240" w:lineRule="auto"/>
        <w:outlineLvl w:val="2"/>
        <w:rPr>
          <w:rFonts w:ascii="Arial" w:hAnsi="Arial" w:cs="Arial"/>
          <w:sz w:val="28"/>
          <w:szCs w:val="28"/>
          <w:lang w:val="sv-SE"/>
        </w:rPr>
      </w:pPr>
    </w:p>
    <w:p w14:paraId="557400B7" w14:textId="77777777" w:rsidR="00715694" w:rsidRPr="00B12D85" w:rsidRDefault="00715694" w:rsidP="005C3226">
      <w:pPr>
        <w:spacing w:after="0" w:line="240" w:lineRule="auto"/>
        <w:outlineLvl w:val="2"/>
        <w:rPr>
          <w:rFonts w:ascii="Arial" w:eastAsia="Times New Roman" w:hAnsi="Arial" w:cs="Arial"/>
          <w:bCs/>
          <w:sz w:val="28"/>
          <w:szCs w:val="28"/>
          <w:lang w:val="sv-SE" w:eastAsia="sv-SE"/>
        </w:rPr>
      </w:pPr>
    </w:p>
    <w:p w14:paraId="1A7803AC" w14:textId="384412C0" w:rsidR="00B12D85" w:rsidRPr="00341468" w:rsidRDefault="00B12D85" w:rsidP="00341468">
      <w:pPr>
        <w:pStyle w:val="Rubrik3"/>
        <w:rPr>
          <w:rFonts w:ascii="Arial" w:eastAsia="Times New Roman" w:hAnsi="Arial" w:cs="Arial"/>
          <w:sz w:val="28"/>
          <w:szCs w:val="28"/>
          <w:lang w:val="sv-SE" w:eastAsia="sv-SE"/>
        </w:rPr>
      </w:pPr>
      <w:r w:rsidRPr="00341468">
        <w:rPr>
          <w:rFonts w:ascii="Arial" w:hAnsi="Arial" w:cs="Arial"/>
          <w:sz w:val="28"/>
          <w:szCs w:val="28"/>
          <w:lang w:val="sv-SE" w:eastAsia="sv-SE"/>
        </w:rPr>
        <w:lastRenderedPageBreak/>
        <w:t>En oförglömlig resa till Lappland med den historiska Inlandsbanan</w:t>
      </w:r>
    </w:p>
    <w:p w14:paraId="0931954F" w14:textId="64E9A4DF"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662327">
        <w:rPr>
          <w:rFonts w:ascii="Arial" w:eastAsia="Times New Roman" w:hAnsi="Arial" w:cs="Arial"/>
          <w:color w:val="000000" w:themeColor="text1"/>
          <w:sz w:val="28"/>
          <w:szCs w:val="28"/>
          <w:lang w:val="sv-SE" w:eastAsia="sv-SE"/>
        </w:rPr>
        <w:t>Denna omväxlande rundresa med buss och tåg</w:t>
      </w:r>
      <w:r w:rsidR="00226847" w:rsidRPr="00662327">
        <w:rPr>
          <w:rFonts w:ascii="Arial" w:eastAsia="Times New Roman" w:hAnsi="Arial" w:cs="Arial"/>
          <w:color w:val="000000" w:themeColor="text1"/>
          <w:sz w:val="28"/>
          <w:szCs w:val="28"/>
          <w:lang w:val="sv-SE" w:eastAsia="sv-SE"/>
        </w:rPr>
        <w:t xml:space="preserve"> har varit länge efterfrågat av många av våra medlemmar. </w:t>
      </w:r>
      <w:r w:rsidR="006456B9" w:rsidRPr="00662327">
        <w:rPr>
          <w:rFonts w:ascii="Arial" w:hAnsi="Arial" w:cs="Arial"/>
          <w:color w:val="000000" w:themeColor="text1"/>
          <w:sz w:val="28"/>
          <w:szCs w:val="28"/>
          <w:lang w:val="sv-SE"/>
        </w:rPr>
        <w:t>Resan går genom några av Sveriges mest imponerande och natursköna områden – från Inlandsbanans vidsträckta vildmark till Höga kustens dramatiska landskap.</w:t>
      </w:r>
      <w:r w:rsidR="006456B9" w:rsidRPr="00662327">
        <w:rPr>
          <w:color w:val="000000" w:themeColor="text1"/>
          <w:lang w:val="sv-SE"/>
        </w:rPr>
        <w:t xml:space="preserve"> </w:t>
      </w:r>
      <w:r w:rsidRPr="00B12D85">
        <w:rPr>
          <w:rFonts w:ascii="Arial" w:eastAsia="Times New Roman" w:hAnsi="Arial" w:cs="Arial"/>
          <w:sz w:val="28"/>
          <w:szCs w:val="28"/>
          <w:lang w:val="sv-SE" w:eastAsia="sv-SE"/>
        </w:rPr>
        <w:t>Det är den perfekta avslutningen på första halvårets resor, fylld av avkoppling, nya intryck och oförglömliga upplevelser.</w:t>
      </w:r>
    </w:p>
    <w:p w14:paraId="4E39B78A"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Det här är en resa man bör unna sig minst en gång i livet. Vi får möta det svenska och samiska kulturarvet på nära håll och upptäcka ett urval av de pärlor som gör norra och mellersta Sverige så unikt och fascinerande.</w:t>
      </w:r>
    </w:p>
    <w:p w14:paraId="1742F9AF"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Resan arrangeras av Rolfs Travel Group.</w:t>
      </w:r>
    </w:p>
    <w:p w14:paraId="7F716C29" w14:textId="77777777" w:rsidR="00B12D85" w:rsidRPr="00B12D85" w:rsidRDefault="00B12D85" w:rsidP="00BF6A74">
      <w:pPr>
        <w:spacing w:after="0" w:line="240" w:lineRule="auto"/>
        <w:rPr>
          <w:rFonts w:ascii="Arial" w:eastAsia="Times New Roman" w:hAnsi="Arial" w:cs="Arial"/>
          <w:b/>
          <w:bCs/>
          <w:sz w:val="28"/>
          <w:szCs w:val="28"/>
          <w:lang w:val="sv-SE" w:eastAsia="sv-SE"/>
        </w:rPr>
      </w:pPr>
      <w:r w:rsidRPr="00B12D85">
        <w:rPr>
          <w:rFonts w:ascii="Arial" w:eastAsiaTheme="majorEastAsia" w:hAnsi="Arial" w:cs="Arial"/>
          <w:b/>
          <w:bCs/>
          <w:sz w:val="28"/>
          <w:szCs w:val="28"/>
          <w:lang w:val="sv-SE" w:eastAsia="sv-SE"/>
        </w:rPr>
        <w:t>Reseinformation</w:t>
      </w:r>
    </w:p>
    <w:p w14:paraId="3D4F6CF0" w14:textId="64AC33DB" w:rsidR="00B12D85" w:rsidRDefault="00B12D85" w:rsidP="00BF6A74">
      <w:pPr>
        <w:spacing w:after="0" w:line="240" w:lineRule="auto"/>
        <w:rPr>
          <w:rFonts w:ascii="Arial" w:eastAsia="Times New Roman" w:hAnsi="Arial" w:cs="Arial"/>
          <w:sz w:val="28"/>
          <w:szCs w:val="28"/>
          <w:lang w:val="sv-SE" w:eastAsia="sv-SE"/>
        </w:rPr>
      </w:pPr>
      <w:bookmarkStart w:id="14" w:name="_Hlk214465830"/>
      <w:r w:rsidRPr="00662327">
        <w:rPr>
          <w:rFonts w:ascii="Arial" w:eastAsia="Times New Roman" w:hAnsi="Arial" w:cs="Arial"/>
          <w:color w:val="000000" w:themeColor="text1"/>
          <w:sz w:val="28"/>
          <w:szCs w:val="28"/>
          <w:lang w:val="sv-SE" w:eastAsia="sv-SE"/>
        </w:rPr>
        <w:t>Observera att du behöver ta dig till och från en av avreseorten på egen hand</w:t>
      </w:r>
      <w:r w:rsidR="006456B9" w:rsidRPr="00662327">
        <w:rPr>
          <w:rFonts w:ascii="Arial" w:eastAsia="Times New Roman" w:hAnsi="Arial" w:cs="Arial"/>
          <w:color w:val="000000" w:themeColor="text1"/>
          <w:sz w:val="28"/>
          <w:szCs w:val="28"/>
          <w:lang w:val="sv-SE" w:eastAsia="sv-SE"/>
        </w:rPr>
        <w:t xml:space="preserve"> för att hinna till de avgångar som annonseras nedan, och i god tid</w:t>
      </w:r>
      <w:r w:rsidRPr="00662327">
        <w:rPr>
          <w:rFonts w:ascii="Arial" w:eastAsia="Times New Roman" w:hAnsi="Arial" w:cs="Arial"/>
          <w:color w:val="000000" w:themeColor="text1"/>
          <w:sz w:val="28"/>
          <w:szCs w:val="28"/>
          <w:lang w:val="sv-SE" w:eastAsia="sv-SE"/>
        </w:rPr>
        <w:t xml:space="preserve">. </w:t>
      </w:r>
      <w:r w:rsidRPr="00B12D85">
        <w:rPr>
          <w:rFonts w:ascii="Arial" w:eastAsia="Times New Roman" w:hAnsi="Arial" w:cs="Arial"/>
          <w:sz w:val="28"/>
          <w:szCs w:val="28"/>
          <w:lang w:val="sv-SE" w:eastAsia="sv-SE"/>
        </w:rPr>
        <w:t>SRF Go kan inte bistå med ledsagare som följer dig från din hemort till någon av de anslutningsorter som anges nedan.</w:t>
      </w:r>
    </w:p>
    <w:p w14:paraId="4132A539" w14:textId="77777777" w:rsidR="00BF6A74" w:rsidRPr="00B12D85" w:rsidRDefault="00BF6A74" w:rsidP="00BF6A74">
      <w:pPr>
        <w:spacing w:after="0" w:line="240" w:lineRule="auto"/>
        <w:rPr>
          <w:rFonts w:ascii="Arial" w:eastAsia="Times New Roman" w:hAnsi="Arial" w:cs="Arial"/>
          <w:sz w:val="28"/>
          <w:szCs w:val="28"/>
          <w:lang w:val="sv-SE" w:eastAsia="sv-SE"/>
        </w:rPr>
      </w:pPr>
    </w:p>
    <w:bookmarkEnd w:id="14"/>
    <w:p w14:paraId="2B12F966"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imes New Roman" w:hAnsi="Arial" w:cs="Arial"/>
          <w:b/>
          <w:bCs/>
          <w:sz w:val="28"/>
          <w:szCs w:val="28"/>
          <w:lang w:val="sv-SE" w:eastAsia="sv-SE"/>
        </w:rPr>
        <w:t>Avreseorter och</w:t>
      </w:r>
      <w:r w:rsidRPr="00B12D85">
        <w:rPr>
          <w:rFonts w:ascii="Arial" w:eastAsia="Times New Roman" w:hAnsi="Arial" w:cs="Arial"/>
          <w:sz w:val="28"/>
          <w:szCs w:val="28"/>
          <w:lang w:val="sv-SE" w:eastAsia="sv-SE"/>
        </w:rPr>
        <w:t xml:space="preserve"> </w:t>
      </w:r>
      <w:r w:rsidRPr="00B12D85">
        <w:rPr>
          <w:rFonts w:ascii="Arial" w:eastAsia="Times New Roman" w:hAnsi="Arial" w:cs="Arial"/>
          <w:b/>
          <w:bCs/>
          <w:sz w:val="28"/>
          <w:szCs w:val="28"/>
          <w:lang w:val="sv-SE" w:eastAsia="sv-SE"/>
        </w:rPr>
        <w:t xml:space="preserve">avgångstider </w:t>
      </w:r>
    </w:p>
    <w:p w14:paraId="11F6791A"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Enligt researrangörens information finns följande avreseorter:</w:t>
      </w:r>
    </w:p>
    <w:p w14:paraId="7DCA55B8" w14:textId="77777777" w:rsidR="00BF6A74"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Start Ulricehamn: 05.00 Ulricehamn, 05.30 Borås, 06.30 Göteborg, 07.10 Alingsås, 07.30 Vårgårda, 08.30 Lidköping och ytterligare orter längs färdvägen. </w:t>
      </w:r>
    </w:p>
    <w:p w14:paraId="4064DF9D" w14:textId="502ED23D"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Start Varberg: 05.15 Varberg, 05.45 Kungsbacka, 06.30 Göteborg, 07.15 Lilla Edet, 07.40 Trollhättan samt ytterligare orter längs färdvägen</w:t>
      </w:r>
      <w:r w:rsidR="00683EF6">
        <w:rPr>
          <w:rFonts w:ascii="Arial" w:eastAsia="Times New Roman" w:hAnsi="Arial" w:cs="Arial"/>
          <w:sz w:val="28"/>
          <w:szCs w:val="28"/>
          <w:lang w:val="sv-SE" w:eastAsia="sv-SE"/>
        </w:rPr>
        <w:t>.</w:t>
      </w:r>
    </w:p>
    <w:p w14:paraId="78E357BC" w14:textId="77777777" w:rsidR="00B12D85" w:rsidRPr="00B12D85" w:rsidRDefault="00B12D85" w:rsidP="00BF6A74">
      <w:pPr>
        <w:spacing w:after="0" w:line="240" w:lineRule="auto"/>
        <w:rPr>
          <w:rFonts w:ascii="Arial" w:eastAsia="Times New Roman" w:hAnsi="Arial" w:cs="Arial"/>
          <w:b/>
          <w:bCs/>
          <w:sz w:val="28"/>
          <w:szCs w:val="28"/>
          <w:lang w:val="sv-SE" w:eastAsia="sv-SE"/>
        </w:rPr>
      </w:pPr>
      <w:r w:rsidRPr="00B12D85">
        <w:rPr>
          <w:rFonts w:ascii="Arial" w:eastAsia="Times New Roman" w:hAnsi="Arial" w:cs="Arial"/>
          <w:b/>
          <w:bCs/>
          <w:sz w:val="28"/>
          <w:szCs w:val="28"/>
          <w:lang w:val="sv-SE" w:eastAsia="sv-SE"/>
        </w:rPr>
        <w:t>Program</w:t>
      </w:r>
    </w:p>
    <w:p w14:paraId="44A9AEFF" w14:textId="77777777" w:rsidR="00B12D85" w:rsidRPr="00B12D85" w:rsidRDefault="00B12D85" w:rsidP="00BF6A74">
      <w:pPr>
        <w:spacing w:after="0"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 xml:space="preserve">Dag 1: </w:t>
      </w:r>
      <w:bookmarkStart w:id="15" w:name="_Hlk214462462"/>
      <w:r w:rsidRPr="00B12D85">
        <w:rPr>
          <w:rFonts w:ascii="Arial" w:eastAsia="Times New Roman" w:hAnsi="Arial" w:cs="Arial"/>
          <w:sz w:val="28"/>
          <w:szCs w:val="28"/>
          <w:lang w:val="sv-SE" w:eastAsia="sv-SE"/>
        </w:rPr>
        <w:t>Avreseort enligt alternativ ovan</w:t>
      </w:r>
      <w:r w:rsidRPr="00B12D85">
        <w:rPr>
          <w:rFonts w:ascii="Arial" w:eastAsiaTheme="majorEastAsia" w:hAnsi="Arial" w:cs="Arial"/>
          <w:sz w:val="28"/>
          <w:szCs w:val="28"/>
          <w:lang w:val="sv-SE" w:eastAsia="sv-SE"/>
        </w:rPr>
        <w:t xml:space="preserve"> </w:t>
      </w:r>
      <w:bookmarkEnd w:id="15"/>
      <w:r w:rsidRPr="00B12D85">
        <w:rPr>
          <w:rFonts w:ascii="Arial" w:eastAsiaTheme="majorEastAsia" w:hAnsi="Arial" w:cs="Arial"/>
          <w:sz w:val="28"/>
          <w:szCs w:val="28"/>
          <w:lang w:val="sv-SE" w:eastAsia="sv-SE"/>
        </w:rPr>
        <w:t>– Borlänge</w:t>
      </w:r>
      <w:r w:rsidRPr="00B12D85">
        <w:rPr>
          <w:rFonts w:ascii="Arial" w:eastAsia="Times New Roman" w:hAnsi="Arial" w:cs="Arial"/>
          <w:sz w:val="28"/>
          <w:szCs w:val="28"/>
          <w:lang w:val="sv-SE" w:eastAsia="sv-SE"/>
        </w:rPr>
        <w:br/>
        <w:t>Vi reser norrut mot Dalarna och gör ett stopp i Ludvika för ett besök på Ludvika Gammelgård. Hembygdsgården är ett friluftsmuseum där bergsmansgården med tillhörande byggnader står kvar på sin ursprungliga plats, vilket gör miljön ovanligt autentisk. Vi får en intressant guidning och serveras fika innan vi fortsätter till Borlänge och checkar in ett hotell. På kvällen äter vi gemensam middag.</w:t>
      </w:r>
    </w:p>
    <w:p w14:paraId="3CAB5576"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2: Borlänge – Östersund</w:t>
      </w:r>
      <w:r w:rsidRPr="00B12D85">
        <w:rPr>
          <w:rFonts w:ascii="Arial" w:eastAsia="Times New Roman" w:hAnsi="Arial" w:cs="Arial"/>
          <w:sz w:val="28"/>
          <w:szCs w:val="28"/>
          <w:lang w:val="sv-SE" w:eastAsia="sv-SE"/>
        </w:rPr>
        <w:br/>
        <w:t xml:space="preserve">Efter frukost fortsätter resan mot jämtländska Östersund, vackert belägen vid Storsjön. På vägen stannar vi för lunch. Väl framme får vi en guidad visning av prisbelönta </w:t>
      </w:r>
      <w:proofErr w:type="spellStart"/>
      <w:r w:rsidRPr="00B12D85">
        <w:rPr>
          <w:rFonts w:ascii="Arial" w:eastAsia="Times New Roman" w:hAnsi="Arial" w:cs="Arial"/>
          <w:sz w:val="28"/>
          <w:szCs w:val="28"/>
          <w:lang w:val="sv-SE" w:eastAsia="sv-SE"/>
        </w:rPr>
        <w:t>Jamtli</w:t>
      </w:r>
      <w:proofErr w:type="spellEnd"/>
      <w:r w:rsidRPr="00B12D85">
        <w:rPr>
          <w:rFonts w:ascii="Arial" w:eastAsia="Times New Roman" w:hAnsi="Arial" w:cs="Arial"/>
          <w:sz w:val="28"/>
          <w:szCs w:val="28"/>
          <w:lang w:val="sv-SE" w:eastAsia="sv-SE"/>
        </w:rPr>
        <w:t xml:space="preserve"> Historieland, ett friluftsmuseum med </w:t>
      </w:r>
      <w:r w:rsidRPr="00B12D85">
        <w:rPr>
          <w:rFonts w:ascii="Arial" w:eastAsia="Times New Roman" w:hAnsi="Arial" w:cs="Arial"/>
          <w:sz w:val="28"/>
          <w:szCs w:val="28"/>
          <w:lang w:val="sv-SE" w:eastAsia="sv-SE"/>
        </w:rPr>
        <w:lastRenderedPageBreak/>
        <w:t>levande historiska miljöer. På kvällen checkar vi in på ett centralt beläget hotell, där vi även äter middag.</w:t>
      </w:r>
    </w:p>
    <w:p w14:paraId="13FA6E21"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3: Östersund – Arvidsjaur</w:t>
      </w:r>
      <w:r w:rsidRPr="00B12D85">
        <w:rPr>
          <w:rFonts w:ascii="Arial" w:eastAsia="Times New Roman" w:hAnsi="Arial" w:cs="Arial"/>
          <w:sz w:val="28"/>
          <w:szCs w:val="28"/>
          <w:lang w:val="sv-SE" w:eastAsia="sv-SE"/>
        </w:rPr>
        <w:br/>
        <w:t>Efter frukost byter vi buss mot tåg och följer norra delen av Inlandsbanan till Arvidsjaur. Under resan njuter vi av den vackra naturen längs en järnväg som byggdes mellan 1907 och 1937 för att stärka inlandets näringsliv. Trots detta fick den aldrig riktigt genomslag, vare sig för gods- eller persontrafik. År 1993 tog kommunalt ägda Inlandsbanan AB över driften och räddade banan från nedläggning. I Arvidsjaur checkar vi in på ett hotell och avslutar dagen med gemensam middag.</w:t>
      </w:r>
    </w:p>
    <w:p w14:paraId="095FAEC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4: Arvidsjaur – Jukkasjärvi – Kiruna</w:t>
      </w:r>
      <w:r w:rsidRPr="00B12D85">
        <w:rPr>
          <w:rFonts w:ascii="Arial" w:eastAsia="Times New Roman" w:hAnsi="Arial" w:cs="Arial"/>
          <w:sz w:val="28"/>
          <w:szCs w:val="28"/>
          <w:lang w:val="sv-SE" w:eastAsia="sv-SE"/>
        </w:rPr>
        <w:br/>
        <w:t xml:space="preserve">Efter tidig frukost och utcheckning åker vi mot Jukkasjärvi och Ishotellet, där vi beundrar den fascinerande </w:t>
      </w:r>
      <w:proofErr w:type="spellStart"/>
      <w:r w:rsidRPr="00B12D85">
        <w:rPr>
          <w:rFonts w:ascii="Arial" w:eastAsia="Times New Roman" w:hAnsi="Arial" w:cs="Arial"/>
          <w:sz w:val="28"/>
          <w:szCs w:val="28"/>
          <w:lang w:val="sv-SE" w:eastAsia="sv-SE"/>
        </w:rPr>
        <w:t>iskonsten</w:t>
      </w:r>
      <w:proofErr w:type="spellEnd"/>
      <w:r w:rsidRPr="00B12D85">
        <w:rPr>
          <w:rFonts w:ascii="Arial" w:eastAsia="Times New Roman" w:hAnsi="Arial" w:cs="Arial"/>
          <w:sz w:val="28"/>
          <w:szCs w:val="28"/>
          <w:lang w:val="sv-SE" w:eastAsia="sv-SE"/>
        </w:rPr>
        <w:t xml:space="preserve"> och hotellets unika miljö, numera öppet året runt. Vi äter gemensam lunch och får en guidad visning. Resan fortsätter sedan till Kiruna. Under eftermiddagen gör vi en rundtur med reseledaren och får ta del av den pågående stadsomvandlingen – en omfattande flytt av staden på grund av markdeformationer från gruvdriften. Vi checkar in på ett hotell och äter gemensam middag.</w:t>
      </w:r>
    </w:p>
    <w:p w14:paraId="36C1948A" w14:textId="30F2015B"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5: Kiruna – Jokkmokk – Gammelstad – Luleå</w:t>
      </w:r>
      <w:r w:rsidRPr="00B12D85">
        <w:rPr>
          <w:rFonts w:ascii="Arial" w:eastAsia="Times New Roman" w:hAnsi="Arial" w:cs="Arial"/>
          <w:sz w:val="28"/>
          <w:szCs w:val="28"/>
          <w:lang w:val="sv-SE" w:eastAsia="sv-SE"/>
        </w:rPr>
        <w:br/>
        <w:t xml:space="preserve">Efter frukost reser vi söderut till Jokkmokk, en viktig samisk mötesplats. På </w:t>
      </w:r>
      <w:proofErr w:type="spellStart"/>
      <w:r w:rsidRPr="00B12D85">
        <w:rPr>
          <w:rFonts w:ascii="Arial" w:eastAsia="Times New Roman" w:hAnsi="Arial" w:cs="Arial"/>
          <w:sz w:val="28"/>
          <w:szCs w:val="28"/>
          <w:lang w:val="sv-SE" w:eastAsia="sv-SE"/>
        </w:rPr>
        <w:t>Ájtte</w:t>
      </w:r>
      <w:proofErr w:type="spellEnd"/>
      <w:r w:rsidRPr="00B12D85">
        <w:rPr>
          <w:rFonts w:ascii="Arial" w:eastAsia="Times New Roman" w:hAnsi="Arial" w:cs="Arial"/>
          <w:sz w:val="28"/>
          <w:szCs w:val="28"/>
          <w:lang w:val="sv-SE" w:eastAsia="sv-SE"/>
        </w:rPr>
        <w:t xml:space="preserve">, Svenskt Fjäll- och Samemuseum, får vi en introduktion till </w:t>
      </w:r>
      <w:proofErr w:type="spellStart"/>
      <w:r w:rsidRPr="00B12D85">
        <w:rPr>
          <w:rFonts w:ascii="Arial" w:eastAsia="Times New Roman" w:hAnsi="Arial" w:cs="Arial"/>
          <w:sz w:val="28"/>
          <w:szCs w:val="28"/>
          <w:lang w:val="sv-SE" w:eastAsia="sv-SE"/>
        </w:rPr>
        <w:t>Sápmi</w:t>
      </w:r>
      <w:proofErr w:type="spellEnd"/>
      <w:r w:rsidRPr="00B12D85">
        <w:rPr>
          <w:rFonts w:ascii="Arial" w:eastAsia="Times New Roman" w:hAnsi="Arial" w:cs="Arial"/>
          <w:sz w:val="28"/>
          <w:szCs w:val="28"/>
          <w:lang w:val="sv-SE" w:eastAsia="sv-SE"/>
        </w:rPr>
        <w:t xml:space="preserve"> och människornas liv i det krävande fjällandskapet. </w:t>
      </w:r>
      <w:r w:rsidR="00AF5732" w:rsidRPr="009D3949">
        <w:rPr>
          <w:rFonts w:ascii="Arial" w:eastAsia="Times New Roman" w:hAnsi="Arial" w:cs="Arial"/>
          <w:color w:val="000000" w:themeColor="text1"/>
          <w:sz w:val="28"/>
          <w:szCs w:val="28"/>
          <w:lang w:val="sv-SE" w:eastAsia="sv-SE"/>
        </w:rPr>
        <w:t xml:space="preserve">Det kommer att </w:t>
      </w:r>
      <w:r w:rsidRPr="009D3949">
        <w:rPr>
          <w:rFonts w:ascii="Arial" w:eastAsia="Times New Roman" w:hAnsi="Arial" w:cs="Arial"/>
          <w:color w:val="000000" w:themeColor="text1"/>
          <w:sz w:val="28"/>
          <w:szCs w:val="28"/>
          <w:lang w:val="sv-SE" w:eastAsia="sv-SE"/>
        </w:rPr>
        <w:t>finn</w:t>
      </w:r>
      <w:r w:rsidR="00AF5732" w:rsidRPr="009D3949">
        <w:rPr>
          <w:rFonts w:ascii="Arial" w:eastAsia="Times New Roman" w:hAnsi="Arial" w:cs="Arial"/>
          <w:color w:val="000000" w:themeColor="text1"/>
          <w:sz w:val="28"/>
          <w:szCs w:val="28"/>
          <w:lang w:val="sv-SE" w:eastAsia="sv-SE"/>
        </w:rPr>
        <w:t>a</w:t>
      </w:r>
      <w:r w:rsidRPr="009D3949">
        <w:rPr>
          <w:rFonts w:ascii="Arial" w:eastAsia="Times New Roman" w:hAnsi="Arial" w:cs="Arial"/>
          <w:color w:val="000000" w:themeColor="text1"/>
          <w:sz w:val="28"/>
          <w:szCs w:val="28"/>
          <w:lang w:val="sv-SE" w:eastAsia="sv-SE"/>
        </w:rPr>
        <w:t>s tid</w:t>
      </w:r>
      <w:r w:rsidRPr="00AF5732">
        <w:rPr>
          <w:rFonts w:ascii="Arial" w:eastAsia="Times New Roman" w:hAnsi="Arial" w:cs="Arial"/>
          <w:color w:val="EE0000"/>
          <w:sz w:val="28"/>
          <w:szCs w:val="28"/>
          <w:lang w:val="sv-SE" w:eastAsia="sv-SE"/>
        </w:rPr>
        <w:t xml:space="preserve"> </w:t>
      </w:r>
      <w:r w:rsidRPr="00B12D85">
        <w:rPr>
          <w:rFonts w:ascii="Arial" w:eastAsia="Times New Roman" w:hAnsi="Arial" w:cs="Arial"/>
          <w:sz w:val="28"/>
          <w:szCs w:val="28"/>
          <w:lang w:val="sv-SE" w:eastAsia="sv-SE"/>
        </w:rPr>
        <w:t xml:space="preserve">att utforska museet och äta lunch på egen hand – kanske lockar </w:t>
      </w:r>
      <w:proofErr w:type="spellStart"/>
      <w:r w:rsidRPr="00B12D85">
        <w:rPr>
          <w:rFonts w:ascii="Arial" w:eastAsia="Times New Roman" w:hAnsi="Arial" w:cs="Arial"/>
          <w:sz w:val="28"/>
          <w:szCs w:val="28"/>
          <w:lang w:val="sv-SE" w:eastAsia="sv-SE"/>
        </w:rPr>
        <w:t>Ájttes</w:t>
      </w:r>
      <w:proofErr w:type="spellEnd"/>
      <w:r w:rsidRPr="00B12D85">
        <w:rPr>
          <w:rFonts w:ascii="Arial" w:eastAsia="Times New Roman" w:hAnsi="Arial" w:cs="Arial"/>
          <w:sz w:val="28"/>
          <w:szCs w:val="28"/>
          <w:lang w:val="sv-SE" w:eastAsia="sv-SE"/>
        </w:rPr>
        <w:t xml:space="preserve"> restaurang med samiska specialiteter. Därefter fortsätter vi till Gammelstad, Luleås ursprungliga stadskärna. Här får vi en guidad tur genom Gammelstads kyrkstad, med över 400 välbevarade kyrkstugor som användes vid </w:t>
      </w:r>
      <w:proofErr w:type="spellStart"/>
      <w:r w:rsidRPr="00B12D85">
        <w:rPr>
          <w:rFonts w:ascii="Arial" w:eastAsia="Times New Roman" w:hAnsi="Arial" w:cs="Arial"/>
          <w:sz w:val="28"/>
          <w:szCs w:val="28"/>
          <w:lang w:val="sv-SE" w:eastAsia="sv-SE"/>
        </w:rPr>
        <w:t>kyrkhelger</w:t>
      </w:r>
      <w:proofErr w:type="spellEnd"/>
      <w:r w:rsidRPr="00B12D85">
        <w:rPr>
          <w:rFonts w:ascii="Arial" w:eastAsia="Times New Roman" w:hAnsi="Arial" w:cs="Arial"/>
          <w:sz w:val="28"/>
          <w:szCs w:val="28"/>
          <w:lang w:val="sv-SE" w:eastAsia="sv-SE"/>
        </w:rPr>
        <w:t>. Området är ett världsarv. Vi fortsätter till Luleå och checkar in på ett hotell. Middag serveras på hotellet.</w:t>
      </w:r>
    </w:p>
    <w:p w14:paraId="3B6C3019"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6: Luleå – Piteå – Skellefteå – Umeå</w:t>
      </w:r>
      <w:r w:rsidRPr="00B12D85">
        <w:rPr>
          <w:rFonts w:ascii="Arial" w:eastAsia="Times New Roman" w:hAnsi="Arial" w:cs="Arial"/>
          <w:sz w:val="28"/>
          <w:szCs w:val="28"/>
          <w:lang w:val="sv-SE" w:eastAsia="sv-SE"/>
        </w:rPr>
        <w:br/>
        <w:t>Vi reser söderut mot Umeå och gör stopp i Piteå där vi besöker Piteå museum, med utställningar som skildrar bygdens historia och nutid. Museet har också butik och omfattande samlingar av föremål och fotografier. Färden går vidare mot Skellefteå där vi äter lunch på egen hand. På eftermiddagen besöker vi Sara Kulturhus, ett av världens högsta trähus, fyllt av kultur, upplevelser, restaurang, spa och hotell. Under sen eftermiddag anländer vi till Umeå och checkar in på ett hotell. Middag serveras på en lokal restaurang.</w:t>
      </w:r>
    </w:p>
    <w:p w14:paraId="407E113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lastRenderedPageBreak/>
        <w:t>Dag 7: Umeå – Höga Kusten – Hudiksvall</w:t>
      </w:r>
      <w:r w:rsidRPr="00B12D85">
        <w:rPr>
          <w:rFonts w:ascii="Arial" w:eastAsia="Times New Roman" w:hAnsi="Arial" w:cs="Arial"/>
          <w:sz w:val="28"/>
          <w:szCs w:val="28"/>
          <w:lang w:val="sv-SE" w:eastAsia="sv-SE"/>
        </w:rPr>
        <w:br/>
        <w:t xml:space="preserve">Efter frukost fortsätter vi mot Hudiksvall och färdas längs den sagolikt vackra Höga kusten. Vi stannar vid Naturum Höga Kusten vid foten av </w:t>
      </w:r>
      <w:proofErr w:type="spellStart"/>
      <w:r w:rsidRPr="00B12D85">
        <w:rPr>
          <w:rFonts w:ascii="Arial" w:eastAsia="Times New Roman" w:hAnsi="Arial" w:cs="Arial"/>
          <w:sz w:val="28"/>
          <w:szCs w:val="28"/>
          <w:lang w:val="sv-SE" w:eastAsia="sv-SE"/>
        </w:rPr>
        <w:t>Skuleberget</w:t>
      </w:r>
      <w:proofErr w:type="spellEnd"/>
      <w:r w:rsidRPr="00B12D85">
        <w:rPr>
          <w:rFonts w:ascii="Arial" w:eastAsia="Times New Roman" w:hAnsi="Arial" w:cs="Arial"/>
          <w:sz w:val="28"/>
          <w:szCs w:val="28"/>
          <w:lang w:val="sv-SE" w:eastAsia="sv-SE"/>
        </w:rPr>
        <w:t xml:space="preserve"> för att lära oss om världsarvets unika geologi, landhöjningen och områdets natur. Här finns även café och butik, och det finns möjlighet att köpa lunch eller fika. Resan går sedan vidare över den imponerande </w:t>
      </w:r>
      <w:proofErr w:type="spellStart"/>
      <w:r w:rsidRPr="00B12D85">
        <w:rPr>
          <w:rFonts w:ascii="Arial" w:eastAsia="Times New Roman" w:hAnsi="Arial" w:cs="Arial"/>
          <w:sz w:val="28"/>
          <w:szCs w:val="28"/>
          <w:lang w:val="sv-SE" w:eastAsia="sv-SE"/>
        </w:rPr>
        <w:t>Högakustenbron</w:t>
      </w:r>
      <w:proofErr w:type="spellEnd"/>
      <w:r w:rsidRPr="00B12D85">
        <w:rPr>
          <w:rFonts w:ascii="Arial" w:eastAsia="Times New Roman" w:hAnsi="Arial" w:cs="Arial"/>
          <w:sz w:val="28"/>
          <w:szCs w:val="28"/>
          <w:lang w:val="sv-SE" w:eastAsia="sv-SE"/>
        </w:rPr>
        <w:t>, som sträcker sig 182 meter över Ångermanälven. Framme i Hudiksvall checkar vi in på ett hotell. Middag serveras på en lokal restaurang.</w:t>
      </w:r>
    </w:p>
    <w:p w14:paraId="3F68290D" w14:textId="77777777" w:rsidR="00B12D85" w:rsidRPr="00B12D85" w:rsidRDefault="00B12D85" w:rsidP="005C3226">
      <w:pPr>
        <w:spacing w:before="100" w:beforeAutospacing="1" w:after="100" w:afterAutospacing="1" w:line="24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Dag 8: Hudiksvall – Västerås</w:t>
      </w:r>
      <w:r w:rsidRPr="00B12D85">
        <w:rPr>
          <w:rFonts w:ascii="Arial" w:eastAsia="Times New Roman" w:hAnsi="Arial" w:cs="Arial"/>
          <w:sz w:val="28"/>
          <w:szCs w:val="28"/>
          <w:lang w:val="sv-SE" w:eastAsia="sv-SE"/>
        </w:rPr>
        <w:br/>
        <w:t>Efter frukost besöker vi Hälsingegården Erik-Anders utanför Söderhamn. Här får vi uppleva unikt bevarade interiörer med vackra vägg- och schablonmålningar från 1600–1800-talet. Vi fortsätter söderut och stannar för lunch innan vi når Västerås. Här får vi en guidad visning av den pampiga Domkyrkan samt dess Skattkammare. Vi checkar sedan in på ett hotell och äter gemensam middag.</w:t>
      </w:r>
    </w:p>
    <w:p w14:paraId="38DBA15E" w14:textId="5B92697E" w:rsidR="00664FE4" w:rsidRPr="009D3949" w:rsidRDefault="00B12D85" w:rsidP="00664FE4">
      <w:pPr>
        <w:spacing w:before="100" w:beforeAutospacing="1" w:after="100" w:afterAutospacing="1" w:line="240" w:lineRule="auto"/>
        <w:rPr>
          <w:color w:val="000000" w:themeColor="text1"/>
          <w:lang w:val="sv-SE"/>
        </w:rPr>
      </w:pPr>
      <w:r w:rsidRPr="00B12D85">
        <w:rPr>
          <w:rFonts w:ascii="Arial" w:eastAsia="Times New Roman" w:hAnsi="Arial" w:cs="Arial"/>
          <w:sz w:val="28"/>
          <w:szCs w:val="28"/>
          <w:lang w:val="sv-SE" w:eastAsia="sv-SE"/>
        </w:rPr>
        <w:t>Dag 9: Västerås – resa</w:t>
      </w:r>
      <w:r w:rsidR="00BE49CC">
        <w:rPr>
          <w:rFonts w:ascii="Arial" w:eastAsia="Times New Roman" w:hAnsi="Arial" w:cs="Arial"/>
          <w:sz w:val="28"/>
          <w:szCs w:val="28"/>
          <w:lang w:val="sv-SE" w:eastAsia="sv-SE"/>
        </w:rPr>
        <w:t>n</w:t>
      </w:r>
      <w:r w:rsidRPr="00B12D85">
        <w:rPr>
          <w:rFonts w:ascii="Arial" w:eastAsia="Times New Roman" w:hAnsi="Arial" w:cs="Arial"/>
          <w:sz w:val="28"/>
          <w:szCs w:val="28"/>
          <w:lang w:val="sv-SE" w:eastAsia="sv-SE"/>
        </w:rPr>
        <w:t xml:space="preserve"> </w:t>
      </w:r>
      <w:r w:rsidR="00664FE4" w:rsidRPr="009D3949">
        <w:rPr>
          <w:rFonts w:ascii="Arial" w:eastAsia="Times New Roman" w:hAnsi="Arial" w:cs="Arial"/>
          <w:color w:val="000000" w:themeColor="text1"/>
          <w:sz w:val="28"/>
          <w:szCs w:val="28"/>
          <w:lang w:val="sv-SE" w:eastAsia="sv-SE"/>
        </w:rPr>
        <w:t>tillbaka</w:t>
      </w:r>
      <w:r w:rsidR="00664FE4">
        <w:rPr>
          <w:rFonts w:ascii="Arial" w:eastAsia="Times New Roman" w:hAnsi="Arial" w:cs="Arial"/>
          <w:sz w:val="28"/>
          <w:szCs w:val="28"/>
          <w:lang w:val="sv-SE" w:eastAsia="sv-SE"/>
        </w:rPr>
        <w:t xml:space="preserve"> </w:t>
      </w:r>
      <w:r w:rsidRPr="00B12D85">
        <w:rPr>
          <w:rFonts w:ascii="Arial" w:eastAsia="Times New Roman" w:hAnsi="Arial" w:cs="Arial"/>
          <w:sz w:val="28"/>
          <w:szCs w:val="28"/>
          <w:lang w:val="sv-SE" w:eastAsia="sv-SE"/>
        </w:rPr>
        <w:t xml:space="preserve">till vald avreseort </w:t>
      </w:r>
      <w:r w:rsidRPr="00B12D85">
        <w:rPr>
          <w:rFonts w:ascii="Arial" w:eastAsia="Times New Roman" w:hAnsi="Arial" w:cs="Arial"/>
          <w:sz w:val="28"/>
          <w:szCs w:val="28"/>
          <w:lang w:val="sv-SE" w:eastAsia="sv-SE"/>
        </w:rPr>
        <w:br/>
        <w:t xml:space="preserve">Efter frukost lämnar vi Västerås. På hemvägen stannar vi i </w:t>
      </w:r>
      <w:proofErr w:type="spellStart"/>
      <w:r w:rsidRPr="00B12D85">
        <w:rPr>
          <w:rFonts w:ascii="Arial" w:eastAsia="Times New Roman" w:hAnsi="Arial" w:cs="Arial"/>
          <w:sz w:val="28"/>
          <w:szCs w:val="28"/>
          <w:lang w:val="sv-SE" w:eastAsia="sv-SE"/>
        </w:rPr>
        <w:t>Wadköping</w:t>
      </w:r>
      <w:proofErr w:type="spellEnd"/>
      <w:r w:rsidRPr="00B12D85">
        <w:rPr>
          <w:rFonts w:ascii="Arial" w:eastAsia="Times New Roman" w:hAnsi="Arial" w:cs="Arial"/>
          <w:sz w:val="28"/>
          <w:szCs w:val="28"/>
          <w:lang w:val="sv-SE" w:eastAsia="sv-SE"/>
        </w:rPr>
        <w:t xml:space="preserve"> i Örebro, ett friluftsmuseum med charmiga trähus, kullerstensgator och hantverksbutiker. Här finns tid att utforska området och äta lunch på egen hand. </w:t>
      </w:r>
      <w:r w:rsidR="00664FE4" w:rsidRPr="009D3949">
        <w:rPr>
          <w:rFonts w:ascii="Arial" w:hAnsi="Arial" w:cs="Arial"/>
          <w:color w:val="000000" w:themeColor="text1"/>
          <w:sz w:val="28"/>
          <w:szCs w:val="28"/>
          <w:lang w:val="sv-SE"/>
        </w:rPr>
        <w:t>Resan tillbaka till vald avreseort sker enligt de alternativ som nämnts ovan.</w:t>
      </w:r>
    </w:p>
    <w:p w14:paraId="68368EB7" w14:textId="21518A2E" w:rsidR="00B12D85" w:rsidRPr="00B12D85" w:rsidRDefault="00B12D85" w:rsidP="003D59F8">
      <w:pPr>
        <w:spacing w:after="0" w:line="240" w:lineRule="auto"/>
        <w:rPr>
          <w:rFonts w:ascii="Arial" w:hAnsi="Arial" w:cs="Arial"/>
          <w:sz w:val="28"/>
          <w:szCs w:val="28"/>
          <w:shd w:val="clear" w:color="auto" w:fill="FFFFFF"/>
          <w:lang w:val="sv-SE"/>
        </w:rPr>
      </w:pPr>
      <w:r w:rsidRPr="00B12D85">
        <w:rPr>
          <w:rFonts w:ascii="Arial" w:eastAsia="Times New Roman" w:hAnsi="Arial" w:cs="Arial"/>
          <w:b/>
          <w:sz w:val="28"/>
          <w:szCs w:val="28"/>
          <w:lang w:val="sv-SE" w:eastAsia="sv-SE"/>
        </w:rPr>
        <w:t>Datum:</w:t>
      </w:r>
      <w:r w:rsidRPr="00B12D85">
        <w:rPr>
          <w:rFonts w:ascii="Arial" w:eastAsia="Times New Roman" w:hAnsi="Arial" w:cs="Arial"/>
          <w:sz w:val="28"/>
          <w:szCs w:val="28"/>
          <w:lang w:val="sv-SE" w:eastAsia="sv-SE"/>
        </w:rPr>
        <w:t xml:space="preserve"> </w:t>
      </w:r>
      <w:r w:rsidR="001667C3" w:rsidRPr="00B12D85">
        <w:rPr>
          <w:rFonts w:ascii="Arial" w:hAnsi="Arial" w:cs="Arial"/>
          <w:sz w:val="28"/>
          <w:szCs w:val="28"/>
          <w:shd w:val="clear" w:color="auto" w:fill="FFFFFF"/>
          <w:lang w:val="sv-SE"/>
        </w:rPr>
        <w:t>9</w:t>
      </w:r>
      <w:r w:rsidR="000E263C">
        <w:rPr>
          <w:rFonts w:ascii="Arial" w:hAnsi="Arial" w:cs="Arial"/>
          <w:sz w:val="28"/>
          <w:szCs w:val="28"/>
          <w:shd w:val="clear" w:color="auto" w:fill="FFFFFF"/>
          <w:lang w:val="sv-SE"/>
        </w:rPr>
        <w:t xml:space="preserve"> juli</w:t>
      </w:r>
      <w:r w:rsidR="00683EF6">
        <w:rPr>
          <w:rFonts w:ascii="Arial" w:hAnsi="Arial" w:cs="Arial"/>
          <w:sz w:val="28"/>
          <w:szCs w:val="28"/>
          <w:shd w:val="clear" w:color="auto" w:fill="FFFFFF"/>
          <w:lang w:val="sv-SE"/>
        </w:rPr>
        <w:t>, 9 dagar</w:t>
      </w:r>
    </w:p>
    <w:p w14:paraId="450F3C4A" w14:textId="1783A288" w:rsidR="00AD2A36" w:rsidRDefault="00B12D85" w:rsidP="003D59F8">
      <w:pPr>
        <w:spacing w:after="0" w:line="240" w:lineRule="auto"/>
        <w:rPr>
          <w:rFonts w:ascii="Arial" w:hAnsi="Arial" w:cs="Arial"/>
          <w:b/>
          <w:bCs/>
          <w:sz w:val="28"/>
          <w:szCs w:val="28"/>
          <w:lang w:val="sv-SE"/>
        </w:rPr>
      </w:pPr>
      <w:r w:rsidRPr="00B12D85">
        <w:rPr>
          <w:rFonts w:ascii="Arial" w:hAnsi="Arial" w:cs="Arial"/>
          <w:b/>
          <w:bCs/>
          <w:sz w:val="28"/>
          <w:szCs w:val="28"/>
          <w:lang w:val="sv-SE"/>
        </w:rPr>
        <w:t>Pris:</w:t>
      </w:r>
      <w:r w:rsidRPr="00B12D85">
        <w:rPr>
          <w:rFonts w:ascii="Arial" w:hAnsi="Arial" w:cs="Arial"/>
          <w:sz w:val="28"/>
          <w:szCs w:val="28"/>
          <w:lang w:val="sv-SE"/>
        </w:rPr>
        <w:t xml:space="preserve"> 15 675 kr per person</w:t>
      </w:r>
      <w:r w:rsidRPr="00B12D85">
        <w:rPr>
          <w:rFonts w:ascii="Arial" w:hAnsi="Arial" w:cs="Arial"/>
          <w:sz w:val="28"/>
          <w:szCs w:val="28"/>
          <w:lang w:val="sv-SE"/>
        </w:rPr>
        <w:br/>
      </w:r>
      <w:r w:rsidR="00AD2A36" w:rsidRPr="00B12D85">
        <w:rPr>
          <w:rFonts w:ascii="Arial" w:hAnsi="Arial" w:cs="Arial"/>
          <w:b/>
          <w:bCs/>
          <w:sz w:val="28"/>
          <w:szCs w:val="28"/>
          <w:lang w:val="sv-SE"/>
        </w:rPr>
        <w:t>Enkelrumstillägg</w:t>
      </w:r>
      <w:r w:rsidR="00AD2A36" w:rsidRPr="00B12D85">
        <w:rPr>
          <w:rFonts w:ascii="Arial" w:hAnsi="Arial" w:cs="Arial"/>
          <w:sz w:val="28"/>
          <w:szCs w:val="28"/>
          <w:lang w:val="sv-SE"/>
        </w:rPr>
        <w:t xml:space="preserve">: från 3 </w:t>
      </w:r>
      <w:r w:rsidR="00DE40FD">
        <w:rPr>
          <w:rFonts w:ascii="Arial" w:hAnsi="Arial" w:cs="Arial"/>
          <w:sz w:val="28"/>
          <w:szCs w:val="28"/>
          <w:lang w:val="sv-SE"/>
        </w:rPr>
        <w:t>125</w:t>
      </w:r>
      <w:r w:rsidR="00AD2A36" w:rsidRPr="00B12D85">
        <w:rPr>
          <w:rFonts w:ascii="Arial" w:hAnsi="Arial" w:cs="Arial"/>
          <w:sz w:val="28"/>
          <w:szCs w:val="28"/>
          <w:lang w:val="sv-SE"/>
        </w:rPr>
        <w:t xml:space="preserve"> kr</w:t>
      </w:r>
      <w:r w:rsidR="00AD2A36" w:rsidRPr="00B12D85">
        <w:rPr>
          <w:rFonts w:ascii="Arial" w:hAnsi="Arial" w:cs="Arial"/>
          <w:b/>
          <w:bCs/>
          <w:sz w:val="28"/>
          <w:szCs w:val="28"/>
          <w:lang w:val="sv-SE"/>
        </w:rPr>
        <w:t xml:space="preserve"> </w:t>
      </w:r>
    </w:p>
    <w:p w14:paraId="7B564CB3" w14:textId="77777777" w:rsidR="003D59F8" w:rsidRDefault="003D59F8" w:rsidP="00AD2A36">
      <w:pPr>
        <w:spacing w:after="0" w:line="240" w:lineRule="auto"/>
        <w:rPr>
          <w:rFonts w:ascii="Arial" w:hAnsi="Arial" w:cs="Arial"/>
          <w:b/>
          <w:bCs/>
          <w:sz w:val="28"/>
          <w:szCs w:val="28"/>
          <w:lang w:val="sv-SE"/>
        </w:rPr>
      </w:pPr>
    </w:p>
    <w:p w14:paraId="2477A844" w14:textId="77777777" w:rsidR="003D59F8" w:rsidRDefault="00B12D85" w:rsidP="00AD2A36">
      <w:pPr>
        <w:spacing w:after="0" w:line="240" w:lineRule="auto"/>
        <w:rPr>
          <w:rFonts w:ascii="Arial" w:eastAsia="Times New Roman" w:hAnsi="Arial" w:cs="Arial"/>
          <w:b/>
          <w:sz w:val="28"/>
          <w:szCs w:val="28"/>
          <w:lang w:val="sv-SE" w:eastAsia="sv-SE"/>
        </w:rPr>
      </w:pPr>
      <w:r w:rsidRPr="00B12D85">
        <w:rPr>
          <w:rFonts w:ascii="Arial" w:hAnsi="Arial" w:cs="Arial"/>
          <w:b/>
          <w:bCs/>
          <w:sz w:val="28"/>
          <w:szCs w:val="28"/>
          <w:lang w:val="sv-SE"/>
        </w:rPr>
        <w:t>I priset ingår</w:t>
      </w:r>
      <w:r w:rsidRPr="00B12D85">
        <w:rPr>
          <w:rFonts w:ascii="Arial" w:hAnsi="Arial" w:cs="Arial"/>
          <w:sz w:val="28"/>
          <w:szCs w:val="28"/>
          <w:lang w:val="sv-SE"/>
        </w:rPr>
        <w:t>: buss t/r, tågresa Östersund – Arvidsjaur, 8 övernattningar i dubbelrum med frukost, en lunch, en fika, 8 middagar, utflykter enligt program samt reseledare.</w:t>
      </w:r>
      <w:r w:rsidRPr="00B12D85">
        <w:rPr>
          <w:rFonts w:ascii="Arial" w:hAnsi="Arial" w:cs="Arial"/>
          <w:sz w:val="28"/>
          <w:szCs w:val="28"/>
          <w:lang w:val="sv-SE"/>
        </w:rPr>
        <w:br/>
      </w:r>
    </w:p>
    <w:p w14:paraId="2CD228DF" w14:textId="77777777" w:rsidR="003D59F8" w:rsidRDefault="00B12D85" w:rsidP="00AD2A36">
      <w:pPr>
        <w:spacing w:after="0" w:line="240" w:lineRule="auto"/>
        <w:rPr>
          <w:rFonts w:ascii="Arial" w:hAnsi="Arial" w:cs="Arial"/>
          <w:sz w:val="28"/>
          <w:szCs w:val="28"/>
          <w:lang w:val="sv-SE"/>
        </w:rPr>
      </w:pPr>
      <w:r w:rsidRPr="00B12D85">
        <w:rPr>
          <w:rFonts w:ascii="Arial" w:eastAsia="Times New Roman" w:hAnsi="Arial" w:cs="Arial"/>
          <w:b/>
          <w:sz w:val="28"/>
          <w:szCs w:val="28"/>
          <w:lang w:val="sv-SE" w:eastAsia="sv-SE"/>
        </w:rPr>
        <w:t xml:space="preserve">Tillkommer: </w:t>
      </w:r>
      <w:r w:rsidRPr="00B12D85">
        <w:rPr>
          <w:rFonts w:ascii="Arial" w:eastAsia="Times New Roman" w:hAnsi="Arial" w:cs="Arial"/>
          <w:bCs/>
          <w:sz w:val="28"/>
          <w:szCs w:val="28"/>
          <w:lang w:val="sv-SE" w:eastAsia="sv-SE"/>
        </w:rPr>
        <w:t>anslutningsresor till avreseflygplatserna, utflykter, övriga måltider med mera.</w:t>
      </w:r>
      <w:r w:rsidRPr="00B12D85">
        <w:rPr>
          <w:rFonts w:ascii="Arial" w:hAnsi="Arial" w:cs="Arial"/>
          <w:sz w:val="28"/>
          <w:szCs w:val="28"/>
          <w:lang w:val="sv-SE"/>
        </w:rPr>
        <w:t xml:space="preserve"> </w:t>
      </w:r>
    </w:p>
    <w:p w14:paraId="01568A1C" w14:textId="1D7F043C" w:rsidR="00B12D85" w:rsidRDefault="00B12D85" w:rsidP="00AD2A36">
      <w:pPr>
        <w:spacing w:after="0" w:line="240" w:lineRule="auto"/>
        <w:rPr>
          <w:rFonts w:ascii="Arial" w:hAnsi="Arial" w:cs="Arial"/>
          <w:sz w:val="28"/>
          <w:szCs w:val="28"/>
          <w:lang w:val="sv-SE"/>
        </w:rPr>
      </w:pPr>
      <w:r w:rsidRPr="00B12D85">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052DA54C" w14:textId="77777777" w:rsidR="00AB2F7F" w:rsidRDefault="00AB2F7F" w:rsidP="005C3226">
      <w:pPr>
        <w:spacing w:after="0" w:line="240" w:lineRule="auto"/>
        <w:outlineLvl w:val="2"/>
        <w:rPr>
          <w:rFonts w:ascii="Arial" w:hAnsi="Arial" w:cs="Arial"/>
          <w:sz w:val="28"/>
          <w:szCs w:val="28"/>
          <w:lang w:val="sv-SE"/>
        </w:rPr>
      </w:pPr>
    </w:p>
    <w:p w14:paraId="64C5296E" w14:textId="77777777" w:rsidR="007B2588" w:rsidRDefault="007B2588" w:rsidP="005C3226">
      <w:pPr>
        <w:spacing w:after="0" w:line="240" w:lineRule="auto"/>
        <w:outlineLvl w:val="2"/>
        <w:rPr>
          <w:rFonts w:ascii="Arial" w:hAnsi="Arial" w:cs="Arial"/>
          <w:sz w:val="28"/>
          <w:szCs w:val="28"/>
          <w:lang w:val="sv-SE"/>
        </w:rPr>
      </w:pPr>
    </w:p>
    <w:p w14:paraId="4683219E" w14:textId="77777777" w:rsidR="00CD3384" w:rsidRPr="00B12D85" w:rsidRDefault="00CD3384" w:rsidP="005C3226">
      <w:pPr>
        <w:spacing w:after="0" w:line="240" w:lineRule="auto"/>
        <w:outlineLvl w:val="2"/>
        <w:rPr>
          <w:rFonts w:ascii="Arial" w:eastAsia="Times New Roman" w:hAnsi="Arial" w:cs="Arial"/>
          <w:bCs/>
          <w:sz w:val="28"/>
          <w:szCs w:val="28"/>
          <w:lang w:val="sv-SE" w:eastAsia="sv-SE"/>
        </w:rPr>
      </w:pPr>
    </w:p>
    <w:p w14:paraId="6FFCF86F" w14:textId="77777777" w:rsidR="00B12D85" w:rsidRPr="00341468" w:rsidRDefault="00B12D85" w:rsidP="00341468">
      <w:pPr>
        <w:pStyle w:val="Rubrik2"/>
        <w:rPr>
          <w:rFonts w:ascii="Arial" w:hAnsi="Arial" w:cs="Arial"/>
          <w:sz w:val="36"/>
          <w:szCs w:val="36"/>
          <w:lang w:val="sv-SE"/>
        </w:rPr>
      </w:pPr>
      <w:bookmarkStart w:id="16" w:name="_Toc198883910"/>
      <w:r w:rsidRPr="00341468">
        <w:rPr>
          <w:rFonts w:ascii="Arial" w:hAnsi="Arial" w:cs="Arial"/>
          <w:sz w:val="36"/>
          <w:szCs w:val="36"/>
          <w:lang w:val="sv-SE"/>
        </w:rPr>
        <w:lastRenderedPageBreak/>
        <w:t xml:space="preserve">Så fungerar SRF </w:t>
      </w:r>
      <w:proofErr w:type="spellStart"/>
      <w:r w:rsidRPr="00341468">
        <w:rPr>
          <w:rFonts w:ascii="Arial" w:hAnsi="Arial" w:cs="Arial"/>
          <w:sz w:val="36"/>
          <w:szCs w:val="36"/>
          <w:lang w:val="sv-SE"/>
        </w:rPr>
        <w:t>Go:s</w:t>
      </w:r>
      <w:proofErr w:type="spellEnd"/>
      <w:r w:rsidRPr="00341468">
        <w:rPr>
          <w:rFonts w:ascii="Arial" w:hAnsi="Arial" w:cs="Arial"/>
          <w:sz w:val="36"/>
          <w:szCs w:val="36"/>
          <w:lang w:val="sv-SE"/>
        </w:rPr>
        <w:t xml:space="preserve"> gruppresor</w:t>
      </w:r>
      <w:bookmarkEnd w:id="16"/>
    </w:p>
    <w:p w14:paraId="56D3B73B" w14:textId="77777777" w:rsidR="00B12D85" w:rsidRPr="00B12D85" w:rsidRDefault="00B12D85" w:rsidP="00B12D85">
      <w:pPr>
        <w:spacing w:line="240" w:lineRule="auto"/>
        <w:rPr>
          <w:lang w:val="sv-SE"/>
        </w:rPr>
      </w:pPr>
    </w:p>
    <w:p w14:paraId="336AF42F" w14:textId="77777777" w:rsidR="00014DF7" w:rsidRDefault="00B12D85" w:rsidP="00B12D85">
      <w:pPr>
        <w:spacing w:line="240" w:lineRule="auto"/>
        <w:rPr>
          <w:lang w:val="sv-SE"/>
        </w:rPr>
      </w:pPr>
      <w:r w:rsidRPr="00B12D85">
        <w:rPr>
          <w:rFonts w:ascii="Arial" w:hAnsi="Arial" w:cs="Arial"/>
          <w:sz w:val="28"/>
          <w:szCs w:val="28"/>
          <w:lang w:val="sv-SE"/>
        </w:rPr>
        <w:t xml:space="preserve">Att delta i 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gruppresor är en exklusiv medlemsförmån för dig som är synskadad och medlem i Synskadades Riksförbund.</w:t>
      </w:r>
      <w:r w:rsidR="00014DF7">
        <w:rPr>
          <w:lang w:val="sv-SE"/>
        </w:rPr>
        <w:t xml:space="preserve">  </w:t>
      </w:r>
      <w:r w:rsidRPr="00B12D85">
        <w:rPr>
          <w:rFonts w:ascii="Arial" w:hAnsi="Arial" w:cs="Arial"/>
          <w:sz w:val="28"/>
          <w:szCs w:val="28"/>
          <w:lang w:val="sv-SE"/>
        </w:rPr>
        <w:t xml:space="preserve">Du betalar själv för din resa, </w:t>
      </w:r>
      <w:r w:rsidR="00014DF7" w:rsidRPr="00014DF7">
        <w:rPr>
          <w:rFonts w:ascii="Arial" w:hAnsi="Arial" w:cs="Arial"/>
          <w:sz w:val="28"/>
          <w:szCs w:val="28"/>
          <w:lang w:val="sv-SE"/>
        </w:rPr>
        <w:t>medan SRF Go tillhandahåller och bekostar ledsagare för personer som annars inte skulle kunna resa på egen hand.</w:t>
      </w:r>
      <w:r w:rsidR="00014DF7">
        <w:rPr>
          <w:lang w:val="sv-SE"/>
        </w:rPr>
        <w:t xml:space="preserve"> </w:t>
      </w:r>
    </w:p>
    <w:p w14:paraId="2E2404A3" w14:textId="29267A74" w:rsidR="00B12D85" w:rsidRPr="00014DF7" w:rsidRDefault="00B12D85" w:rsidP="00014DF7">
      <w:pPr>
        <w:spacing w:line="240" w:lineRule="auto"/>
        <w:rPr>
          <w:rFonts w:ascii="Arial" w:hAnsi="Arial" w:cs="Arial"/>
          <w:sz w:val="28"/>
          <w:szCs w:val="28"/>
          <w:lang w:val="sv-SE"/>
        </w:rPr>
      </w:pPr>
      <w:r w:rsidRPr="00B12D85">
        <w:rPr>
          <w:rFonts w:ascii="Arial" w:hAnsi="Arial" w:cs="Arial"/>
          <w:sz w:val="28"/>
          <w:szCs w:val="28"/>
          <w:lang w:val="sv-SE"/>
        </w:rPr>
        <w:t xml:space="preserve">Priserna i katalogen är cirka-priser och kan ändras beroende på resebolagens villkor. Reseutbudet påverkas av ökade kostnader i resebranschen. </w:t>
      </w:r>
      <w:r w:rsidRPr="00B12D85">
        <w:rPr>
          <w:rFonts w:ascii="Arial" w:eastAsia="Times New Roman" w:hAnsi="Arial" w:cs="Arial"/>
          <w:sz w:val="28"/>
          <w:szCs w:val="28"/>
          <w:lang w:val="sv-SE" w:eastAsia="sv-SE"/>
        </w:rPr>
        <w:t xml:space="preserve">Vi reserverar oss för eventuella förändringar utanför vår kontroll. </w:t>
      </w:r>
      <w:r w:rsidRPr="00B12D85">
        <w:rPr>
          <w:rFonts w:ascii="Arial" w:hAnsi="Arial" w:cs="Arial"/>
          <w:sz w:val="28"/>
          <w:szCs w:val="28"/>
          <w:lang w:val="sv-SE"/>
        </w:rPr>
        <w:t xml:space="preserve">För att kunna erbjuda den bästa möjliga upplevelsen till ett rimligt pris, kan vissa gruppresor vara förlagda utanför högsäsong, innebära alternativa boendealternativ och så vidare. Men vi strävar alltid efter att hålla priserna så låga som möjligt utan att kompromissa med kvaliteten på upplevelsen. </w:t>
      </w:r>
    </w:p>
    <w:p w14:paraId="36D2AC5E" w14:textId="77777777" w:rsidR="00B12D85" w:rsidRP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För att ge fler möjlighet att följa med gäller följande:</w:t>
      </w:r>
    </w:p>
    <w:p w14:paraId="4B2B731B" w14:textId="77777777" w:rsidR="00B12D85" w:rsidRPr="00B12D85" w:rsidRDefault="00B12D85" w:rsidP="007B2588">
      <w:pPr>
        <w:numPr>
          <w:ilvl w:val="0"/>
          <w:numId w:val="39"/>
        </w:numPr>
        <w:spacing w:after="0" w:line="240" w:lineRule="auto"/>
        <w:contextualSpacing/>
        <w:rPr>
          <w:rFonts w:ascii="Arial" w:hAnsi="Arial" w:cs="Arial"/>
          <w:sz w:val="28"/>
          <w:szCs w:val="28"/>
          <w:lang w:val="sv-SE"/>
        </w:rPr>
      </w:pPr>
      <w:r w:rsidRPr="00B12D85">
        <w:rPr>
          <w:rFonts w:ascii="Arial" w:hAnsi="Arial" w:cs="Arial"/>
          <w:sz w:val="28"/>
          <w:szCs w:val="28"/>
          <w:lang w:val="sv-SE"/>
        </w:rPr>
        <w:t>Du kan delta i max en lång och en kort resa per katalog, men kan anmäla dig till flera.</w:t>
      </w:r>
    </w:p>
    <w:p w14:paraId="5CEBAE4B" w14:textId="77777777" w:rsidR="00B12D85" w:rsidRDefault="00B12D85" w:rsidP="00B12D85">
      <w:pPr>
        <w:numPr>
          <w:ilvl w:val="0"/>
          <w:numId w:val="39"/>
        </w:numPr>
        <w:spacing w:line="240" w:lineRule="auto"/>
        <w:contextualSpacing/>
        <w:rPr>
          <w:rFonts w:ascii="Arial" w:hAnsi="Arial" w:cs="Arial"/>
          <w:sz w:val="28"/>
          <w:szCs w:val="28"/>
          <w:lang w:val="sv-SE"/>
        </w:rPr>
      </w:pPr>
      <w:r w:rsidRPr="00B12D85">
        <w:rPr>
          <w:rFonts w:ascii="Arial" w:hAnsi="Arial" w:cs="Arial"/>
          <w:sz w:val="28"/>
          <w:szCs w:val="28"/>
          <w:lang w:val="sv-SE"/>
        </w:rPr>
        <w:t>En seende vän eller anhörig kan följa med som privat ledsagare om plats finns, men betalar då själv för sin resa.</w:t>
      </w:r>
    </w:p>
    <w:p w14:paraId="0A071F7A" w14:textId="77777777" w:rsidR="00AD2A36" w:rsidRPr="00B12D85" w:rsidRDefault="00AD2A36" w:rsidP="00AD2A36">
      <w:pPr>
        <w:spacing w:line="240" w:lineRule="auto"/>
        <w:ind w:left="720"/>
        <w:contextualSpacing/>
        <w:rPr>
          <w:rFonts w:ascii="Arial" w:hAnsi="Arial" w:cs="Arial"/>
          <w:sz w:val="28"/>
          <w:szCs w:val="28"/>
          <w:lang w:val="sv-SE"/>
        </w:rPr>
      </w:pPr>
    </w:p>
    <w:p w14:paraId="588A6B21" w14:textId="77777777" w:rsidR="00B12D85" w:rsidRPr="00341468" w:rsidRDefault="00B12D85" w:rsidP="00341468">
      <w:pPr>
        <w:pStyle w:val="Rubrik3"/>
        <w:rPr>
          <w:rFonts w:ascii="Arial" w:hAnsi="Arial" w:cs="Arial"/>
          <w:sz w:val="28"/>
          <w:szCs w:val="28"/>
          <w:lang w:val="sv-SE"/>
        </w:rPr>
      </w:pPr>
      <w:bookmarkStart w:id="17" w:name="_Toc198883911"/>
      <w:r w:rsidRPr="00341468">
        <w:rPr>
          <w:rFonts w:ascii="Arial" w:hAnsi="Arial" w:cs="Arial"/>
          <w:sz w:val="28"/>
          <w:szCs w:val="28"/>
          <w:lang w:val="sv-SE"/>
        </w:rPr>
        <w:t>Anmälan</w:t>
      </w:r>
      <w:bookmarkEnd w:id="17"/>
    </w:p>
    <w:p w14:paraId="6BE46F3D" w14:textId="43F37BD9" w:rsidR="00FA5674" w:rsidRDefault="00B12D85" w:rsidP="00B12D85">
      <w:pPr>
        <w:spacing w:line="240" w:lineRule="auto"/>
        <w:rPr>
          <w:color w:val="EE0000"/>
          <w:sz w:val="28"/>
          <w:szCs w:val="28"/>
          <w:lang w:val="sv-SE"/>
        </w:rPr>
      </w:pPr>
      <w:r w:rsidRPr="00B12D85">
        <w:rPr>
          <w:rFonts w:ascii="Arial" w:hAnsi="Arial" w:cs="Arial"/>
          <w:sz w:val="28"/>
          <w:szCs w:val="28"/>
          <w:lang w:val="sv-SE"/>
        </w:rPr>
        <w:t xml:space="preserve">Om du vill anmäla dig till en av våra gruppresor gör du det </w:t>
      </w:r>
      <w:r w:rsidRPr="00B12D85">
        <w:rPr>
          <w:rFonts w:ascii="Arial" w:hAnsi="Arial" w:cs="Arial"/>
          <w:b/>
          <w:bCs/>
          <w:sz w:val="28"/>
          <w:szCs w:val="28"/>
          <w:lang w:val="sv-SE"/>
        </w:rPr>
        <w:t>senast den 15 december</w:t>
      </w:r>
      <w:r w:rsidR="00165742">
        <w:rPr>
          <w:rFonts w:ascii="Arial" w:hAnsi="Arial" w:cs="Arial"/>
          <w:b/>
          <w:bCs/>
          <w:sz w:val="28"/>
          <w:szCs w:val="28"/>
          <w:lang w:val="sv-SE"/>
        </w:rPr>
        <w:t xml:space="preserve"> 2025</w:t>
      </w:r>
      <w:r w:rsidRPr="00B12D85">
        <w:rPr>
          <w:rFonts w:ascii="Arial" w:hAnsi="Arial" w:cs="Arial"/>
          <w:sz w:val="28"/>
          <w:szCs w:val="28"/>
          <w:lang w:val="sv-SE"/>
        </w:rPr>
        <w:t>. Vi vill gärna att du använder standardformuläret som finns på vår hemsida</w:t>
      </w:r>
      <w:r w:rsidR="00FA5674">
        <w:rPr>
          <w:rFonts w:ascii="Arial" w:hAnsi="Arial" w:cs="Arial"/>
          <w:sz w:val="28"/>
          <w:szCs w:val="28"/>
          <w:lang w:val="sv-SE"/>
        </w:rPr>
        <w:t xml:space="preserve">. </w:t>
      </w:r>
      <w:r w:rsidR="00FA5674" w:rsidRPr="009D3949">
        <w:rPr>
          <w:rFonts w:ascii="Arial" w:hAnsi="Arial" w:cs="Arial"/>
          <w:color w:val="000000" w:themeColor="text1"/>
          <w:sz w:val="28"/>
          <w:szCs w:val="28"/>
          <w:lang w:val="sv-SE"/>
        </w:rPr>
        <w:t xml:space="preserve">Om du av någon anledning inte kan göra det, fyller du </w:t>
      </w:r>
      <w:proofErr w:type="gramStart"/>
      <w:r w:rsidR="00FA5674" w:rsidRPr="009D3949">
        <w:rPr>
          <w:rFonts w:ascii="Arial" w:hAnsi="Arial" w:cs="Arial"/>
          <w:color w:val="000000" w:themeColor="text1"/>
          <w:sz w:val="28"/>
          <w:szCs w:val="28"/>
          <w:lang w:val="sv-SE"/>
        </w:rPr>
        <w:t>istället</w:t>
      </w:r>
      <w:proofErr w:type="gramEnd"/>
      <w:r w:rsidR="00FA5674" w:rsidRPr="009D3949">
        <w:rPr>
          <w:rFonts w:ascii="Arial" w:hAnsi="Arial" w:cs="Arial"/>
          <w:color w:val="000000" w:themeColor="text1"/>
          <w:sz w:val="28"/>
          <w:szCs w:val="28"/>
          <w:lang w:val="sv-SE"/>
        </w:rPr>
        <w:t xml:space="preserve"> i ansökningsblanketten som finns på sista sidan i resekatalogen och skickar den till oss med vanlig post.</w:t>
      </w:r>
      <w:r w:rsidR="00FA5674" w:rsidRPr="009D3949">
        <w:rPr>
          <w:color w:val="000000" w:themeColor="text1"/>
          <w:sz w:val="28"/>
          <w:szCs w:val="28"/>
          <w:lang w:val="sv-SE"/>
        </w:rPr>
        <w:t xml:space="preserve"> </w:t>
      </w:r>
    </w:p>
    <w:p w14:paraId="230A2F4E" w14:textId="6427F4BA" w:rsidR="00B12D85" w:rsidRP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Det är viktigt att du tänker på följande när du anmäler dig till gruppresan:</w:t>
      </w:r>
    </w:p>
    <w:p w14:paraId="58C58E57" w14:textId="77777777" w:rsidR="00B12D85" w:rsidRPr="00B12D85" w:rsidRDefault="00B12D85" w:rsidP="007B2588">
      <w:pPr>
        <w:numPr>
          <w:ilvl w:val="0"/>
          <w:numId w:val="24"/>
        </w:numPr>
        <w:spacing w:after="0" w:line="240" w:lineRule="auto"/>
        <w:contextualSpacing/>
        <w:rPr>
          <w:rFonts w:ascii="Arial" w:hAnsi="Arial" w:cs="Arial"/>
          <w:sz w:val="28"/>
          <w:szCs w:val="28"/>
          <w:lang w:val="sv-SE"/>
        </w:rPr>
      </w:pPr>
      <w:r w:rsidRPr="00B12D85">
        <w:rPr>
          <w:rFonts w:ascii="Arial" w:hAnsi="Arial" w:cs="Arial"/>
          <w:sz w:val="28"/>
          <w:szCs w:val="28"/>
          <w:lang w:val="sv-SE"/>
        </w:rPr>
        <w:t>Använd ditt fullständiga namn och personnummer som det står i din resehandling.</w:t>
      </w:r>
    </w:p>
    <w:p w14:paraId="2DF272A1" w14:textId="77777777" w:rsidR="00B12D85" w:rsidRP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Meddela alltid hälsotillstånd och särskilda behov.</w:t>
      </w:r>
    </w:p>
    <w:p w14:paraId="492447DB" w14:textId="77777777" w:rsidR="00B12D85" w:rsidRP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Ange om du behöver ta med dig ledarhund.</w:t>
      </w:r>
    </w:p>
    <w:p w14:paraId="0FE56D56" w14:textId="77777777" w:rsidR="00B12D85" w:rsidRDefault="00B12D85" w:rsidP="00B12D85">
      <w:pPr>
        <w:numPr>
          <w:ilvl w:val="0"/>
          <w:numId w:val="24"/>
        </w:numPr>
        <w:spacing w:line="240" w:lineRule="auto"/>
        <w:contextualSpacing/>
        <w:rPr>
          <w:rFonts w:ascii="Arial" w:hAnsi="Arial" w:cs="Arial"/>
          <w:sz w:val="28"/>
          <w:szCs w:val="28"/>
          <w:lang w:val="sv-SE"/>
        </w:rPr>
      </w:pPr>
      <w:r w:rsidRPr="00B12D85">
        <w:rPr>
          <w:rFonts w:ascii="Arial" w:hAnsi="Arial" w:cs="Arial"/>
          <w:sz w:val="28"/>
          <w:szCs w:val="28"/>
          <w:lang w:val="sv-SE"/>
        </w:rPr>
        <w:t xml:space="preserve">Meddela om det är din första resa med SRF Go </w:t>
      </w:r>
      <w:r w:rsidRPr="00B12D85">
        <w:rPr>
          <w:rFonts w:ascii="Arial" w:eastAsia="Times New Roman" w:hAnsi="Arial" w:cs="Arial"/>
          <w:sz w:val="28"/>
          <w:szCs w:val="28"/>
          <w:lang w:val="sv-SE" w:eastAsia="sv-SE"/>
        </w:rPr>
        <w:t>–</w:t>
      </w:r>
      <w:r w:rsidRPr="00B12D85">
        <w:rPr>
          <w:rFonts w:ascii="Arial" w:hAnsi="Arial" w:cs="Arial"/>
          <w:sz w:val="28"/>
          <w:szCs w:val="28"/>
          <w:lang w:val="sv-SE"/>
        </w:rPr>
        <w:t>förstagångsresenärer får förtur.</w:t>
      </w:r>
    </w:p>
    <w:p w14:paraId="5B1AB6A7" w14:textId="77777777" w:rsidR="00E05AEF" w:rsidRPr="00B12D85" w:rsidRDefault="00E05AEF" w:rsidP="00E05AEF">
      <w:pPr>
        <w:spacing w:line="240" w:lineRule="auto"/>
        <w:ind w:left="720"/>
        <w:contextualSpacing/>
        <w:rPr>
          <w:rFonts w:ascii="Arial" w:hAnsi="Arial" w:cs="Arial"/>
          <w:sz w:val="28"/>
          <w:szCs w:val="28"/>
          <w:lang w:val="sv-SE"/>
        </w:rPr>
      </w:pPr>
    </w:p>
    <w:p w14:paraId="3E97E1B6" w14:textId="2FAD9120" w:rsidR="0093109B" w:rsidRPr="00B12D85" w:rsidRDefault="00B12D85" w:rsidP="00B12D85">
      <w:pPr>
        <w:spacing w:line="240" w:lineRule="auto"/>
        <w:rPr>
          <w:rFonts w:ascii="Arial" w:hAnsi="Arial" w:cs="Arial"/>
          <w:b/>
          <w:bCs/>
          <w:sz w:val="28"/>
          <w:szCs w:val="28"/>
          <w:lang w:val="sv-SE"/>
        </w:rPr>
      </w:pPr>
      <w:r w:rsidRPr="00B12D85">
        <w:rPr>
          <w:rFonts w:ascii="Arial" w:hAnsi="Arial" w:cs="Arial"/>
          <w:b/>
          <w:bCs/>
          <w:sz w:val="28"/>
          <w:szCs w:val="28"/>
          <w:lang w:val="sv-SE"/>
        </w:rPr>
        <w:t>Efter den 15 december kan du anmäla dig till reservlistan.</w:t>
      </w:r>
    </w:p>
    <w:p w14:paraId="3EBEB9A0" w14:textId="2FAD9120" w:rsidR="00B12D85" w:rsidRPr="00341468" w:rsidRDefault="00B12D85" w:rsidP="00341468">
      <w:pPr>
        <w:pStyle w:val="Rubrik3"/>
        <w:rPr>
          <w:rFonts w:ascii="Arial" w:hAnsi="Arial" w:cs="Arial"/>
          <w:sz w:val="28"/>
          <w:szCs w:val="28"/>
          <w:lang w:val="sv-SE"/>
        </w:rPr>
      </w:pPr>
      <w:bookmarkStart w:id="18" w:name="_Toc198883912"/>
      <w:r w:rsidRPr="00341468">
        <w:rPr>
          <w:rFonts w:ascii="Arial" w:hAnsi="Arial" w:cs="Arial"/>
          <w:sz w:val="28"/>
          <w:szCs w:val="28"/>
          <w:lang w:val="sv-SE"/>
        </w:rPr>
        <w:lastRenderedPageBreak/>
        <w:t>Lottning och reservlista</w:t>
      </w:r>
      <w:bookmarkEnd w:id="18"/>
    </w:p>
    <w:p w14:paraId="7A6DFA19" w14:textId="36249418" w:rsidR="0078234C" w:rsidRDefault="00B12D85" w:rsidP="00B12D85">
      <w:pPr>
        <w:spacing w:line="240" w:lineRule="auto"/>
        <w:rPr>
          <w:rFonts w:ascii="Arial" w:hAnsi="Arial" w:cs="Arial"/>
          <w:color w:val="EE0000"/>
          <w:sz w:val="28"/>
          <w:szCs w:val="28"/>
          <w:lang w:val="sv-SE"/>
        </w:rPr>
      </w:pPr>
      <w:r w:rsidRPr="00B12D85">
        <w:rPr>
          <w:rFonts w:ascii="Arial" w:hAnsi="Arial" w:cs="Arial"/>
          <w:sz w:val="28"/>
          <w:szCs w:val="28"/>
          <w:lang w:val="sv-SE"/>
        </w:rPr>
        <w:t xml:space="preserve">Efter sista anmälningsdag sker lottning med hjälp av ett datorprogram. </w:t>
      </w:r>
      <w:r w:rsidR="0078234C" w:rsidRPr="009D3949">
        <w:rPr>
          <w:rFonts w:ascii="Arial" w:hAnsi="Arial" w:cs="Arial"/>
          <w:color w:val="000000" w:themeColor="text1"/>
          <w:sz w:val="28"/>
          <w:szCs w:val="28"/>
          <w:lang w:val="sv-SE"/>
        </w:rPr>
        <w:t xml:space="preserve">Resultatet av lottningen kommer att meddelas efter jul- och nyårshelgen, och </w:t>
      </w:r>
      <w:r w:rsidR="0078234C" w:rsidRPr="009D3949">
        <w:rPr>
          <w:rFonts w:ascii="Arial" w:hAnsi="Arial" w:cs="Arial"/>
          <w:b/>
          <w:bCs/>
          <w:color w:val="000000" w:themeColor="text1"/>
          <w:sz w:val="28"/>
          <w:szCs w:val="28"/>
          <w:lang w:val="sv-SE"/>
        </w:rPr>
        <w:t>senast den 15 januari</w:t>
      </w:r>
      <w:r w:rsidR="00165742">
        <w:rPr>
          <w:rFonts w:ascii="Arial" w:hAnsi="Arial" w:cs="Arial"/>
          <w:b/>
          <w:bCs/>
          <w:color w:val="000000" w:themeColor="text1"/>
          <w:sz w:val="28"/>
          <w:szCs w:val="28"/>
          <w:lang w:val="sv-SE"/>
        </w:rPr>
        <w:t xml:space="preserve"> 2026</w:t>
      </w:r>
      <w:r w:rsidR="0078234C" w:rsidRPr="009D3949">
        <w:rPr>
          <w:rFonts w:ascii="Arial" w:hAnsi="Arial" w:cs="Arial"/>
          <w:b/>
          <w:bCs/>
          <w:color w:val="000000" w:themeColor="text1"/>
          <w:sz w:val="28"/>
          <w:szCs w:val="28"/>
          <w:lang w:val="sv-SE"/>
        </w:rPr>
        <w:t>.</w:t>
      </w:r>
      <w:r w:rsidR="0078234C" w:rsidRPr="009D3949">
        <w:rPr>
          <w:rFonts w:ascii="Arial" w:hAnsi="Arial" w:cs="Arial"/>
          <w:color w:val="000000" w:themeColor="text1"/>
          <w:sz w:val="28"/>
          <w:szCs w:val="28"/>
          <w:lang w:val="sv-SE"/>
        </w:rPr>
        <w:t xml:space="preserve">  </w:t>
      </w:r>
    </w:p>
    <w:p w14:paraId="35E40F69" w14:textId="27F1985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Om du får en plats, kontaktar vi dig med mer information. Har du otur och inte får plats hamnar du på reservlistan.</w:t>
      </w:r>
    </w:p>
    <w:p w14:paraId="092FF249" w14:textId="056EE0E9"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Vid avhopp erbjuds plats till första möjliga reserv med matchande önskemål, exempelvis avgångsort</w:t>
      </w:r>
      <w:r w:rsidR="0078234C">
        <w:rPr>
          <w:rFonts w:ascii="Arial" w:hAnsi="Arial" w:cs="Arial"/>
          <w:sz w:val="28"/>
          <w:szCs w:val="28"/>
          <w:lang w:val="sv-SE"/>
        </w:rPr>
        <w:t>,</w:t>
      </w:r>
      <w:r w:rsidRPr="00B12D85">
        <w:rPr>
          <w:rFonts w:ascii="Arial" w:hAnsi="Arial" w:cs="Arial"/>
          <w:sz w:val="28"/>
          <w:szCs w:val="28"/>
          <w:lang w:val="sv-SE"/>
        </w:rPr>
        <w:t xml:space="preserve"> enkel eller dubbelboende</w:t>
      </w:r>
      <w:r w:rsidR="00D935EE">
        <w:rPr>
          <w:rFonts w:ascii="Arial" w:hAnsi="Arial" w:cs="Arial"/>
          <w:sz w:val="28"/>
          <w:szCs w:val="28"/>
          <w:lang w:val="sv-SE"/>
        </w:rPr>
        <w:t>,</w:t>
      </w:r>
      <w:r w:rsidR="00D935EE" w:rsidRPr="00D935EE">
        <w:rPr>
          <w:lang w:val="sv-SE"/>
        </w:rPr>
        <w:t xml:space="preserve"> </w:t>
      </w:r>
      <w:r w:rsidR="0078234C" w:rsidRPr="009D3949">
        <w:rPr>
          <w:rFonts w:ascii="Arial" w:hAnsi="Arial" w:cs="Arial"/>
          <w:color w:val="000000" w:themeColor="text1"/>
          <w:sz w:val="28"/>
          <w:szCs w:val="28"/>
          <w:lang w:val="sv-SE"/>
        </w:rPr>
        <w:t>och det</w:t>
      </w:r>
      <w:r w:rsidR="00D935EE" w:rsidRPr="009D3949">
        <w:rPr>
          <w:rFonts w:ascii="Arial" w:hAnsi="Arial" w:cs="Arial"/>
          <w:color w:val="000000" w:themeColor="text1"/>
          <w:sz w:val="28"/>
          <w:szCs w:val="28"/>
          <w:lang w:val="sv-SE"/>
        </w:rPr>
        <w:t xml:space="preserve"> kan ske med kort varsel</w:t>
      </w:r>
      <w:r w:rsidRPr="009D3949">
        <w:rPr>
          <w:rFonts w:ascii="Arial" w:hAnsi="Arial" w:cs="Arial"/>
          <w:color w:val="000000" w:themeColor="text1"/>
          <w:sz w:val="28"/>
          <w:szCs w:val="28"/>
          <w:lang w:val="sv-SE"/>
        </w:rPr>
        <w:t xml:space="preserve">. </w:t>
      </w:r>
      <w:r w:rsidRPr="00B12D85">
        <w:rPr>
          <w:rFonts w:ascii="Arial" w:hAnsi="Arial" w:cs="Arial"/>
          <w:sz w:val="28"/>
          <w:szCs w:val="28"/>
          <w:lang w:val="sv-SE"/>
        </w:rPr>
        <w:t>I andra fall gäller turordning.</w:t>
      </w:r>
    </w:p>
    <w:p w14:paraId="5B835B15" w14:textId="77777777" w:rsidR="00B12D85" w:rsidRPr="00D96DEA" w:rsidRDefault="00B12D85" w:rsidP="00341468">
      <w:pPr>
        <w:pStyle w:val="Rubrik3"/>
        <w:rPr>
          <w:rFonts w:ascii="Arial" w:hAnsi="Arial" w:cs="Arial"/>
          <w:sz w:val="28"/>
          <w:szCs w:val="28"/>
          <w:lang w:val="sv-SE"/>
        </w:rPr>
      </w:pPr>
      <w:r w:rsidRPr="00D96DEA">
        <w:rPr>
          <w:rFonts w:ascii="Arial" w:hAnsi="Arial" w:cs="Arial"/>
          <w:sz w:val="28"/>
          <w:szCs w:val="28"/>
          <w:lang w:val="sv-SE"/>
        </w:rPr>
        <w:t>Ditt ansvar som resenär</w:t>
      </w:r>
    </w:p>
    <w:p w14:paraId="1917D039" w14:textId="496D7702" w:rsidR="007B2588" w:rsidRPr="00B12D85"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SRF </w:t>
      </w:r>
      <w:proofErr w:type="spellStart"/>
      <w:r w:rsidRPr="00B12D85">
        <w:rPr>
          <w:rFonts w:ascii="Arial" w:eastAsia="Times New Roman" w:hAnsi="Arial" w:cs="Arial"/>
          <w:sz w:val="28"/>
          <w:szCs w:val="28"/>
          <w:lang w:val="sv-SE" w:eastAsia="sv-SE"/>
        </w:rPr>
        <w:t>Go:s</w:t>
      </w:r>
      <w:proofErr w:type="spellEnd"/>
      <w:r w:rsidRPr="00B12D85">
        <w:rPr>
          <w:rFonts w:ascii="Arial" w:eastAsia="Times New Roman" w:hAnsi="Arial" w:cs="Arial"/>
          <w:sz w:val="28"/>
          <w:szCs w:val="28"/>
          <w:lang w:val="sv-SE" w:eastAsia="sv-SE"/>
        </w:rPr>
        <w:t xml:space="preserve"> mål är att du som synskadad ska kunna resa på likvärdiga villkor. </w:t>
      </w:r>
      <w:bookmarkStart w:id="19" w:name="_Toc198883914"/>
      <w:r w:rsidRPr="00B12D85">
        <w:rPr>
          <w:rFonts w:ascii="Arial" w:eastAsia="Times New Roman" w:hAnsi="Arial" w:cs="Arial"/>
          <w:sz w:val="28"/>
          <w:szCs w:val="28"/>
          <w:lang w:val="sv-SE" w:eastAsia="sv-SE"/>
        </w:rPr>
        <w:t xml:space="preserve">Som resenär förväntas du ta ansvar för din egen hälsa och ditt allmänna välbefinnande. </w:t>
      </w:r>
    </w:p>
    <w:p w14:paraId="74052229" w14:textId="4E092FD5" w:rsidR="00E64ED4" w:rsidRPr="00E64ED4"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Du ansvarar också för praktiska uppgifter som packning, hantering av ditt bagage och liknande. Det är viktigt att du är i tillräckligt god hälsa för att kunna genomföra resan. Om du är sjuk, vänligen avstå från att resa.</w:t>
      </w:r>
    </w:p>
    <w:p w14:paraId="6720B8FA" w14:textId="42977BD2" w:rsidR="00B14B58" w:rsidRDefault="00B12D85" w:rsidP="007B2588">
      <w:pPr>
        <w:spacing w:after="0" w:line="240" w:lineRule="auto"/>
        <w:rPr>
          <w:rFonts w:ascii="Arial" w:eastAsia="Times New Roman" w:hAnsi="Arial" w:cs="Arial"/>
          <w:sz w:val="28"/>
          <w:szCs w:val="28"/>
          <w:lang w:val="sv-SE" w:eastAsia="sv-SE"/>
        </w:rPr>
      </w:pPr>
      <w:r w:rsidRPr="00B12D85">
        <w:rPr>
          <w:rFonts w:ascii="Arial" w:hAnsi="Arial" w:cs="Arial"/>
          <w:sz w:val="28"/>
          <w:szCs w:val="28"/>
          <w:lang w:val="sv-SE"/>
        </w:rPr>
        <w:t xml:space="preserve">Observera att det är ditt eget ansvar att ta dig till och från flygplats, tåg- eller busstation eller annan gemensam samlingsplats där resan börjar. </w:t>
      </w:r>
      <w:r w:rsidR="00B14B58" w:rsidRPr="00B14B58">
        <w:rPr>
          <w:rFonts w:ascii="Arial" w:hAnsi="Arial" w:cs="Arial"/>
          <w:sz w:val="28"/>
          <w:szCs w:val="28"/>
          <w:lang w:val="sv-SE"/>
        </w:rPr>
        <w:t xml:space="preserve">SRF Go kan inte garantera ledsagning från din hemort till resans avreseort eller på hemvägen, och vi kan heller inte ansvara för bokning av </w:t>
      </w:r>
      <w:r w:rsidR="006C236C" w:rsidRPr="00B14B58">
        <w:rPr>
          <w:rFonts w:ascii="Arial" w:hAnsi="Arial" w:cs="Arial"/>
          <w:sz w:val="28"/>
          <w:szCs w:val="28"/>
          <w:lang w:val="sv-SE"/>
        </w:rPr>
        <w:t xml:space="preserve">transport till och från avreseorten </w:t>
      </w:r>
      <w:r w:rsidR="006C236C">
        <w:rPr>
          <w:rFonts w:ascii="Arial" w:hAnsi="Arial" w:cs="Arial"/>
          <w:sz w:val="28"/>
          <w:szCs w:val="28"/>
          <w:lang w:val="sv-SE"/>
        </w:rPr>
        <w:t xml:space="preserve">samt </w:t>
      </w:r>
      <w:r w:rsidR="00B14B58" w:rsidRPr="00B14B58">
        <w:rPr>
          <w:rFonts w:ascii="Arial" w:hAnsi="Arial" w:cs="Arial"/>
          <w:sz w:val="28"/>
          <w:szCs w:val="28"/>
          <w:lang w:val="sv-SE"/>
        </w:rPr>
        <w:t>hotellövernattning</w:t>
      </w:r>
      <w:r w:rsidR="006C236C">
        <w:rPr>
          <w:rFonts w:ascii="Arial" w:hAnsi="Arial" w:cs="Arial"/>
          <w:sz w:val="28"/>
          <w:szCs w:val="28"/>
          <w:lang w:val="sv-SE"/>
        </w:rPr>
        <w:t>ar före och innan avresan.</w:t>
      </w:r>
      <w:r w:rsidR="00B14B58">
        <w:rPr>
          <w:rFonts w:ascii="Arial" w:eastAsia="Times New Roman" w:hAnsi="Arial" w:cs="Arial"/>
          <w:sz w:val="28"/>
          <w:szCs w:val="28"/>
          <w:lang w:val="sv-SE" w:eastAsia="sv-SE"/>
        </w:rPr>
        <w:t xml:space="preserve"> </w:t>
      </w:r>
    </w:p>
    <w:p w14:paraId="0A7D0E2C" w14:textId="211293BD" w:rsidR="00B12D85" w:rsidRDefault="00B12D85" w:rsidP="007B2588">
      <w:pPr>
        <w:spacing w:after="0" w:line="240" w:lineRule="auto"/>
        <w:rPr>
          <w:rFonts w:ascii="Arial" w:hAnsi="Arial" w:cs="Arial"/>
          <w:sz w:val="28"/>
          <w:szCs w:val="28"/>
          <w:lang w:val="sv-SE"/>
        </w:rPr>
      </w:pPr>
      <w:r w:rsidRPr="00B12D85">
        <w:rPr>
          <w:rFonts w:ascii="Arial" w:hAnsi="Arial" w:cs="Arial"/>
          <w:sz w:val="28"/>
          <w:szCs w:val="28"/>
          <w:lang w:val="sv-SE"/>
        </w:rPr>
        <w:t>Resans officiella start och slut är de som anges i katalogen. All övrig hjälp är att betrakta som extra service och kan inte garanteras.</w:t>
      </w:r>
    </w:p>
    <w:p w14:paraId="2C129689" w14:textId="77777777" w:rsidR="007B2588" w:rsidRPr="00B12D85" w:rsidRDefault="007B2588" w:rsidP="007B2588">
      <w:pPr>
        <w:spacing w:after="0" w:line="240" w:lineRule="auto"/>
        <w:rPr>
          <w:rFonts w:ascii="Arial" w:eastAsia="Times New Roman" w:hAnsi="Arial" w:cs="Arial"/>
          <w:sz w:val="28"/>
          <w:szCs w:val="28"/>
          <w:lang w:val="sv-SE" w:eastAsia="sv-SE"/>
        </w:rPr>
      </w:pPr>
    </w:p>
    <w:p w14:paraId="7A9553AC" w14:textId="77777777" w:rsidR="00B12D85" w:rsidRPr="00341468" w:rsidRDefault="00B12D85" w:rsidP="00341468">
      <w:pPr>
        <w:pStyle w:val="Rubrik3"/>
        <w:rPr>
          <w:rFonts w:ascii="Arial" w:hAnsi="Arial" w:cs="Arial"/>
          <w:sz w:val="28"/>
          <w:szCs w:val="28"/>
          <w:lang w:val="sv-SE"/>
        </w:rPr>
      </w:pPr>
      <w:r w:rsidRPr="00341468">
        <w:rPr>
          <w:rFonts w:ascii="Arial" w:hAnsi="Arial" w:cs="Arial"/>
          <w:sz w:val="28"/>
          <w:szCs w:val="28"/>
          <w:lang w:val="sv-SE"/>
        </w:rPr>
        <w:t>Ledsagning</w:t>
      </w:r>
      <w:bookmarkEnd w:id="19"/>
    </w:p>
    <w:p w14:paraId="4DB7D556"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 xml:space="preserve">SRF </w:t>
      </w:r>
      <w:proofErr w:type="spellStart"/>
      <w:r w:rsidRPr="00B12D85">
        <w:rPr>
          <w:rFonts w:ascii="Arial" w:hAnsi="Arial" w:cs="Arial"/>
          <w:sz w:val="28"/>
          <w:szCs w:val="28"/>
          <w:lang w:val="sv-SE"/>
        </w:rPr>
        <w:t>Go:s</w:t>
      </w:r>
      <w:proofErr w:type="spellEnd"/>
      <w:r w:rsidRPr="00B12D85">
        <w:rPr>
          <w:rFonts w:ascii="Arial" w:hAnsi="Arial" w:cs="Arial"/>
          <w:sz w:val="28"/>
          <w:szCs w:val="28"/>
          <w:lang w:val="sv-SE"/>
        </w:rPr>
        <w:t xml:space="preserve"> ledsagare är volontärer med ett professionellt förhållningssätt. De gör sitt allra bästa för att tillgodose dina önskemål under resan. </w:t>
      </w:r>
    </w:p>
    <w:p w14:paraId="208014CB"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Ledsagaren fungerar som ett stöd och hjälper till med exempelvis att beskriva omgivningar, läsa menyer och assistera vid enklare ärenden. De ansvarar däremot inte för ditt bagage, tolkning, medicinsk hjälp eller liknande.</w:t>
      </w:r>
    </w:p>
    <w:p w14:paraId="655EE9DB" w14:textId="6ED9A3A3" w:rsidR="006C236C"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Vid varje resa finns en gruppansvarig ledsagare som ansvarar för ledsagarfördelningen, eftersom ledsagarna roterar i gruppen. Den gruppansvariga fungerar även som kontaktperson gentemot oss och eventuell resebyrå. Det är dock inte den gruppansvarigas uppgift att hålla ihop gruppen eller föreslå aktiviteter. Det är varje deltagares ansvar att bidra till att resan blir som man önskar.</w:t>
      </w:r>
      <w:bookmarkStart w:id="20" w:name="_Toc198883916"/>
    </w:p>
    <w:p w14:paraId="053E5F03" w14:textId="77777777" w:rsidR="006C236C" w:rsidRPr="00341468" w:rsidRDefault="006C236C" w:rsidP="00341468">
      <w:pPr>
        <w:pStyle w:val="Rubrik3"/>
        <w:rPr>
          <w:rFonts w:ascii="Arial" w:hAnsi="Arial" w:cs="Arial"/>
          <w:sz w:val="28"/>
          <w:szCs w:val="28"/>
          <w:lang w:val="sv-SE"/>
        </w:rPr>
      </w:pPr>
      <w:bookmarkStart w:id="21" w:name="_Toc198883915"/>
      <w:r w:rsidRPr="00341468">
        <w:rPr>
          <w:rFonts w:ascii="Arial" w:hAnsi="Arial" w:cs="Arial"/>
          <w:sz w:val="28"/>
          <w:szCs w:val="28"/>
          <w:lang w:val="sv-SE"/>
        </w:rPr>
        <w:lastRenderedPageBreak/>
        <w:t>Boende</w:t>
      </w:r>
      <w:bookmarkEnd w:id="21"/>
    </w:p>
    <w:p w14:paraId="0764416E" w14:textId="077B59B4" w:rsidR="00E64ED4" w:rsidRPr="00B12D85" w:rsidRDefault="006C236C" w:rsidP="006C236C">
      <w:pPr>
        <w:spacing w:line="240" w:lineRule="auto"/>
        <w:rPr>
          <w:rFonts w:ascii="Arial" w:hAnsi="Arial" w:cs="Arial"/>
          <w:sz w:val="28"/>
          <w:szCs w:val="28"/>
          <w:lang w:val="sv-SE"/>
        </w:rPr>
      </w:pPr>
      <w:r w:rsidRPr="00B12D85">
        <w:rPr>
          <w:rFonts w:ascii="Arial" w:hAnsi="Arial" w:cs="Arial"/>
          <w:sz w:val="28"/>
          <w:szCs w:val="28"/>
          <w:lang w:val="sv-SE"/>
        </w:rPr>
        <w:t>Vi försöker alltid uppfylla dina önskemål om boende, men det är inte alltid möjligt. Det kan innebära att du får dela rum trots att du önskat enkelrum – eller tvärtom. Observera att reservplatser ger begränsade möjligheter till anpassning efter individuella önskemål.</w:t>
      </w:r>
    </w:p>
    <w:p w14:paraId="613161EB" w14:textId="77777777" w:rsidR="00B12D85" w:rsidRPr="00341468" w:rsidRDefault="00B12D85" w:rsidP="00341468">
      <w:pPr>
        <w:pStyle w:val="Rubrik3"/>
        <w:rPr>
          <w:rFonts w:ascii="Arial" w:hAnsi="Arial" w:cs="Arial"/>
          <w:sz w:val="28"/>
          <w:szCs w:val="28"/>
          <w:lang w:val="sv-SE"/>
        </w:rPr>
      </w:pPr>
      <w:bookmarkStart w:id="22" w:name="_Toc198883917"/>
      <w:bookmarkEnd w:id="20"/>
      <w:r w:rsidRPr="00341468">
        <w:rPr>
          <w:rFonts w:ascii="Arial" w:hAnsi="Arial" w:cs="Arial"/>
          <w:sz w:val="28"/>
          <w:szCs w:val="28"/>
          <w:lang w:val="sv-SE"/>
        </w:rPr>
        <w:t>Avbokning</w:t>
      </w:r>
      <w:bookmarkEnd w:id="22"/>
    </w:p>
    <w:p w14:paraId="3E8660F1" w14:textId="77777777" w:rsidR="00B12D85" w:rsidRPr="00B12D85" w:rsidRDefault="00B12D85" w:rsidP="00E05AEF">
      <w:pPr>
        <w:spacing w:after="0" w:line="240" w:lineRule="auto"/>
        <w:rPr>
          <w:rFonts w:ascii="Arial" w:eastAsia="Times New Roman" w:hAnsi="Arial" w:cs="Arial"/>
          <w:bCs/>
          <w:sz w:val="28"/>
          <w:szCs w:val="28"/>
          <w:lang w:val="sv-SE" w:eastAsia="sv-SE"/>
        </w:rPr>
      </w:pPr>
      <w:r w:rsidRPr="00B12D85">
        <w:rPr>
          <w:rFonts w:ascii="Arial" w:eastAsia="Times New Roman" w:hAnsi="Arial" w:cs="Arial"/>
          <w:bCs/>
          <w:sz w:val="28"/>
          <w:szCs w:val="28"/>
          <w:lang w:val="sv-SE" w:eastAsia="sv-SE"/>
        </w:rPr>
        <w:t>Alla resenärer ansvarar själva för att kontrollera sitt försäkringsskydd och vid behov teckna avbeställnings- och reseförsäkring. Det är varje resenärs ansvar att se till att försäkringen täcker de egna behoven.</w:t>
      </w:r>
    </w:p>
    <w:p w14:paraId="0F2F01E3" w14:textId="77777777" w:rsidR="006C236C" w:rsidRDefault="006C236C" w:rsidP="00E05AEF">
      <w:pPr>
        <w:spacing w:after="0" w:line="240" w:lineRule="auto"/>
        <w:rPr>
          <w:rFonts w:ascii="Arial" w:hAnsi="Arial" w:cs="Arial"/>
          <w:sz w:val="28"/>
          <w:szCs w:val="28"/>
          <w:lang w:val="sv-SE"/>
        </w:rPr>
      </w:pPr>
    </w:p>
    <w:p w14:paraId="4441DEF5" w14:textId="2744A307" w:rsidR="00B12D85" w:rsidRDefault="00B12D85" w:rsidP="00E05AEF">
      <w:pPr>
        <w:spacing w:after="0" w:line="240" w:lineRule="auto"/>
        <w:rPr>
          <w:rFonts w:ascii="Arial" w:hAnsi="Arial" w:cs="Arial"/>
          <w:sz w:val="28"/>
          <w:szCs w:val="28"/>
          <w:lang w:val="sv-SE"/>
        </w:rPr>
      </w:pPr>
      <w:r w:rsidRPr="007B2588">
        <w:rPr>
          <w:rFonts w:ascii="Arial" w:hAnsi="Arial" w:cs="Arial"/>
          <w:sz w:val="28"/>
          <w:szCs w:val="28"/>
          <w:lang w:val="sv-SE"/>
        </w:rPr>
        <w:t>Om du väljer att avboka resan, vänligen kontakta oss så snart som möjligt. Återbetalning kan endast beviljas om en ersättare för din plats kan tillsättas. Vid beviljad återbetalning kommer en administrativ avgift samt eventuella ytterligare kostnader avräknas från det belopp som återbetalas.</w:t>
      </w:r>
    </w:p>
    <w:p w14:paraId="4B262636" w14:textId="77777777" w:rsidR="007B2588" w:rsidRPr="007B2588" w:rsidRDefault="007B2588" w:rsidP="00E05AEF">
      <w:pPr>
        <w:spacing w:after="0" w:line="240" w:lineRule="auto"/>
        <w:rPr>
          <w:rFonts w:ascii="Arial" w:hAnsi="Arial" w:cs="Arial"/>
          <w:sz w:val="28"/>
          <w:szCs w:val="28"/>
          <w:lang w:val="sv-SE"/>
        </w:rPr>
      </w:pPr>
    </w:p>
    <w:p w14:paraId="49B02AF2" w14:textId="1194C9F3" w:rsidR="006C236C" w:rsidRPr="007B2588" w:rsidRDefault="00797E1C" w:rsidP="00E05AEF">
      <w:pPr>
        <w:spacing w:after="0" w:line="240" w:lineRule="auto"/>
        <w:rPr>
          <w:rFonts w:ascii="Arial" w:hAnsi="Arial" w:cs="Arial"/>
          <w:sz w:val="28"/>
          <w:szCs w:val="28"/>
          <w:lang w:val="sv-SE"/>
        </w:rPr>
      </w:pPr>
      <w:r w:rsidRPr="007B2588">
        <w:rPr>
          <w:rFonts w:ascii="Arial" w:hAnsi="Arial" w:cs="Arial"/>
          <w:sz w:val="28"/>
          <w:szCs w:val="28"/>
          <w:lang w:val="sv-SE"/>
        </w:rPr>
        <w:t>Om du blir förhindrad att resa med gruppen, till exempel på grund av akut sjukdom med kort varsel före avresa, behöver du omedelbart kontakta även den gruppansvariga ledsagaren.</w:t>
      </w:r>
      <w:r w:rsidR="00014DF7" w:rsidRPr="007B2588">
        <w:rPr>
          <w:rFonts w:ascii="Arial" w:hAnsi="Arial" w:cs="Arial"/>
          <w:sz w:val="28"/>
          <w:szCs w:val="28"/>
          <w:lang w:val="sv-SE"/>
        </w:rPr>
        <w:t xml:space="preserve"> </w:t>
      </w:r>
      <w:r w:rsidR="007B2588" w:rsidRPr="007B2588">
        <w:rPr>
          <w:rFonts w:ascii="Arial" w:hAnsi="Arial" w:cs="Arial"/>
          <w:sz w:val="28"/>
          <w:szCs w:val="28"/>
          <w:lang w:val="sv-SE"/>
        </w:rPr>
        <w:t xml:space="preserve">Eftersom det rör sig om en gruppresa kommer din plats att avbokas. Du får dock ingen återbetalning från oss, utan hänvisas </w:t>
      </w:r>
      <w:proofErr w:type="gramStart"/>
      <w:r w:rsidR="007B2588" w:rsidRPr="007B2588">
        <w:rPr>
          <w:rFonts w:ascii="Arial" w:hAnsi="Arial" w:cs="Arial"/>
          <w:sz w:val="28"/>
          <w:szCs w:val="28"/>
          <w:lang w:val="sv-SE"/>
        </w:rPr>
        <w:t>istället</w:t>
      </w:r>
      <w:proofErr w:type="gramEnd"/>
      <w:r w:rsidR="007B2588" w:rsidRPr="007B2588">
        <w:rPr>
          <w:rFonts w:ascii="Arial" w:hAnsi="Arial" w:cs="Arial"/>
          <w:sz w:val="28"/>
          <w:szCs w:val="28"/>
          <w:lang w:val="sv-SE"/>
        </w:rPr>
        <w:t xml:space="preserve"> till ditt eget försäkringsbolag för ersättning via din reseförsäkring.</w:t>
      </w:r>
    </w:p>
    <w:p w14:paraId="7F11E9F7" w14:textId="77777777" w:rsidR="007B2588" w:rsidRPr="007B2588" w:rsidRDefault="007B2588" w:rsidP="00E05AEF">
      <w:pPr>
        <w:spacing w:after="0" w:line="240" w:lineRule="auto"/>
        <w:rPr>
          <w:rFonts w:ascii="Arial" w:hAnsi="Arial" w:cs="Arial"/>
          <w:sz w:val="28"/>
          <w:szCs w:val="28"/>
          <w:lang w:val="sv-SE"/>
        </w:rPr>
      </w:pPr>
    </w:p>
    <w:p w14:paraId="2E133BF1" w14:textId="1634C67A" w:rsidR="00B12D85" w:rsidRPr="00B12D85" w:rsidRDefault="00B12D85" w:rsidP="00E05AEF">
      <w:pPr>
        <w:spacing w:after="0" w:line="240" w:lineRule="auto"/>
        <w:rPr>
          <w:rFonts w:ascii="Arial" w:hAnsi="Arial" w:cs="Arial"/>
          <w:sz w:val="28"/>
          <w:szCs w:val="28"/>
          <w:lang w:val="sv-SE"/>
        </w:rPr>
      </w:pPr>
      <w:r w:rsidRPr="00B12D85">
        <w:rPr>
          <w:rFonts w:ascii="Arial" w:hAnsi="Arial" w:cs="Arial"/>
          <w:sz w:val="28"/>
          <w:szCs w:val="28"/>
          <w:lang w:val="sv-SE"/>
        </w:rPr>
        <w:t>Observera att även om avbokningsskydd anges som en del av resepaketet, gäller detta enbart om hela resan ställs in för gruppen. Skyddet omfattar således inte alltid enskilda resenärer. Dessa villkor fastställs av researrangören och ligger utanför vår kontroll.</w:t>
      </w:r>
    </w:p>
    <w:p w14:paraId="32EF4559" w14:textId="77777777" w:rsidR="00B12D85" w:rsidRPr="00341468" w:rsidRDefault="00B12D85" w:rsidP="00341468">
      <w:pPr>
        <w:pStyle w:val="Rubrik3"/>
        <w:rPr>
          <w:rFonts w:ascii="Arial" w:hAnsi="Arial" w:cs="Arial"/>
          <w:sz w:val="28"/>
          <w:szCs w:val="28"/>
          <w:lang w:val="sv-SE"/>
        </w:rPr>
      </w:pPr>
      <w:bookmarkStart w:id="23" w:name="_Toc198883918"/>
      <w:r w:rsidRPr="00341468">
        <w:rPr>
          <w:rFonts w:ascii="Arial" w:hAnsi="Arial" w:cs="Arial"/>
          <w:sz w:val="28"/>
          <w:szCs w:val="28"/>
          <w:lang w:val="sv-SE"/>
        </w:rPr>
        <w:t>Efter resan</w:t>
      </w:r>
      <w:bookmarkEnd w:id="23"/>
    </w:p>
    <w:p w14:paraId="20443509"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 xml:space="preserve">Berätta gärna vad du tyckte om resan – det hjälper oss bli bättre! Du får gärna skicka in reseberättelse och bilder till oss. </w:t>
      </w:r>
    </w:p>
    <w:p w14:paraId="73B35B9B" w14:textId="77777777" w:rsidR="00B12D85" w:rsidRPr="00341468" w:rsidRDefault="00B12D85" w:rsidP="00341468">
      <w:pPr>
        <w:pStyle w:val="Rubrik3"/>
        <w:rPr>
          <w:rFonts w:ascii="Arial" w:hAnsi="Arial" w:cs="Arial"/>
          <w:sz w:val="28"/>
          <w:szCs w:val="28"/>
          <w:lang w:val="sv-SE" w:eastAsia="sv-SE"/>
        </w:rPr>
      </w:pPr>
      <w:bookmarkStart w:id="24" w:name="_Toc132890629"/>
      <w:bookmarkStart w:id="25" w:name="_Toc150507754"/>
      <w:bookmarkStart w:id="26" w:name="_Toc181087426"/>
      <w:bookmarkStart w:id="27" w:name="_Toc198883919"/>
      <w:r w:rsidRPr="00341468">
        <w:rPr>
          <w:rFonts w:ascii="Arial" w:hAnsi="Arial" w:cs="Arial"/>
          <w:sz w:val="28"/>
          <w:szCs w:val="28"/>
          <w:lang w:val="sv-SE"/>
        </w:rPr>
        <w:t>Kontakt</w:t>
      </w:r>
      <w:bookmarkEnd w:id="24"/>
      <w:bookmarkEnd w:id="25"/>
      <w:bookmarkEnd w:id="26"/>
      <w:bookmarkEnd w:id="27"/>
    </w:p>
    <w:p w14:paraId="42CE3222" w14:textId="77777777" w:rsidR="00B12D85" w:rsidRPr="003823BC" w:rsidRDefault="00B12D85" w:rsidP="00B12D85">
      <w:pPr>
        <w:spacing w:after="0" w:line="240" w:lineRule="auto"/>
        <w:rPr>
          <w:rFonts w:ascii="Arial" w:hAnsi="Arial" w:cs="Arial"/>
          <w:sz w:val="28"/>
          <w:szCs w:val="28"/>
          <w:u w:val="single"/>
          <w:lang w:val="sv-SE" w:eastAsia="sv-SE"/>
        </w:rPr>
      </w:pPr>
      <w:bookmarkStart w:id="28" w:name="_Hlk181020083"/>
      <w:r w:rsidRPr="003823BC">
        <w:rPr>
          <w:rFonts w:ascii="Arial" w:hAnsi="Arial" w:cs="Arial"/>
          <w:sz w:val="28"/>
          <w:szCs w:val="28"/>
          <w:lang w:val="sv-SE" w:eastAsia="sv-SE"/>
        </w:rPr>
        <w:t xml:space="preserve">Mejl: </w:t>
      </w:r>
      <w:hyperlink r:id="rId9" w:history="1">
        <w:r w:rsidRPr="003823BC">
          <w:rPr>
            <w:rFonts w:ascii="Arial" w:hAnsi="Arial" w:cs="Arial"/>
            <w:sz w:val="28"/>
            <w:szCs w:val="28"/>
            <w:u w:val="single"/>
            <w:lang w:val="sv-SE" w:eastAsia="sv-SE"/>
          </w:rPr>
          <w:t>go@srf.nu</w:t>
        </w:r>
      </w:hyperlink>
      <w:r w:rsidRPr="003823BC">
        <w:rPr>
          <w:rFonts w:ascii="Arial" w:hAnsi="Arial" w:cs="Arial"/>
          <w:sz w:val="28"/>
          <w:szCs w:val="28"/>
          <w:lang w:val="sv-SE"/>
        </w:rPr>
        <w:t xml:space="preserve">, </w:t>
      </w:r>
      <w:r w:rsidRPr="003823BC">
        <w:rPr>
          <w:rFonts w:ascii="Arial" w:hAnsi="Arial" w:cs="Arial"/>
          <w:sz w:val="28"/>
          <w:szCs w:val="28"/>
          <w:lang w:val="sv-SE" w:eastAsia="sv-SE"/>
        </w:rPr>
        <w:t xml:space="preserve">irena.vonhertzen@srf.nu </w:t>
      </w:r>
    </w:p>
    <w:p w14:paraId="7B6620AF" w14:textId="77777777" w:rsidR="00B12D85" w:rsidRPr="00B12D85" w:rsidRDefault="00B12D85" w:rsidP="00B12D85">
      <w:pPr>
        <w:spacing w:after="0" w:line="240" w:lineRule="auto"/>
        <w:rPr>
          <w:rFonts w:ascii="Arial" w:hAnsi="Arial" w:cs="Arial"/>
          <w:sz w:val="28"/>
          <w:szCs w:val="28"/>
          <w:lang w:val="sv-SE" w:eastAsia="sv-SE"/>
        </w:rPr>
      </w:pPr>
      <w:r w:rsidRPr="00B12D85">
        <w:rPr>
          <w:rFonts w:ascii="Arial" w:hAnsi="Arial" w:cs="Arial"/>
          <w:sz w:val="28"/>
          <w:szCs w:val="28"/>
          <w:lang w:val="sv-SE" w:eastAsia="sv-SE"/>
        </w:rPr>
        <w:t>Telefon: 08-39 90 17</w:t>
      </w:r>
      <w:bookmarkEnd w:id="28"/>
    </w:p>
    <w:p w14:paraId="1800CDB7" w14:textId="77777777" w:rsidR="00B12D85" w:rsidRPr="00B12D85" w:rsidRDefault="00B12D85" w:rsidP="00B12D85">
      <w:pPr>
        <w:spacing w:after="0" w:line="240" w:lineRule="auto"/>
        <w:rPr>
          <w:rFonts w:ascii="Arial" w:hAnsi="Arial" w:cs="Arial"/>
          <w:sz w:val="28"/>
          <w:szCs w:val="28"/>
          <w:u w:val="single"/>
          <w:lang w:val="sv-SE" w:eastAsia="sv-SE"/>
        </w:rPr>
      </w:pPr>
    </w:p>
    <w:p w14:paraId="71E0ADEF" w14:textId="77777777" w:rsidR="00B12D85" w:rsidRPr="00341468" w:rsidRDefault="00B12D85" w:rsidP="00341468">
      <w:pPr>
        <w:pStyle w:val="Rubrik3"/>
        <w:rPr>
          <w:rFonts w:ascii="Arial" w:hAnsi="Arial" w:cs="Arial"/>
          <w:sz w:val="28"/>
          <w:szCs w:val="28"/>
          <w:lang w:val="sv-SE"/>
        </w:rPr>
      </w:pPr>
      <w:r w:rsidRPr="00341468">
        <w:rPr>
          <w:rFonts w:ascii="Arial" w:hAnsi="Arial" w:cs="Arial"/>
          <w:sz w:val="28"/>
          <w:szCs w:val="28"/>
          <w:lang w:val="sv-SE"/>
        </w:rPr>
        <w:t>Ekonomiskt stöd</w:t>
      </w:r>
    </w:p>
    <w:p w14:paraId="29A276AC" w14:textId="77777777" w:rsidR="006C236C" w:rsidRDefault="00B12D85" w:rsidP="006C236C">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 xml:space="preserve">Du kan ha möjlighet att ansöka om bidrag från Iris Förvaltning om din årsinkomst ligger under det belopp som fastställs varje år. Observera att SRF Go varken har tillgång till information om dessa bidrag eller hanterar ansökningar – det är du som sökande som själv behöver kontakta Iris Förvaltning. </w:t>
      </w:r>
    </w:p>
    <w:p w14:paraId="101D52EC" w14:textId="77777777" w:rsidR="007B2588" w:rsidRDefault="007B2588" w:rsidP="006C236C">
      <w:pPr>
        <w:spacing w:after="0" w:line="240" w:lineRule="auto"/>
        <w:rPr>
          <w:rFonts w:ascii="Arial" w:eastAsia="Times New Roman" w:hAnsi="Arial" w:cs="Arial"/>
          <w:sz w:val="28"/>
          <w:szCs w:val="28"/>
          <w:lang w:val="sv-SE" w:eastAsia="sv-SE"/>
        </w:rPr>
      </w:pPr>
    </w:p>
    <w:p w14:paraId="5DF01A72" w14:textId="3AEB0920" w:rsidR="006C236C" w:rsidRPr="00B12D85" w:rsidRDefault="00B12D85" w:rsidP="006C236C">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Här hittar du kontaktuppgifter till Iris Förvaltning:</w:t>
      </w:r>
    </w:p>
    <w:p w14:paraId="57D311C6" w14:textId="7D78FF35" w:rsidR="0093109B" w:rsidRPr="0093109B" w:rsidRDefault="00B12D85" w:rsidP="00B12D85">
      <w:pPr>
        <w:spacing w:after="0" w:line="240" w:lineRule="auto"/>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Telefon: 08-402 15 50 (välj knappval 2)</w:t>
      </w:r>
      <w:r w:rsidRPr="00B12D85">
        <w:rPr>
          <w:rFonts w:ascii="Arial" w:eastAsia="Times New Roman" w:hAnsi="Arial" w:cs="Arial"/>
          <w:sz w:val="28"/>
          <w:szCs w:val="28"/>
          <w:lang w:val="sv-SE" w:eastAsia="sv-SE"/>
        </w:rPr>
        <w:br/>
        <w:t xml:space="preserve">E-post: </w:t>
      </w:r>
      <w:hyperlink r:id="rId10" w:history="1">
        <w:r w:rsidR="0093109B" w:rsidRPr="00B56D59">
          <w:rPr>
            <w:rStyle w:val="Hyperlnk"/>
            <w:rFonts w:ascii="Arial" w:eastAsia="Times New Roman" w:hAnsi="Arial" w:cs="Arial"/>
            <w:sz w:val="28"/>
            <w:szCs w:val="28"/>
            <w:lang w:val="sv-SE" w:eastAsia="sv-SE"/>
          </w:rPr>
          <w:t>bidrag@irisstiftelseforvaltning.se</w:t>
        </w:r>
      </w:hyperlink>
      <w:r w:rsidR="00944A81" w:rsidRPr="00D96DEA">
        <w:rPr>
          <w:lang w:val="sv-SE"/>
        </w:rPr>
        <w:br/>
      </w:r>
    </w:p>
    <w:p w14:paraId="1E833389" w14:textId="77777777" w:rsidR="00B12D85" w:rsidRPr="00341468" w:rsidRDefault="00B12D85" w:rsidP="00341468">
      <w:pPr>
        <w:pStyle w:val="Rubrik2"/>
        <w:rPr>
          <w:rFonts w:ascii="Arial" w:hAnsi="Arial" w:cs="Arial"/>
          <w:sz w:val="36"/>
          <w:szCs w:val="36"/>
          <w:lang w:val="sv-SE"/>
        </w:rPr>
      </w:pPr>
      <w:bookmarkStart w:id="29" w:name="_Toc198883920"/>
      <w:bookmarkStart w:id="30" w:name="_Hlk198883587"/>
      <w:r w:rsidRPr="00341468">
        <w:rPr>
          <w:rFonts w:ascii="Arial" w:hAnsi="Arial" w:cs="Arial"/>
          <w:sz w:val="36"/>
          <w:szCs w:val="36"/>
          <w:lang w:val="sv-SE"/>
        </w:rPr>
        <w:t>Skräddarsy din drömresa – med ledsagarbidrag</w:t>
      </w:r>
      <w:bookmarkEnd w:id="29"/>
    </w:p>
    <w:bookmarkEnd w:id="30"/>
    <w:p w14:paraId="2A5CD787" w14:textId="77777777" w:rsidR="00B12D85" w:rsidRPr="00B12D85" w:rsidRDefault="00B12D85" w:rsidP="00B12D85">
      <w:pPr>
        <w:spacing w:line="240" w:lineRule="auto"/>
        <w:rPr>
          <w:rFonts w:ascii="Arial" w:hAnsi="Arial" w:cs="Arial"/>
          <w:lang w:val="sv-SE"/>
        </w:rPr>
      </w:pPr>
    </w:p>
    <w:p w14:paraId="0DD7E2FB" w14:textId="6D4A79F7" w:rsidR="0093109B" w:rsidRDefault="00CD3384" w:rsidP="00B12D85">
      <w:pPr>
        <w:spacing w:line="240" w:lineRule="auto"/>
        <w:rPr>
          <w:rFonts w:ascii="Arial" w:hAnsi="Arial" w:cs="Arial"/>
          <w:color w:val="0E0E0F"/>
          <w:sz w:val="28"/>
          <w:szCs w:val="28"/>
          <w:shd w:val="clear" w:color="auto" w:fill="FAFAFA"/>
          <w:lang w:val="sv-SE"/>
        </w:rPr>
      </w:pPr>
      <w:r w:rsidRPr="00CD3384">
        <w:rPr>
          <w:rFonts w:ascii="Arial" w:hAnsi="Arial" w:cs="Arial"/>
          <w:color w:val="0E0E0F"/>
          <w:sz w:val="28"/>
          <w:szCs w:val="28"/>
          <w:shd w:val="clear" w:color="auto" w:fill="FAFAFA"/>
          <w:lang w:val="sv-SE"/>
        </w:rPr>
        <w:t>Tyvärr har vi inte fått beviljad finansiering för ”Skräddarsy din egen resa” för 2026. Det innebär att vi inte kommer kunna erbjuda finansiering för skräddarsydda resor under 2026.</w:t>
      </w:r>
    </w:p>
    <w:p w14:paraId="223B5AF4" w14:textId="77777777" w:rsidR="00CD3384" w:rsidRDefault="00CD3384" w:rsidP="00B12D85">
      <w:pPr>
        <w:spacing w:line="240" w:lineRule="auto"/>
        <w:rPr>
          <w:rFonts w:ascii="Arial" w:hAnsi="Arial" w:cs="Arial"/>
          <w:color w:val="0E0E0F"/>
          <w:sz w:val="28"/>
          <w:szCs w:val="28"/>
          <w:shd w:val="clear" w:color="auto" w:fill="FAFAFA"/>
          <w:lang w:val="sv-SE"/>
        </w:rPr>
      </w:pPr>
    </w:p>
    <w:p w14:paraId="34F3B7D3" w14:textId="77777777" w:rsidR="00CD3384" w:rsidRDefault="00CD3384" w:rsidP="00B12D85">
      <w:pPr>
        <w:spacing w:line="240" w:lineRule="auto"/>
        <w:rPr>
          <w:rFonts w:ascii="Arial" w:hAnsi="Arial" w:cs="Arial"/>
          <w:color w:val="0E0E0F"/>
          <w:sz w:val="28"/>
          <w:szCs w:val="28"/>
          <w:shd w:val="clear" w:color="auto" w:fill="FAFAFA"/>
          <w:lang w:val="sv-SE"/>
        </w:rPr>
      </w:pPr>
    </w:p>
    <w:p w14:paraId="2AB6A1F8" w14:textId="77777777" w:rsidR="00CD3384" w:rsidRDefault="00CD3384" w:rsidP="00B12D85">
      <w:pPr>
        <w:spacing w:line="240" w:lineRule="auto"/>
        <w:rPr>
          <w:rFonts w:ascii="Arial" w:hAnsi="Arial" w:cs="Arial"/>
          <w:color w:val="0E0E0F"/>
          <w:sz w:val="28"/>
          <w:szCs w:val="28"/>
          <w:shd w:val="clear" w:color="auto" w:fill="FAFAFA"/>
          <w:lang w:val="sv-SE"/>
        </w:rPr>
      </w:pPr>
    </w:p>
    <w:p w14:paraId="10193B1D" w14:textId="77777777" w:rsidR="00CD3384" w:rsidRDefault="00CD3384" w:rsidP="00B12D85">
      <w:pPr>
        <w:spacing w:line="240" w:lineRule="auto"/>
        <w:rPr>
          <w:rFonts w:ascii="Arial" w:hAnsi="Arial" w:cs="Arial"/>
          <w:color w:val="0E0E0F"/>
          <w:sz w:val="28"/>
          <w:szCs w:val="28"/>
          <w:shd w:val="clear" w:color="auto" w:fill="FAFAFA"/>
          <w:lang w:val="sv-SE"/>
        </w:rPr>
      </w:pPr>
    </w:p>
    <w:p w14:paraId="0B80106E" w14:textId="77777777" w:rsidR="00CD3384" w:rsidRDefault="00CD3384" w:rsidP="00B12D85">
      <w:pPr>
        <w:spacing w:line="240" w:lineRule="auto"/>
        <w:rPr>
          <w:rFonts w:ascii="Arial" w:hAnsi="Arial" w:cs="Arial"/>
          <w:color w:val="0E0E0F"/>
          <w:sz w:val="28"/>
          <w:szCs w:val="28"/>
          <w:shd w:val="clear" w:color="auto" w:fill="FAFAFA"/>
          <w:lang w:val="sv-SE"/>
        </w:rPr>
      </w:pPr>
    </w:p>
    <w:p w14:paraId="3BCEF7C1" w14:textId="77777777" w:rsidR="00CD3384" w:rsidRDefault="00CD3384" w:rsidP="00B12D85">
      <w:pPr>
        <w:spacing w:line="240" w:lineRule="auto"/>
        <w:rPr>
          <w:rFonts w:ascii="Arial" w:hAnsi="Arial" w:cs="Arial"/>
          <w:color w:val="0E0E0F"/>
          <w:sz w:val="28"/>
          <w:szCs w:val="28"/>
          <w:shd w:val="clear" w:color="auto" w:fill="FAFAFA"/>
          <w:lang w:val="sv-SE"/>
        </w:rPr>
      </w:pPr>
    </w:p>
    <w:p w14:paraId="27C12880" w14:textId="77777777" w:rsidR="00CD3384" w:rsidRDefault="00CD3384" w:rsidP="00B12D85">
      <w:pPr>
        <w:spacing w:line="240" w:lineRule="auto"/>
        <w:rPr>
          <w:rFonts w:ascii="Arial" w:hAnsi="Arial" w:cs="Arial"/>
          <w:color w:val="0E0E0F"/>
          <w:sz w:val="28"/>
          <w:szCs w:val="28"/>
          <w:shd w:val="clear" w:color="auto" w:fill="FAFAFA"/>
          <w:lang w:val="sv-SE"/>
        </w:rPr>
      </w:pPr>
    </w:p>
    <w:p w14:paraId="0455AEC6" w14:textId="77777777" w:rsidR="00CD3384" w:rsidRDefault="00CD3384" w:rsidP="00B12D85">
      <w:pPr>
        <w:spacing w:line="240" w:lineRule="auto"/>
        <w:rPr>
          <w:rFonts w:ascii="Arial" w:hAnsi="Arial" w:cs="Arial"/>
          <w:color w:val="0E0E0F"/>
          <w:sz w:val="28"/>
          <w:szCs w:val="28"/>
          <w:shd w:val="clear" w:color="auto" w:fill="FAFAFA"/>
          <w:lang w:val="sv-SE"/>
        </w:rPr>
      </w:pPr>
    </w:p>
    <w:p w14:paraId="22B46485" w14:textId="77777777" w:rsidR="00CD3384" w:rsidRDefault="00CD3384" w:rsidP="00B12D85">
      <w:pPr>
        <w:spacing w:line="240" w:lineRule="auto"/>
        <w:rPr>
          <w:rFonts w:ascii="Arial" w:hAnsi="Arial" w:cs="Arial"/>
          <w:color w:val="0E0E0F"/>
          <w:sz w:val="28"/>
          <w:szCs w:val="28"/>
          <w:shd w:val="clear" w:color="auto" w:fill="FAFAFA"/>
          <w:lang w:val="sv-SE"/>
        </w:rPr>
      </w:pPr>
    </w:p>
    <w:p w14:paraId="7388A20B" w14:textId="77777777" w:rsidR="00CD3384" w:rsidRDefault="00CD3384" w:rsidP="00B12D85">
      <w:pPr>
        <w:spacing w:line="240" w:lineRule="auto"/>
        <w:rPr>
          <w:rFonts w:ascii="Arial" w:hAnsi="Arial" w:cs="Arial"/>
          <w:color w:val="0E0E0F"/>
          <w:sz w:val="28"/>
          <w:szCs w:val="28"/>
          <w:shd w:val="clear" w:color="auto" w:fill="FAFAFA"/>
          <w:lang w:val="sv-SE"/>
        </w:rPr>
      </w:pPr>
    </w:p>
    <w:p w14:paraId="2F20A877" w14:textId="77777777" w:rsidR="00CD3384" w:rsidRDefault="00CD3384" w:rsidP="00B12D85">
      <w:pPr>
        <w:spacing w:line="240" w:lineRule="auto"/>
        <w:rPr>
          <w:rFonts w:ascii="Arial" w:hAnsi="Arial" w:cs="Arial"/>
          <w:color w:val="0E0E0F"/>
          <w:sz w:val="28"/>
          <w:szCs w:val="28"/>
          <w:shd w:val="clear" w:color="auto" w:fill="FAFAFA"/>
          <w:lang w:val="sv-SE"/>
        </w:rPr>
      </w:pPr>
    </w:p>
    <w:p w14:paraId="7BA194A7" w14:textId="77777777" w:rsidR="00CD3384" w:rsidRDefault="00CD3384" w:rsidP="00B12D85">
      <w:pPr>
        <w:spacing w:line="240" w:lineRule="auto"/>
        <w:rPr>
          <w:rFonts w:ascii="Arial" w:hAnsi="Arial" w:cs="Arial"/>
          <w:color w:val="0E0E0F"/>
          <w:sz w:val="28"/>
          <w:szCs w:val="28"/>
          <w:shd w:val="clear" w:color="auto" w:fill="FAFAFA"/>
          <w:lang w:val="sv-SE"/>
        </w:rPr>
      </w:pPr>
    </w:p>
    <w:p w14:paraId="3697BE0C" w14:textId="77777777" w:rsidR="00CD3384" w:rsidRDefault="00CD3384" w:rsidP="00B12D85">
      <w:pPr>
        <w:spacing w:line="240" w:lineRule="auto"/>
        <w:rPr>
          <w:rFonts w:ascii="Arial" w:hAnsi="Arial" w:cs="Arial"/>
          <w:color w:val="0E0E0F"/>
          <w:sz w:val="28"/>
          <w:szCs w:val="28"/>
          <w:shd w:val="clear" w:color="auto" w:fill="FAFAFA"/>
          <w:lang w:val="sv-SE"/>
        </w:rPr>
      </w:pPr>
    </w:p>
    <w:p w14:paraId="28AE90A5" w14:textId="77777777" w:rsidR="00CD3384" w:rsidRDefault="00CD3384" w:rsidP="00B12D85">
      <w:pPr>
        <w:spacing w:line="240" w:lineRule="auto"/>
        <w:rPr>
          <w:rFonts w:ascii="Arial" w:hAnsi="Arial" w:cs="Arial"/>
          <w:color w:val="0E0E0F"/>
          <w:sz w:val="28"/>
          <w:szCs w:val="28"/>
          <w:shd w:val="clear" w:color="auto" w:fill="FAFAFA"/>
          <w:lang w:val="sv-SE"/>
        </w:rPr>
      </w:pPr>
    </w:p>
    <w:p w14:paraId="209C4A37" w14:textId="77777777" w:rsidR="00CD3384" w:rsidRDefault="00CD3384" w:rsidP="00B12D85">
      <w:pPr>
        <w:spacing w:line="240" w:lineRule="auto"/>
        <w:rPr>
          <w:rFonts w:ascii="Arial" w:hAnsi="Arial" w:cs="Arial"/>
          <w:color w:val="0E0E0F"/>
          <w:sz w:val="28"/>
          <w:szCs w:val="28"/>
          <w:shd w:val="clear" w:color="auto" w:fill="FAFAFA"/>
          <w:lang w:val="sv-SE"/>
        </w:rPr>
      </w:pPr>
    </w:p>
    <w:p w14:paraId="65AEB728" w14:textId="77777777" w:rsidR="00CD3384" w:rsidRDefault="00CD3384" w:rsidP="00B12D85">
      <w:pPr>
        <w:spacing w:line="240" w:lineRule="auto"/>
        <w:rPr>
          <w:rFonts w:ascii="Arial" w:hAnsi="Arial" w:cs="Arial"/>
          <w:color w:val="0E0E0F"/>
          <w:sz w:val="28"/>
          <w:szCs w:val="28"/>
          <w:shd w:val="clear" w:color="auto" w:fill="FAFAFA"/>
          <w:lang w:val="sv-SE"/>
        </w:rPr>
      </w:pPr>
    </w:p>
    <w:p w14:paraId="3D8893A1" w14:textId="77777777" w:rsidR="00CD3384" w:rsidRDefault="00CD3384" w:rsidP="00B12D85">
      <w:pPr>
        <w:spacing w:line="240" w:lineRule="auto"/>
        <w:rPr>
          <w:rFonts w:ascii="Arial" w:hAnsi="Arial" w:cs="Arial"/>
          <w:color w:val="0E0E0F"/>
          <w:sz w:val="28"/>
          <w:szCs w:val="28"/>
          <w:shd w:val="clear" w:color="auto" w:fill="FAFAFA"/>
          <w:lang w:val="sv-SE"/>
        </w:rPr>
      </w:pPr>
    </w:p>
    <w:p w14:paraId="2FE8B41C" w14:textId="77777777" w:rsidR="00CD3384" w:rsidRPr="00CD3384" w:rsidRDefault="00CD3384" w:rsidP="00B12D85">
      <w:pPr>
        <w:spacing w:line="240" w:lineRule="auto"/>
        <w:rPr>
          <w:rFonts w:ascii="Arial" w:hAnsi="Arial" w:cs="Arial"/>
          <w:sz w:val="28"/>
          <w:szCs w:val="28"/>
          <w:lang w:val="sv-SE"/>
        </w:rPr>
      </w:pPr>
    </w:p>
    <w:p w14:paraId="69423632" w14:textId="77777777" w:rsidR="00B12D85" w:rsidRPr="00944A81" w:rsidRDefault="00B12D85" w:rsidP="00944A81">
      <w:pPr>
        <w:pStyle w:val="Rubrik2"/>
        <w:rPr>
          <w:rFonts w:ascii="Arial" w:hAnsi="Arial" w:cs="Arial"/>
          <w:sz w:val="36"/>
          <w:szCs w:val="36"/>
          <w:lang w:val="sv-SE"/>
        </w:rPr>
      </w:pPr>
      <w:bookmarkStart w:id="31" w:name="_Toc198883925"/>
      <w:r w:rsidRPr="00944A81">
        <w:rPr>
          <w:rFonts w:ascii="Arial" w:hAnsi="Arial" w:cs="Arial"/>
          <w:sz w:val="36"/>
          <w:szCs w:val="36"/>
          <w:lang w:val="sv-SE"/>
        </w:rPr>
        <w:lastRenderedPageBreak/>
        <w:t xml:space="preserve">Resestipendier ur Lars </w:t>
      </w:r>
      <w:proofErr w:type="gramStart"/>
      <w:r w:rsidRPr="00944A81">
        <w:rPr>
          <w:rFonts w:ascii="Arial" w:hAnsi="Arial" w:cs="Arial"/>
          <w:sz w:val="36"/>
          <w:szCs w:val="36"/>
          <w:lang w:val="sv-SE"/>
        </w:rPr>
        <w:t>Norrmans</w:t>
      </w:r>
      <w:proofErr w:type="gramEnd"/>
      <w:r w:rsidRPr="00944A81">
        <w:rPr>
          <w:rFonts w:ascii="Arial" w:hAnsi="Arial" w:cs="Arial"/>
          <w:sz w:val="36"/>
          <w:szCs w:val="36"/>
          <w:lang w:val="sv-SE"/>
        </w:rPr>
        <w:t xml:space="preserve"> fond</w:t>
      </w:r>
      <w:bookmarkEnd w:id="31"/>
    </w:p>
    <w:p w14:paraId="2C260FEE" w14:textId="77777777" w:rsidR="00B12D85" w:rsidRPr="00B12D85" w:rsidRDefault="00B12D85" w:rsidP="00B12D85">
      <w:pPr>
        <w:spacing w:line="240" w:lineRule="auto"/>
        <w:rPr>
          <w:rFonts w:ascii="Arial" w:hAnsi="Arial" w:cs="Arial"/>
          <w:lang w:val="sv-SE"/>
        </w:rPr>
      </w:pPr>
    </w:p>
    <w:p w14:paraId="4B3DE94A"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 xml:space="preserve">Drömmer du om en utlandsresa där du kan möta andra synskadade eller delta i idrottsutbyte? Då kan du ansöka om stipendium från </w:t>
      </w:r>
      <w:hyperlink r:id="rId11" w:history="1">
        <w:r w:rsidRPr="00B12D85">
          <w:rPr>
            <w:rFonts w:ascii="Arial" w:hAnsi="Arial" w:cs="Arial"/>
            <w:sz w:val="28"/>
            <w:szCs w:val="28"/>
            <w:u w:val="single"/>
            <w:lang w:val="sv-SE"/>
          </w:rPr>
          <w:t>Norrmans fond</w:t>
        </w:r>
      </w:hyperlink>
      <w:r w:rsidRPr="00B12D85">
        <w:rPr>
          <w:rFonts w:ascii="Arial" w:hAnsi="Arial" w:cs="Arial"/>
          <w:sz w:val="28"/>
          <w:szCs w:val="28"/>
          <w:lang w:val="sv-SE"/>
        </w:rPr>
        <w:t xml:space="preserve"> och få medel för både dina och din ledsagares kostnader. </w:t>
      </w:r>
    </w:p>
    <w:p w14:paraId="212B8ED5" w14:textId="77777777" w:rsidR="00B12D85" w:rsidRPr="00B12D85" w:rsidRDefault="00B12D85" w:rsidP="00654100">
      <w:pPr>
        <w:spacing w:after="0" w:line="240" w:lineRule="auto"/>
        <w:rPr>
          <w:rFonts w:ascii="Arial" w:eastAsiaTheme="majorEastAsia" w:hAnsi="Arial" w:cs="Arial"/>
          <w:b/>
          <w:bCs/>
          <w:color w:val="4F81BD" w:themeColor="accent1"/>
          <w:sz w:val="28"/>
          <w:szCs w:val="28"/>
          <w:lang w:val="sv-SE"/>
        </w:rPr>
      </w:pPr>
      <w:bookmarkStart w:id="32" w:name="_Toc198883926"/>
      <w:r w:rsidRPr="00D96DEA">
        <w:rPr>
          <w:rStyle w:val="Rubrik3Char"/>
          <w:rFonts w:ascii="Arial" w:hAnsi="Arial" w:cs="Arial"/>
          <w:sz w:val="28"/>
          <w:szCs w:val="28"/>
          <w:lang w:val="sv-SE"/>
        </w:rPr>
        <w:t>Hur det fungerar</w:t>
      </w:r>
      <w:bookmarkEnd w:id="32"/>
      <w:r w:rsidRPr="00B12D85">
        <w:rPr>
          <w:rFonts w:ascii="Arial" w:hAnsi="Arial" w:cs="Arial"/>
          <w:sz w:val="28"/>
          <w:szCs w:val="28"/>
          <w:lang w:val="sv-SE"/>
        </w:rPr>
        <w:br/>
        <w:t>För att ansöka krävs det att du är</w:t>
      </w:r>
    </w:p>
    <w:p w14:paraId="1F1337C7" w14:textId="77777777" w:rsidR="00B12D85" w:rsidRPr="00B12D85" w:rsidRDefault="00B12D85" w:rsidP="00654100">
      <w:pPr>
        <w:numPr>
          <w:ilvl w:val="0"/>
          <w:numId w:val="28"/>
        </w:numPr>
        <w:spacing w:after="0" w:line="240" w:lineRule="auto"/>
        <w:contextualSpacing/>
        <w:rPr>
          <w:rFonts w:ascii="Arial" w:hAnsi="Arial" w:cs="Arial"/>
          <w:sz w:val="28"/>
          <w:szCs w:val="28"/>
          <w:lang w:val="sv-SE"/>
        </w:rPr>
      </w:pPr>
      <w:r w:rsidRPr="00B12D85">
        <w:rPr>
          <w:rFonts w:ascii="Arial" w:hAnsi="Arial" w:cs="Arial"/>
          <w:sz w:val="28"/>
          <w:szCs w:val="28"/>
          <w:lang w:val="sv-SE"/>
        </w:rPr>
        <w:t xml:space="preserve">synskadad, med minst 75 % synbortfall. Intyg som styrker synskadan måste bifogas i ansökan, och skickas till </w:t>
      </w:r>
      <w:hyperlink r:id="rId12" w:history="1">
        <w:r w:rsidRPr="00B12D85">
          <w:rPr>
            <w:rFonts w:ascii="Arial" w:hAnsi="Arial" w:cs="Arial"/>
            <w:sz w:val="28"/>
            <w:szCs w:val="28"/>
            <w:u w:val="single"/>
            <w:lang w:val="sv-SE"/>
          </w:rPr>
          <w:t>enskildabidrag@srf.nu</w:t>
        </w:r>
      </w:hyperlink>
    </w:p>
    <w:p w14:paraId="3F4FA230" w14:textId="77777777" w:rsidR="00B12D85" w:rsidRPr="00B12D85" w:rsidRDefault="00B12D85" w:rsidP="00B12D85">
      <w:pPr>
        <w:numPr>
          <w:ilvl w:val="0"/>
          <w:numId w:val="28"/>
        </w:numPr>
        <w:spacing w:line="240" w:lineRule="auto"/>
        <w:contextualSpacing/>
        <w:rPr>
          <w:rFonts w:ascii="Arial" w:hAnsi="Arial" w:cs="Arial"/>
          <w:sz w:val="28"/>
          <w:szCs w:val="28"/>
          <w:lang w:val="sv-SE"/>
        </w:rPr>
      </w:pPr>
      <w:r w:rsidRPr="00B12D85">
        <w:rPr>
          <w:rFonts w:ascii="Arial" w:hAnsi="Arial" w:cs="Arial"/>
          <w:sz w:val="28"/>
          <w:szCs w:val="28"/>
          <w:lang w:val="sv-SE"/>
        </w:rPr>
        <w:t xml:space="preserve">svensk medborgare eller bor i Sverige. </w:t>
      </w:r>
    </w:p>
    <w:p w14:paraId="6D0DDD8E" w14:textId="77777777" w:rsidR="00B12D85" w:rsidRPr="00B12D85" w:rsidRDefault="00B12D85" w:rsidP="00B12D85">
      <w:pPr>
        <w:numPr>
          <w:ilvl w:val="0"/>
          <w:numId w:val="28"/>
        </w:numPr>
        <w:spacing w:line="240" w:lineRule="auto"/>
        <w:contextualSpacing/>
        <w:rPr>
          <w:rFonts w:ascii="Arial" w:hAnsi="Arial" w:cs="Arial"/>
          <w:sz w:val="28"/>
          <w:szCs w:val="28"/>
          <w:lang w:val="sv-SE"/>
        </w:rPr>
      </w:pPr>
      <w:r w:rsidRPr="00B12D85">
        <w:rPr>
          <w:rFonts w:ascii="Arial" w:hAnsi="Arial" w:cs="Arial"/>
          <w:sz w:val="28"/>
          <w:szCs w:val="28"/>
          <w:lang w:val="sv-SE"/>
        </w:rPr>
        <w:t>svensktalande. Talar du ett språk utöver svenska är det ett plus.</w:t>
      </w:r>
    </w:p>
    <w:p w14:paraId="47F993C9"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lang w:val="sv-SE"/>
        </w:rPr>
        <w:t>Du kan söka själv eller som grupp. Din inkomst spelar ingen roll, så du behöver inte ange inkomstuppgifter i anmälan.</w:t>
      </w:r>
    </w:p>
    <w:p w14:paraId="4CA761F5" w14:textId="77777777" w:rsidR="00B12D85" w:rsidRPr="00B12D85" w:rsidRDefault="00B12D85" w:rsidP="00B12D85">
      <w:pPr>
        <w:spacing w:line="240" w:lineRule="auto"/>
        <w:rPr>
          <w:rFonts w:ascii="Arial" w:hAnsi="Arial" w:cs="Arial"/>
          <w:sz w:val="28"/>
          <w:szCs w:val="28"/>
          <w:lang w:val="sv-SE"/>
        </w:rPr>
      </w:pPr>
      <w:r w:rsidRPr="00B12D85">
        <w:rPr>
          <w:rFonts w:ascii="Arial" w:hAnsi="Arial" w:cs="Arial"/>
          <w:sz w:val="28"/>
          <w:szCs w:val="28"/>
          <w:shd w:val="clear" w:color="auto" w:fill="FAFAFA"/>
          <w:lang w:val="sv-SE"/>
        </w:rPr>
        <w:t>Vi prioriterar sökande som inte tidigare beviljats stipendium, och beviljar inte stipendium till den som genomfört en resa inom en tvåårsperiod från beslutsdatum.</w:t>
      </w:r>
    </w:p>
    <w:p w14:paraId="4C65C8F9" w14:textId="77777777" w:rsidR="00B12D85" w:rsidRPr="00944A81" w:rsidRDefault="00B12D85" w:rsidP="00944A81">
      <w:pPr>
        <w:pStyle w:val="Rubrik3"/>
        <w:rPr>
          <w:rFonts w:ascii="Arial" w:hAnsi="Arial" w:cs="Arial"/>
          <w:sz w:val="28"/>
          <w:szCs w:val="28"/>
          <w:lang w:val="sv-SE"/>
        </w:rPr>
      </w:pPr>
      <w:bookmarkStart w:id="33" w:name="_Toc198883927"/>
      <w:r w:rsidRPr="00944A81">
        <w:rPr>
          <w:rFonts w:ascii="Arial" w:hAnsi="Arial" w:cs="Arial"/>
          <w:sz w:val="28"/>
          <w:szCs w:val="28"/>
          <w:lang w:val="sv-SE"/>
        </w:rPr>
        <w:t>Så går ansökan till</w:t>
      </w:r>
      <w:bookmarkEnd w:id="33"/>
    </w:p>
    <w:p w14:paraId="77DBD18B" w14:textId="498CC058" w:rsidR="00B12D85" w:rsidRPr="00B12D85" w:rsidRDefault="00B12D85" w:rsidP="00654100">
      <w:pPr>
        <w:spacing w:after="0" w:line="240" w:lineRule="auto"/>
        <w:rPr>
          <w:rFonts w:ascii="Arial" w:hAnsi="Arial" w:cs="Arial"/>
          <w:sz w:val="28"/>
          <w:szCs w:val="28"/>
          <w:lang w:val="sv-SE"/>
        </w:rPr>
      </w:pPr>
      <w:r w:rsidRPr="00B12D85">
        <w:rPr>
          <w:rFonts w:ascii="Arial" w:hAnsi="Arial" w:cs="Arial"/>
          <w:sz w:val="28"/>
          <w:szCs w:val="28"/>
          <w:lang w:val="sv-SE"/>
        </w:rPr>
        <w:t xml:space="preserve">Du ansöker om stipendiet genom att fylla i ett </w:t>
      </w:r>
      <w:hyperlink r:id="rId13" w:history="1">
        <w:r w:rsidRPr="00B12D85">
          <w:rPr>
            <w:rFonts w:ascii="Arial" w:hAnsi="Arial" w:cs="Arial"/>
            <w:sz w:val="28"/>
            <w:szCs w:val="28"/>
            <w:u w:val="single"/>
            <w:lang w:val="sv-SE"/>
          </w:rPr>
          <w:t>formulär på srf.nu</w:t>
        </w:r>
      </w:hyperlink>
      <w:r w:rsidRPr="00B12D85">
        <w:rPr>
          <w:rFonts w:ascii="Arial" w:hAnsi="Arial" w:cs="Arial"/>
          <w:sz w:val="28"/>
          <w:szCs w:val="28"/>
          <w:u w:val="single"/>
          <w:lang w:val="sv-SE"/>
        </w:rPr>
        <w:t>,</w:t>
      </w:r>
      <w:r w:rsidRPr="00B12D85">
        <w:rPr>
          <w:rFonts w:ascii="Arial" w:hAnsi="Arial" w:cs="Arial"/>
          <w:b/>
          <w:bCs/>
          <w:sz w:val="28"/>
          <w:szCs w:val="28"/>
          <w:lang w:val="sv-SE"/>
        </w:rPr>
        <w:t xml:space="preserve"> </w:t>
      </w:r>
      <w:r w:rsidRPr="00B12D85">
        <w:rPr>
          <w:rFonts w:ascii="Arial" w:hAnsi="Arial" w:cs="Arial"/>
          <w:sz w:val="28"/>
          <w:szCs w:val="28"/>
          <w:lang w:val="sv-SE"/>
        </w:rPr>
        <w:t xml:space="preserve">eller en blankett som du beställer från oss via </w:t>
      </w:r>
      <w:hyperlink r:id="rId14" w:history="1">
        <w:r w:rsidRPr="00B12D85">
          <w:rPr>
            <w:rFonts w:ascii="Arial" w:hAnsi="Arial" w:cs="Arial"/>
            <w:sz w:val="28"/>
            <w:szCs w:val="28"/>
            <w:u w:val="single"/>
            <w:lang w:val="sv-SE"/>
          </w:rPr>
          <w:t>enskildabidrag@srf.nu</w:t>
        </w:r>
      </w:hyperlink>
      <w:r w:rsidRPr="00B12D85">
        <w:rPr>
          <w:rFonts w:ascii="Arial" w:hAnsi="Arial" w:cs="Arial"/>
          <w:sz w:val="28"/>
          <w:szCs w:val="28"/>
          <w:lang w:val="sv-SE"/>
        </w:rPr>
        <w:t>. I ansökan ska du bland annat uppge</w:t>
      </w:r>
    </w:p>
    <w:p w14:paraId="4702C093" w14:textId="77777777" w:rsidR="00B12D85" w:rsidRPr="00B12D85" w:rsidRDefault="00B12D85" w:rsidP="00654100">
      <w:pPr>
        <w:numPr>
          <w:ilvl w:val="0"/>
          <w:numId w:val="29"/>
        </w:numPr>
        <w:spacing w:after="0" w:line="240" w:lineRule="auto"/>
        <w:contextualSpacing/>
        <w:rPr>
          <w:rFonts w:ascii="Arial" w:hAnsi="Arial" w:cs="Arial"/>
          <w:b/>
          <w:bCs/>
          <w:sz w:val="28"/>
          <w:szCs w:val="28"/>
          <w:lang w:val="sv-SE"/>
        </w:rPr>
      </w:pPr>
      <w:r w:rsidRPr="00B12D85">
        <w:rPr>
          <w:rFonts w:ascii="Arial" w:hAnsi="Arial" w:cs="Arial"/>
          <w:sz w:val="28"/>
          <w:szCs w:val="28"/>
          <w:lang w:val="sv-SE"/>
        </w:rPr>
        <w:t>syftet med resan</w:t>
      </w:r>
    </w:p>
    <w:p w14:paraId="4FA2A3A3" w14:textId="77777777" w:rsidR="00B12D85" w:rsidRPr="00B12D85" w:rsidRDefault="00B12D85" w:rsidP="00B12D85">
      <w:pPr>
        <w:numPr>
          <w:ilvl w:val="0"/>
          <w:numId w:val="29"/>
        </w:numPr>
        <w:spacing w:line="240" w:lineRule="auto"/>
        <w:contextualSpacing/>
        <w:rPr>
          <w:rFonts w:ascii="Arial" w:hAnsi="Arial" w:cs="Arial"/>
          <w:b/>
          <w:bCs/>
          <w:sz w:val="28"/>
          <w:szCs w:val="28"/>
          <w:lang w:val="sv-SE"/>
        </w:rPr>
      </w:pPr>
      <w:r w:rsidRPr="00B12D85">
        <w:rPr>
          <w:rFonts w:ascii="Arial" w:hAnsi="Arial" w:cs="Arial"/>
          <w:sz w:val="28"/>
          <w:szCs w:val="28"/>
          <w:lang w:val="sv-SE"/>
        </w:rPr>
        <w:t>resplan</w:t>
      </w:r>
    </w:p>
    <w:p w14:paraId="2D6C950F" w14:textId="77777777" w:rsidR="00B12D85" w:rsidRPr="00B12D85" w:rsidRDefault="00B12D85" w:rsidP="00B12D85">
      <w:pPr>
        <w:numPr>
          <w:ilvl w:val="0"/>
          <w:numId w:val="29"/>
        </w:numPr>
        <w:spacing w:line="240" w:lineRule="auto"/>
        <w:contextualSpacing/>
        <w:rPr>
          <w:rFonts w:ascii="Arial" w:hAnsi="Arial" w:cs="Arial"/>
          <w:b/>
          <w:bCs/>
          <w:sz w:val="28"/>
          <w:szCs w:val="28"/>
          <w:lang w:val="sv-SE"/>
        </w:rPr>
      </w:pPr>
      <w:r w:rsidRPr="00B12D85">
        <w:rPr>
          <w:rFonts w:ascii="Arial" w:hAnsi="Arial" w:cs="Arial"/>
          <w:sz w:val="28"/>
          <w:szCs w:val="28"/>
          <w:lang w:val="sv-SE"/>
        </w:rPr>
        <w:t>kostnader och sökt belopp.</w:t>
      </w:r>
    </w:p>
    <w:p w14:paraId="399F290E"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Innan du skickar in din ansökan, rekommenderar vi att du noggrant går igenom våra riktlinjer på hemsidan. Detta säkerställer att du lämnar in ett fullständigt och korrekt underlag från början. Resan ska inte bokas vid ansökningstillfället. Vänta på vårt beslut om din ansökan beviljas.</w:t>
      </w:r>
    </w:p>
    <w:p w14:paraId="29F6D84D" w14:textId="77777777" w:rsidR="00B12D85" w:rsidRPr="00B12D85" w:rsidRDefault="00B12D85" w:rsidP="00B12D85">
      <w:pPr>
        <w:spacing w:after="0" w:line="240" w:lineRule="auto"/>
        <w:rPr>
          <w:lang w:val="sv-SE"/>
        </w:rPr>
      </w:pPr>
      <w:bookmarkStart w:id="34" w:name="_Toc198883928"/>
    </w:p>
    <w:p w14:paraId="7DD4D01F" w14:textId="77777777" w:rsidR="00B12D85" w:rsidRPr="00944A81" w:rsidRDefault="00B12D85" w:rsidP="00944A81">
      <w:pPr>
        <w:pStyle w:val="Rubrik3"/>
        <w:rPr>
          <w:rFonts w:ascii="Arial" w:hAnsi="Arial" w:cs="Arial"/>
          <w:sz w:val="28"/>
          <w:szCs w:val="28"/>
          <w:lang w:val="sv-SE"/>
        </w:rPr>
      </w:pPr>
      <w:bookmarkStart w:id="35" w:name="_Toc198883929"/>
      <w:r w:rsidRPr="00944A81">
        <w:rPr>
          <w:rFonts w:ascii="Arial" w:hAnsi="Arial" w:cs="Arial"/>
          <w:sz w:val="28"/>
          <w:szCs w:val="28"/>
          <w:lang w:val="sv-SE"/>
        </w:rPr>
        <w:t>Utbetalning och villkor</w:t>
      </w:r>
      <w:bookmarkEnd w:id="35"/>
      <w:r w:rsidRPr="00944A81">
        <w:rPr>
          <w:rFonts w:ascii="Arial" w:hAnsi="Arial" w:cs="Arial"/>
          <w:sz w:val="28"/>
          <w:szCs w:val="28"/>
          <w:lang w:val="sv-SE"/>
        </w:rPr>
        <w:t xml:space="preserve"> </w:t>
      </w:r>
    </w:p>
    <w:p w14:paraId="68412068" w14:textId="77777777" w:rsidR="00B12D85" w:rsidRPr="00B12D85" w:rsidRDefault="00B12D85" w:rsidP="00B12D85">
      <w:pPr>
        <w:spacing w:after="0" w:line="240" w:lineRule="auto"/>
        <w:rPr>
          <w:rFonts w:ascii="Arial" w:hAnsi="Arial" w:cs="Arial"/>
          <w:sz w:val="28"/>
          <w:szCs w:val="28"/>
          <w:lang w:val="sv-SE"/>
        </w:rPr>
      </w:pPr>
      <w:r w:rsidRPr="00B12D85">
        <w:rPr>
          <w:rFonts w:ascii="Arial" w:hAnsi="Arial" w:cs="Arial"/>
          <w:sz w:val="28"/>
          <w:szCs w:val="28"/>
          <w:lang w:val="sv-SE"/>
        </w:rPr>
        <w:t>Pengarna betalas ut när bokning/kvitto på att resan är betald har skickats in. Stipendiet kan användas inom ett år efter beslut. Efter genomförd resa ska en rapport lämnas in inom två månader.</w:t>
      </w:r>
    </w:p>
    <w:p w14:paraId="25852C65" w14:textId="77777777" w:rsidR="00B12D85" w:rsidRPr="00B12D85" w:rsidRDefault="00B12D85" w:rsidP="00B12D85">
      <w:pPr>
        <w:spacing w:after="0" w:line="240" w:lineRule="auto"/>
        <w:rPr>
          <w:rFonts w:ascii="Arial" w:hAnsi="Arial" w:cs="Arial"/>
          <w:sz w:val="28"/>
          <w:szCs w:val="28"/>
          <w:lang w:val="sv-SE"/>
        </w:rPr>
      </w:pPr>
    </w:p>
    <w:p w14:paraId="0104E6C7" w14:textId="77777777" w:rsidR="00B12D85" w:rsidRPr="00944A81" w:rsidRDefault="00B12D85" w:rsidP="00944A81">
      <w:pPr>
        <w:pStyle w:val="Rubrik3"/>
        <w:rPr>
          <w:rFonts w:ascii="Arial" w:hAnsi="Arial" w:cs="Arial"/>
          <w:sz w:val="28"/>
          <w:szCs w:val="28"/>
          <w:lang w:val="sv-SE"/>
        </w:rPr>
      </w:pPr>
      <w:r w:rsidRPr="00944A81">
        <w:rPr>
          <w:rFonts w:ascii="Arial" w:hAnsi="Arial" w:cs="Arial"/>
          <w:sz w:val="28"/>
          <w:szCs w:val="28"/>
          <w:lang w:val="sv-SE"/>
        </w:rPr>
        <w:t>Deadline för ansökan</w:t>
      </w:r>
      <w:bookmarkEnd w:id="34"/>
    </w:p>
    <w:p w14:paraId="2EFB4241" w14:textId="7C54F73B" w:rsidR="00944A81" w:rsidRPr="003823BC" w:rsidRDefault="00B12D85" w:rsidP="003823BC">
      <w:pPr>
        <w:shd w:val="clear" w:color="auto" w:fill="FFFFFF"/>
        <w:spacing w:after="0" w:line="240" w:lineRule="auto"/>
        <w:textAlignment w:val="baseline"/>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Sista ansökningsdatum är den 15 april för resor som äger rum mellan juli innevarande år och juni nästkommande år, samt den 15 oktober för resor som genomförs under året därpå, januari–december.</w:t>
      </w:r>
      <w:bookmarkStart w:id="36" w:name="_Toc132890636"/>
      <w:bookmarkStart w:id="37" w:name="_Toc150507763"/>
    </w:p>
    <w:p w14:paraId="0E7DAEC2" w14:textId="78297CEB" w:rsidR="00B12D85" w:rsidRPr="00B12D85" w:rsidRDefault="00B12D85" w:rsidP="00B12D85">
      <w:pPr>
        <w:rPr>
          <w:rFonts w:ascii="Arial" w:hAnsi="Arial" w:cs="Arial"/>
          <w:sz w:val="28"/>
          <w:szCs w:val="28"/>
          <w:lang w:val="sv-SE" w:eastAsia="sv-SE"/>
        </w:rPr>
      </w:pPr>
      <w:r w:rsidRPr="00B12D85">
        <w:rPr>
          <w:rFonts w:ascii="Arial" w:hAnsi="Arial" w:cs="Arial"/>
          <w:noProof/>
          <w:sz w:val="28"/>
          <w:szCs w:val="28"/>
          <w:lang w:eastAsia="sv-SE"/>
        </w:rPr>
        <w:lastRenderedPageBreak/>
        <mc:AlternateContent>
          <mc:Choice Requires="aink">
            <w:drawing>
              <wp:anchor distT="0" distB="0" distL="114300" distR="114300" simplePos="0" relativeHeight="251668480" behindDoc="0" locked="0" layoutInCell="1" allowOverlap="1" wp14:anchorId="67675613" wp14:editId="025E0AF8">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microsoft.com/office/word/2010/wordprocessingInk">
                    <w14:contentPart bwMode="auto" r:id="rId15">
                      <w14:nvContentPartPr>
                        <w14:cNvContentPartPr/>
                      </w14:nvContentPartPr>
                      <w14:xfrm>
                        <a:off x="0" y="0"/>
                        <a:ext cx="11880" cy="9360"/>
                      </w14:xfrm>
                    </w14:contentPart>
                  </a:graphicData>
                </a:graphic>
              </wp:anchor>
            </w:drawing>
          </mc:Choice>
          <mc:Fallback>
            <w:drawing>
              <wp:anchor distT="0" distB="0" distL="114300" distR="114300" simplePos="0" relativeHeight="251668480" behindDoc="0" locked="0" layoutInCell="1" allowOverlap="1" wp14:anchorId="67675613" wp14:editId="025E0AF8">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openxmlformats.org/drawingml/2006/picture">
                    <pic:pic xmlns:pic="http://schemas.openxmlformats.org/drawingml/2006/picture">
                      <pic:nvPicPr>
                        <pic:cNvPr id="53" name="Pennanteckning 53"/>
                        <pic:cNvPicPr/>
                      </pic:nvPicPr>
                      <pic:blipFill>
                        <a:blip r:embed="rId17"/>
                        <a:stretch>
                          <a:fillRect/>
                        </a:stretch>
                      </pic:blipFill>
                      <pic:spPr>
                        <a:xfrm>
                          <a:off x="0" y="0"/>
                          <a:ext cx="46472" cy="225000"/>
                        </a:xfrm>
                        <a:prstGeom prst="rect">
                          <a:avLst/>
                        </a:prstGeom>
                      </pic:spPr>
                    </pic:pic>
                  </a:graphicData>
                </a:graphic>
              </wp:anchor>
            </w:drawing>
          </mc:Fallback>
        </mc:AlternateContent>
      </w:r>
      <w:r w:rsidRPr="00B12D85">
        <w:rPr>
          <w:rFonts w:ascii="Arial" w:hAnsi="Arial" w:cs="Arial"/>
          <w:noProof/>
          <w:sz w:val="28"/>
          <w:szCs w:val="28"/>
          <w:lang w:eastAsia="sv-SE"/>
        </w:rPr>
        <mc:AlternateContent>
          <mc:Choice Requires="aink">
            <w:drawing>
              <wp:anchor distT="0" distB="0" distL="114300" distR="114300" simplePos="0" relativeHeight="251667456" behindDoc="0" locked="0" layoutInCell="1" allowOverlap="1" wp14:anchorId="6CD78D6E" wp14:editId="24599DCA">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6CD78D6E" wp14:editId="24599DCA">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openxmlformats.org/drawingml/2006/picture">
                    <pic:pic xmlns:pic="http://schemas.openxmlformats.org/drawingml/2006/picture">
                      <pic:nvPicPr>
                        <pic:cNvPr id="52" name="Pennanteckning 52"/>
                        <pic:cNvPicPr/>
                      </pic:nvPicPr>
                      <pic:blipFill>
                        <a:blip r:embed="rId19"/>
                        <a:stretch>
                          <a:fillRect/>
                        </a:stretch>
                      </pic:blipFill>
                      <pic:spPr>
                        <a:xfrm>
                          <a:off x="0" y="0"/>
                          <a:ext cx="36000" cy="216000"/>
                        </a:xfrm>
                        <a:prstGeom prst="rect">
                          <a:avLst/>
                        </a:prstGeom>
                      </pic:spPr>
                    </pic:pic>
                  </a:graphicData>
                </a:graphic>
              </wp:anchor>
            </w:drawing>
          </mc:Fallback>
        </mc:AlternateContent>
      </w:r>
      <w:r w:rsidRPr="00B12D85">
        <w:rPr>
          <w:rFonts w:ascii="Arial" w:hAnsi="Arial" w:cs="Arial"/>
          <w:sz w:val="28"/>
          <w:szCs w:val="28"/>
          <w:lang w:val="sv-SE" w:eastAsia="sv-SE"/>
        </w:rPr>
        <w:t xml:space="preserve">Katalogen finns i fyra olika format: svartskrift, punktskrift, </w:t>
      </w:r>
      <w:r w:rsidR="006C236C">
        <w:rPr>
          <w:rFonts w:ascii="Arial" w:hAnsi="Arial" w:cs="Arial"/>
          <w:sz w:val="28"/>
          <w:szCs w:val="28"/>
          <w:lang w:val="sv-SE" w:eastAsia="sv-SE"/>
        </w:rPr>
        <w:t>tal/</w:t>
      </w:r>
      <w:proofErr w:type="spellStart"/>
      <w:r w:rsidRPr="00B12D85">
        <w:rPr>
          <w:rFonts w:ascii="Arial" w:hAnsi="Arial" w:cs="Arial"/>
          <w:sz w:val="28"/>
          <w:szCs w:val="28"/>
          <w:lang w:val="sv-SE" w:eastAsia="sv-SE"/>
        </w:rPr>
        <w:t>daisy</w:t>
      </w:r>
      <w:proofErr w:type="spellEnd"/>
      <w:r w:rsidRPr="00B12D85">
        <w:rPr>
          <w:rFonts w:ascii="Arial" w:hAnsi="Arial" w:cs="Arial"/>
          <w:sz w:val="28"/>
          <w:szCs w:val="28"/>
          <w:lang w:val="sv-SE" w:eastAsia="sv-SE"/>
        </w:rPr>
        <w:t xml:space="preserve"> och </w:t>
      </w:r>
      <w:r w:rsidRPr="00B12D85">
        <w:rPr>
          <w:rFonts w:ascii="Arial" w:hAnsi="Arial" w:cs="Arial"/>
          <w:sz w:val="28"/>
          <w:szCs w:val="28"/>
          <w:lang w:val="sv-SE" w:eastAsia="sv-SE"/>
        </w:rPr>
        <w:br/>
        <w:t xml:space="preserve">mejl. Du kan även gå in på SRF:s hemsida </w:t>
      </w:r>
      <w:hyperlink r:id="rId20" w:history="1">
        <w:r w:rsidRPr="00B12D85">
          <w:rPr>
            <w:rFonts w:ascii="Arial" w:hAnsi="Arial" w:cs="Arial"/>
            <w:sz w:val="28"/>
            <w:szCs w:val="28"/>
            <w:u w:val="single"/>
            <w:lang w:val="sv-SE" w:eastAsia="sv-SE"/>
          </w:rPr>
          <w:t>srf.nu</w:t>
        </w:r>
      </w:hyperlink>
      <w:r w:rsidRPr="00B12D85">
        <w:rPr>
          <w:rFonts w:ascii="Arial" w:hAnsi="Arial" w:cs="Arial"/>
          <w:sz w:val="28"/>
          <w:szCs w:val="28"/>
          <w:lang w:val="sv-SE" w:eastAsia="sv-SE"/>
        </w:rPr>
        <w:t xml:space="preserve"> och läsa katalogen digitalt.</w:t>
      </w:r>
    </w:p>
    <w:p w14:paraId="330D2E48" w14:textId="2BA522D5" w:rsidR="00B12D85" w:rsidRPr="00382690" w:rsidRDefault="00B12D85" w:rsidP="00B12D85">
      <w:pPr>
        <w:rPr>
          <w:rFonts w:ascii="Arial" w:hAnsi="Arial" w:cs="Arial"/>
          <w:sz w:val="28"/>
          <w:szCs w:val="28"/>
          <w:lang w:val="sv-SE"/>
        </w:rPr>
      </w:pPr>
      <w:r w:rsidRPr="00B12D85">
        <w:rPr>
          <w:rFonts w:ascii="Arial" w:hAnsi="Arial" w:cs="Arial"/>
          <w:sz w:val="28"/>
          <w:szCs w:val="28"/>
          <w:shd w:val="clear" w:color="auto" w:fill="FFFFFF"/>
          <w:lang w:val="sv-SE"/>
        </w:rPr>
        <w:t>Vi reserverar oss för eventuella tryckfel och förbehåller oss rätten till ändring av priser</w:t>
      </w:r>
      <w:r w:rsidRPr="00B12D85">
        <w:rPr>
          <w:rFonts w:ascii="Arial" w:hAnsi="Arial" w:cs="Arial"/>
          <w:sz w:val="28"/>
          <w:szCs w:val="28"/>
          <w:lang w:val="sv-SE"/>
        </w:rPr>
        <w:t>. </w:t>
      </w:r>
    </w:p>
    <w:p w14:paraId="1BB53D9A" w14:textId="77777777" w:rsidR="00B12D85" w:rsidRPr="00944A81" w:rsidRDefault="00B12D85" w:rsidP="00944A81">
      <w:pPr>
        <w:pStyle w:val="Rubrik2"/>
        <w:rPr>
          <w:rFonts w:ascii="Arial" w:hAnsi="Arial" w:cs="Arial"/>
          <w:sz w:val="36"/>
          <w:szCs w:val="36"/>
          <w:lang w:val="sv-SE"/>
        </w:rPr>
      </w:pPr>
      <w:bookmarkStart w:id="38" w:name="_Toc198883931"/>
      <w:r w:rsidRPr="00944A81">
        <w:rPr>
          <w:rFonts w:ascii="Arial" w:hAnsi="Arial" w:cs="Arial"/>
          <w:sz w:val="36"/>
          <w:szCs w:val="36"/>
          <w:lang w:val="sv-SE"/>
        </w:rPr>
        <w:t>Anmälningsblankett gruppresa</w:t>
      </w:r>
      <w:bookmarkEnd w:id="36"/>
      <w:bookmarkEnd w:id="37"/>
      <w:bookmarkEnd w:id="38"/>
    </w:p>
    <w:p w14:paraId="1308EE53" w14:textId="77777777" w:rsidR="00B12D85" w:rsidRDefault="00B12D85" w:rsidP="00584A9F">
      <w:pPr>
        <w:spacing w:after="0" w:line="240" w:lineRule="auto"/>
        <w:rPr>
          <w:rFonts w:ascii="Arial" w:hAnsi="Arial" w:cs="Arial"/>
          <w:b/>
          <w:color w:val="000000" w:themeColor="text1"/>
          <w:spacing w:val="-2"/>
          <w:sz w:val="28"/>
          <w:szCs w:val="28"/>
          <w:lang w:val="sv-SE"/>
        </w:rPr>
      </w:pPr>
      <w:bookmarkStart w:id="39" w:name="Sista_anmälningsdatum_17_januari_2023."/>
      <w:bookmarkEnd w:id="39"/>
      <w:r w:rsidRPr="00B12D85">
        <w:rPr>
          <w:rFonts w:ascii="Arial" w:hAnsi="Arial" w:cs="Arial"/>
          <w:b/>
          <w:color w:val="000000" w:themeColor="text1"/>
          <w:sz w:val="28"/>
          <w:szCs w:val="28"/>
          <w:lang w:val="sv-SE"/>
        </w:rPr>
        <w:t>Sista</w:t>
      </w:r>
      <w:r w:rsidRPr="00B12D85">
        <w:rPr>
          <w:rFonts w:ascii="Arial" w:hAnsi="Arial" w:cs="Arial"/>
          <w:b/>
          <w:color w:val="000000" w:themeColor="text1"/>
          <w:spacing w:val="-7"/>
          <w:sz w:val="28"/>
          <w:szCs w:val="28"/>
          <w:lang w:val="sv-SE"/>
        </w:rPr>
        <w:t xml:space="preserve"> </w:t>
      </w:r>
      <w:r w:rsidRPr="00B12D85">
        <w:rPr>
          <w:rFonts w:ascii="Arial" w:hAnsi="Arial" w:cs="Arial"/>
          <w:b/>
          <w:color w:val="000000" w:themeColor="text1"/>
          <w:sz w:val="28"/>
          <w:szCs w:val="28"/>
          <w:lang w:val="sv-SE"/>
        </w:rPr>
        <w:t>anmälningsdatum</w:t>
      </w:r>
      <w:r w:rsidRPr="00B12D85">
        <w:rPr>
          <w:rFonts w:ascii="Arial" w:hAnsi="Arial" w:cs="Arial"/>
          <w:b/>
          <w:color w:val="000000" w:themeColor="text1"/>
          <w:spacing w:val="-7"/>
          <w:sz w:val="28"/>
          <w:szCs w:val="28"/>
          <w:lang w:val="sv-SE"/>
        </w:rPr>
        <w:t xml:space="preserve"> den </w:t>
      </w:r>
      <w:r w:rsidRPr="00B12D85">
        <w:rPr>
          <w:rFonts w:ascii="Arial" w:hAnsi="Arial" w:cs="Arial"/>
          <w:b/>
          <w:color w:val="000000" w:themeColor="text1"/>
          <w:sz w:val="28"/>
          <w:szCs w:val="28"/>
          <w:lang w:val="sv-SE"/>
        </w:rPr>
        <w:t>15 december</w:t>
      </w:r>
      <w:r w:rsidRPr="00B12D85">
        <w:rPr>
          <w:rFonts w:ascii="Arial" w:hAnsi="Arial" w:cs="Arial"/>
          <w:b/>
          <w:color w:val="000000" w:themeColor="text1"/>
          <w:spacing w:val="-5"/>
          <w:sz w:val="28"/>
          <w:szCs w:val="28"/>
          <w:lang w:val="sv-SE"/>
        </w:rPr>
        <w:t xml:space="preserve"> </w:t>
      </w:r>
      <w:r w:rsidRPr="00B12D85">
        <w:rPr>
          <w:rFonts w:ascii="Arial" w:hAnsi="Arial" w:cs="Arial"/>
          <w:b/>
          <w:color w:val="000000" w:themeColor="text1"/>
          <w:spacing w:val="-2"/>
          <w:sz w:val="28"/>
          <w:szCs w:val="28"/>
          <w:lang w:val="sv-SE"/>
        </w:rPr>
        <w:t>2025</w:t>
      </w:r>
    </w:p>
    <w:p w14:paraId="34517E95" w14:textId="77777777" w:rsidR="00584A9F" w:rsidRPr="00B12D85" w:rsidRDefault="00584A9F" w:rsidP="00584A9F">
      <w:pPr>
        <w:spacing w:after="0" w:line="240" w:lineRule="auto"/>
        <w:rPr>
          <w:rFonts w:ascii="Arial" w:hAnsi="Arial" w:cs="Arial"/>
          <w:b/>
          <w:color w:val="000000" w:themeColor="text1"/>
          <w:sz w:val="28"/>
          <w:szCs w:val="28"/>
          <w:lang w:val="sv-SE"/>
        </w:rPr>
      </w:pPr>
    </w:p>
    <w:p w14:paraId="5CB57ABC" w14:textId="0BA9C796" w:rsidR="00AB2F7F" w:rsidRPr="00B12D85" w:rsidRDefault="00AB2F7F"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Tallinn</w:t>
      </w:r>
      <w:r w:rsidRPr="00AB2F7F">
        <w:rPr>
          <w:rFonts w:ascii="Arial" w:eastAsia="Times New Roman" w:hAnsi="Arial" w:cs="Arial"/>
          <w:sz w:val="28"/>
          <w:szCs w:val="28"/>
          <w:lang w:val="sv-SE" w:eastAsia="sv-SE"/>
        </w:rPr>
        <w:t>…………………</w:t>
      </w:r>
      <w:r>
        <w:rPr>
          <w:rFonts w:ascii="Arial" w:eastAsia="Times New Roman" w:hAnsi="Arial" w:cs="Arial"/>
          <w:sz w:val="28"/>
          <w:szCs w:val="28"/>
          <w:lang w:val="sv-SE" w:eastAsia="sv-SE"/>
        </w:rPr>
        <w:t>………….</w:t>
      </w:r>
    </w:p>
    <w:p w14:paraId="39325597" w14:textId="26DD0AEB" w:rsidR="00AB2F7F" w:rsidRPr="00AB2F7F" w:rsidRDefault="00AB2F7F" w:rsidP="00AB2F7F">
      <w:pPr>
        <w:spacing w:after="0" w:line="360" w:lineRule="auto"/>
        <w:rPr>
          <w:rFonts w:ascii="Arial" w:eastAsiaTheme="majorEastAsia" w:hAnsi="Arial" w:cs="Arial"/>
          <w:sz w:val="28"/>
          <w:szCs w:val="28"/>
          <w:lang w:val="sv-SE"/>
        </w:rPr>
      </w:pPr>
      <w:r w:rsidRPr="00B12D85">
        <w:rPr>
          <w:rFonts w:ascii="Arial" w:hAnsi="Arial" w:cs="Arial"/>
          <w:sz w:val="28"/>
          <w:szCs w:val="28"/>
          <w:lang w:val="sv-SE"/>
        </w:rPr>
        <w:t>Litteraturbåtsalongen</w:t>
      </w:r>
      <w:r w:rsidRPr="00AB2F7F">
        <w:rPr>
          <w:rFonts w:ascii="Arial" w:eastAsia="Calibri" w:hAnsi="Arial" w:cs="Arial"/>
          <w:noProof/>
          <w:sz w:val="28"/>
          <w:szCs w:val="28"/>
          <w:lang w:val="sv-SE"/>
        </w:rPr>
        <w:t>…………</w:t>
      </w:r>
      <w:r>
        <w:rPr>
          <w:rFonts w:ascii="Arial" w:eastAsia="Calibri" w:hAnsi="Arial" w:cs="Arial"/>
          <w:noProof/>
          <w:sz w:val="28"/>
          <w:szCs w:val="28"/>
          <w:lang w:val="sv-SE"/>
        </w:rPr>
        <w:t>.</w:t>
      </w:r>
      <w:r w:rsidRPr="00AB2F7F">
        <w:rPr>
          <w:rFonts w:ascii="Arial" w:eastAsiaTheme="majorEastAsia" w:hAnsi="Arial" w:cs="Arial"/>
          <w:sz w:val="28"/>
          <w:szCs w:val="28"/>
          <w:lang w:val="sv-SE"/>
        </w:rPr>
        <w:t xml:space="preserve"> </w:t>
      </w:r>
    </w:p>
    <w:p w14:paraId="5B0A4CC8" w14:textId="31B4A328" w:rsidR="00AB2F7F" w:rsidRPr="00AB2F7F" w:rsidRDefault="00AB2F7F" w:rsidP="00AB2F7F">
      <w:pPr>
        <w:spacing w:after="0" w:line="360" w:lineRule="auto"/>
        <w:rPr>
          <w:rFonts w:ascii="Arial" w:eastAsiaTheme="majorEastAsia" w:hAnsi="Arial" w:cs="Arial"/>
          <w:sz w:val="28"/>
          <w:szCs w:val="28"/>
          <w:lang w:val="sv-SE"/>
        </w:rPr>
      </w:pPr>
      <w:r w:rsidRPr="00B12D85">
        <w:rPr>
          <w:rFonts w:ascii="Arial" w:eastAsiaTheme="majorEastAsia" w:hAnsi="Arial" w:cs="Arial"/>
          <w:sz w:val="28"/>
          <w:szCs w:val="28"/>
          <w:lang w:val="sv-SE"/>
        </w:rPr>
        <w:t>Synskadades Museum</w:t>
      </w:r>
      <w:r w:rsidRPr="00AB2F7F">
        <w:rPr>
          <w:rFonts w:ascii="Arial" w:eastAsiaTheme="majorEastAsia" w:hAnsi="Arial" w:cs="Arial"/>
          <w:sz w:val="28"/>
          <w:szCs w:val="28"/>
          <w:lang w:val="sv-SE"/>
        </w:rPr>
        <w:t>…………</w:t>
      </w:r>
    </w:p>
    <w:p w14:paraId="35308713" w14:textId="7972A750" w:rsidR="00AB2F7F" w:rsidRPr="00B12D85" w:rsidRDefault="00AB2F7F" w:rsidP="00AB2F7F">
      <w:pPr>
        <w:spacing w:after="0" w:line="360" w:lineRule="auto"/>
        <w:outlineLvl w:val="1"/>
        <w:rPr>
          <w:rFonts w:ascii="Arial" w:eastAsia="Times New Roman" w:hAnsi="Arial" w:cs="Arial"/>
          <w:sz w:val="28"/>
          <w:szCs w:val="28"/>
          <w:lang w:val="sv-SE" w:eastAsia="sv-SE"/>
        </w:rPr>
      </w:pPr>
      <w:r w:rsidRPr="00B12D85">
        <w:rPr>
          <w:rFonts w:ascii="Arial" w:eastAsia="Times New Roman" w:hAnsi="Arial" w:cs="Arial"/>
          <w:sz w:val="28"/>
          <w:szCs w:val="28"/>
          <w:lang w:val="sv-SE" w:eastAsia="sv-SE"/>
        </w:rPr>
        <w:t>Turkiet</w:t>
      </w:r>
      <w:r w:rsidRPr="00AB2F7F">
        <w:rPr>
          <w:rFonts w:ascii="Arial" w:eastAsia="Times New Roman" w:hAnsi="Arial" w:cs="Arial"/>
          <w:sz w:val="28"/>
          <w:szCs w:val="28"/>
          <w:lang w:val="sv-SE" w:eastAsia="sv-SE"/>
        </w:rPr>
        <w:t>………</w:t>
      </w:r>
      <w:r>
        <w:rPr>
          <w:rFonts w:ascii="Arial" w:eastAsia="Times New Roman" w:hAnsi="Arial" w:cs="Arial"/>
          <w:sz w:val="28"/>
          <w:szCs w:val="28"/>
          <w:lang w:val="sv-SE" w:eastAsia="sv-SE"/>
        </w:rPr>
        <w:t>……………………</w:t>
      </w:r>
    </w:p>
    <w:p w14:paraId="21BAA564" w14:textId="32FAEDF7" w:rsidR="00AB2F7F" w:rsidRPr="00B12D85" w:rsidRDefault="00AB2F7F" w:rsidP="00AB2F7F">
      <w:pPr>
        <w:spacing w:after="0" w:line="360" w:lineRule="auto"/>
        <w:rPr>
          <w:rFonts w:ascii="Arial" w:eastAsia="Times New Roman" w:hAnsi="Arial" w:cs="Arial"/>
          <w:sz w:val="28"/>
          <w:szCs w:val="28"/>
          <w:lang w:val="sv-SE" w:eastAsia="sv-SE"/>
        </w:rPr>
      </w:pPr>
      <w:r w:rsidRPr="00B12D85">
        <w:rPr>
          <w:rFonts w:ascii="Arial" w:eastAsiaTheme="majorEastAsia" w:hAnsi="Arial" w:cs="Arial"/>
          <w:sz w:val="28"/>
          <w:szCs w:val="28"/>
          <w:lang w:val="sv-SE" w:eastAsia="sv-SE"/>
        </w:rPr>
        <w:t>Lappland</w:t>
      </w:r>
      <w:r>
        <w:rPr>
          <w:rFonts w:ascii="Arial" w:eastAsiaTheme="majorEastAsia" w:hAnsi="Arial" w:cs="Arial"/>
          <w:sz w:val="28"/>
          <w:szCs w:val="28"/>
          <w:lang w:val="sv-SE" w:eastAsia="sv-SE"/>
        </w:rPr>
        <w:t>………………………….</w:t>
      </w:r>
    </w:p>
    <w:p w14:paraId="776A879B" w14:textId="77777777" w:rsidR="00B12D85" w:rsidRPr="00B12D85" w:rsidRDefault="00B12D85" w:rsidP="00B12D85">
      <w:pPr>
        <w:rPr>
          <w:rFonts w:ascii="Arial" w:hAnsi="Arial" w:cs="Arial"/>
          <w:color w:val="000000" w:themeColor="text1"/>
          <w:sz w:val="28"/>
          <w:szCs w:val="28"/>
          <w:lang w:val="sv-SE"/>
        </w:rPr>
      </w:pPr>
      <w:r w:rsidRPr="00B12D85">
        <w:rPr>
          <w:rFonts w:ascii="Arial" w:hAnsi="Arial" w:cs="Arial"/>
          <w:b/>
          <w:color w:val="000000" w:themeColor="text1"/>
          <w:sz w:val="28"/>
          <w:szCs w:val="28"/>
          <w:lang w:val="sv-SE"/>
        </w:rPr>
        <w:t>Personuppgifter</w:t>
      </w:r>
      <w:r w:rsidRPr="00B12D85">
        <w:rPr>
          <w:rFonts w:ascii="Arial" w:hAnsi="Arial" w:cs="Arial"/>
          <w:color w:val="000000" w:themeColor="text1"/>
          <w:sz w:val="28"/>
          <w:szCs w:val="28"/>
          <w:lang w:val="sv-SE"/>
        </w:rPr>
        <w:t xml:space="preserve">: </w:t>
      </w:r>
    </w:p>
    <w:p w14:paraId="4CE13E9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Namn….......................................................................................................</w:t>
      </w:r>
    </w:p>
    <w:p w14:paraId="782C103B"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Personnummer…...........................................................................................</w:t>
      </w:r>
    </w:p>
    <w:p w14:paraId="4D77A9A9"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Adress............................................................................................................</w:t>
      </w:r>
    </w:p>
    <w:p w14:paraId="02B4868C" w14:textId="77777777" w:rsidR="00B12D85" w:rsidRPr="00B12D85" w:rsidRDefault="00B12D85" w:rsidP="00B14B58">
      <w:pPr>
        <w:spacing w:before="163"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Telefon...........................................................................................................</w:t>
      </w:r>
    </w:p>
    <w:p w14:paraId="629A6DA4" w14:textId="77777777" w:rsidR="00B12D85" w:rsidRPr="00B12D85" w:rsidRDefault="00B12D85" w:rsidP="00B14B58">
      <w:pPr>
        <w:spacing w:before="160" w:after="120" w:line="240" w:lineRule="auto"/>
        <w:rPr>
          <w:rFonts w:ascii="Arial" w:hAnsi="Arial" w:cs="Arial"/>
          <w:color w:val="000000" w:themeColor="text1"/>
          <w:sz w:val="28"/>
          <w:szCs w:val="28"/>
          <w:lang w:val="sv-SE"/>
        </w:rPr>
      </w:pPr>
      <w:r w:rsidRPr="00B12D85">
        <w:rPr>
          <w:rFonts w:ascii="Arial" w:hAnsi="Arial" w:cs="Arial"/>
          <w:color w:val="000000" w:themeColor="text1"/>
          <w:spacing w:val="-2"/>
          <w:sz w:val="28"/>
          <w:szCs w:val="28"/>
          <w:lang w:val="sv-SE"/>
        </w:rPr>
        <w:t>Mejl.................................................................................................................</w:t>
      </w:r>
    </w:p>
    <w:p w14:paraId="596D230A"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6"/>
          <w:sz w:val="28"/>
          <w:szCs w:val="28"/>
          <w:lang w:val="sv-SE"/>
        </w:rPr>
        <w:t xml:space="preserve"> </w:t>
      </w:r>
      <w:r w:rsidRPr="00B12D85">
        <w:rPr>
          <w:rFonts w:ascii="Arial" w:hAnsi="Arial" w:cs="Arial"/>
          <w:color w:val="000000" w:themeColor="text1"/>
          <w:sz w:val="28"/>
          <w:szCs w:val="28"/>
          <w:lang w:val="sv-SE"/>
        </w:rPr>
        <w:t>tidigare</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rest</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med</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Go</w:t>
      </w:r>
      <w:r w:rsidRPr="00B12D85">
        <w:rPr>
          <w:rFonts w:ascii="Arial" w:hAnsi="Arial" w:cs="Arial"/>
          <w:color w:val="000000" w:themeColor="text1"/>
          <w:spacing w:val="-3"/>
          <w:sz w:val="28"/>
          <w:szCs w:val="28"/>
          <w:lang w:val="sv-SE"/>
        </w:rPr>
        <w:t xml:space="preserve"> </w:t>
      </w:r>
      <w:r w:rsidRPr="00B12D85">
        <w:rPr>
          <w:rFonts w:ascii="Arial" w:hAnsi="Arial" w:cs="Arial"/>
          <w:color w:val="000000" w:themeColor="text1"/>
          <w:sz w:val="28"/>
          <w:szCs w:val="28"/>
          <w:lang w:val="sv-SE"/>
        </w:rPr>
        <w:t>eller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SRF</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 xml:space="preserve">Fritid? Om ja, när?..................................... </w:t>
      </w:r>
    </w:p>
    <w:p w14:paraId="4AE62E25" w14:textId="77777777" w:rsidR="00B12D85" w:rsidRPr="00B12D85" w:rsidRDefault="00B12D85" w:rsidP="00B14B58">
      <w:pPr>
        <w:spacing w:before="161"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Önskar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1"/>
          <w:sz w:val="28"/>
          <w:szCs w:val="28"/>
          <w:lang w:val="sv-SE"/>
        </w:rPr>
        <w:t xml:space="preserve"> </w:t>
      </w:r>
      <w:r w:rsidRPr="00B12D85">
        <w:rPr>
          <w:rFonts w:ascii="Arial" w:hAnsi="Arial" w:cs="Arial"/>
          <w:color w:val="000000" w:themeColor="text1"/>
          <w:spacing w:val="-2"/>
          <w:sz w:val="28"/>
          <w:szCs w:val="28"/>
          <w:lang w:val="sv-SE"/>
        </w:rPr>
        <w:t>enkelrum?........................</w:t>
      </w:r>
    </w:p>
    <w:p w14:paraId="7B85106A" w14:textId="77777777" w:rsidR="00B12D85" w:rsidRPr="00B12D85" w:rsidRDefault="00B12D85" w:rsidP="00B14B58">
      <w:pPr>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t>Synstatus (synsvag/gravt synskadad/blind) ………………………………….</w:t>
      </w:r>
    </w:p>
    <w:p w14:paraId="3AD39D95" w14:textId="77777777" w:rsidR="00B12D85" w:rsidRPr="00B12D85" w:rsidRDefault="00B12D85" w:rsidP="00B14B58">
      <w:pPr>
        <w:spacing w:after="120"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Har</w:t>
      </w:r>
      <w:r w:rsidRPr="00B12D85">
        <w:rPr>
          <w:rFonts w:ascii="Arial" w:hAnsi="Arial" w:cs="Arial"/>
          <w:color w:val="000000" w:themeColor="text1"/>
          <w:spacing w:val="-5"/>
          <w:sz w:val="28"/>
          <w:szCs w:val="28"/>
          <w:lang w:val="sv-SE"/>
        </w:rPr>
        <w:t xml:space="preserve"> </w:t>
      </w:r>
      <w:r w:rsidRPr="00B12D85">
        <w:rPr>
          <w:rFonts w:ascii="Arial" w:hAnsi="Arial" w:cs="Arial"/>
          <w:color w:val="000000" w:themeColor="text1"/>
          <w:sz w:val="28"/>
          <w:szCs w:val="28"/>
          <w:lang w:val="sv-SE"/>
        </w:rPr>
        <w:t>du</w:t>
      </w:r>
      <w:r w:rsidRPr="00B12D85">
        <w:rPr>
          <w:rFonts w:ascii="Arial" w:hAnsi="Arial" w:cs="Arial"/>
          <w:color w:val="000000" w:themeColor="text1"/>
          <w:spacing w:val="-4"/>
          <w:sz w:val="28"/>
          <w:szCs w:val="28"/>
          <w:lang w:val="sv-SE"/>
        </w:rPr>
        <w:t xml:space="preserve"> </w:t>
      </w:r>
      <w:r w:rsidRPr="00B12D85">
        <w:rPr>
          <w:rFonts w:ascii="Arial" w:hAnsi="Arial" w:cs="Arial"/>
          <w:color w:val="000000" w:themeColor="text1"/>
          <w:sz w:val="28"/>
          <w:szCs w:val="28"/>
          <w:lang w:val="sv-SE"/>
        </w:rPr>
        <w:t>svårt att</w:t>
      </w:r>
      <w:r w:rsidRPr="00B12D85">
        <w:rPr>
          <w:rFonts w:ascii="Arial" w:hAnsi="Arial" w:cs="Arial"/>
          <w:color w:val="000000" w:themeColor="text1"/>
          <w:spacing w:val="-2"/>
          <w:sz w:val="28"/>
          <w:szCs w:val="28"/>
          <w:lang w:val="sv-SE"/>
        </w:rPr>
        <w:t xml:space="preserve"> </w:t>
      </w:r>
      <w:proofErr w:type="gramStart"/>
      <w:r w:rsidRPr="00B12D85">
        <w:rPr>
          <w:rFonts w:ascii="Arial" w:hAnsi="Arial" w:cs="Arial"/>
          <w:color w:val="000000" w:themeColor="text1"/>
          <w:spacing w:val="-2"/>
          <w:sz w:val="28"/>
          <w:szCs w:val="28"/>
          <w:lang w:val="sv-SE"/>
        </w:rPr>
        <w:t>gå?...</w:t>
      </w:r>
      <w:proofErr w:type="gramEnd"/>
      <w:r w:rsidRPr="00B12D85">
        <w:rPr>
          <w:rFonts w:ascii="Arial" w:hAnsi="Arial" w:cs="Arial"/>
          <w:color w:val="000000" w:themeColor="text1"/>
          <w:spacing w:val="-2"/>
          <w:sz w:val="28"/>
          <w:szCs w:val="28"/>
          <w:lang w:val="sv-SE"/>
        </w:rPr>
        <w:t>……………………………………………</w:t>
      </w:r>
    </w:p>
    <w:p w14:paraId="63512655"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en ytterligare funktionsnedsättning förutom synnedsättning? Om ja, </w:t>
      </w:r>
      <w:proofErr w:type="gramStart"/>
      <w:r w:rsidRPr="00B12D85">
        <w:rPr>
          <w:rFonts w:ascii="Arial" w:hAnsi="Arial" w:cs="Arial"/>
          <w:color w:val="000000" w:themeColor="text1"/>
          <w:sz w:val="28"/>
          <w:szCs w:val="28"/>
          <w:lang w:val="sv-SE"/>
        </w:rPr>
        <w:t>vilken?…</w:t>
      </w:r>
      <w:proofErr w:type="gramEnd"/>
      <w:r w:rsidRPr="00B12D85">
        <w:rPr>
          <w:rFonts w:ascii="Arial" w:hAnsi="Arial" w:cs="Arial"/>
          <w:color w:val="000000" w:themeColor="text1"/>
          <w:sz w:val="28"/>
          <w:szCs w:val="28"/>
          <w:lang w:val="sv-SE"/>
        </w:rPr>
        <w:t xml:space="preserve">…………………………………………………...………… </w:t>
      </w:r>
    </w:p>
    <w:p w14:paraId="3B38767A"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Hör du </w:t>
      </w:r>
      <w:proofErr w:type="gramStart"/>
      <w:r w:rsidRPr="00B12D85">
        <w:rPr>
          <w:rFonts w:ascii="Arial" w:hAnsi="Arial" w:cs="Arial"/>
          <w:color w:val="000000" w:themeColor="text1"/>
          <w:sz w:val="28"/>
          <w:szCs w:val="28"/>
          <w:lang w:val="sv-SE"/>
        </w:rPr>
        <w:t>dåligt?…</w:t>
      </w:r>
      <w:proofErr w:type="gramEnd"/>
      <w:r w:rsidRPr="00B12D85">
        <w:rPr>
          <w:rFonts w:ascii="Arial" w:hAnsi="Arial" w:cs="Arial"/>
          <w:color w:val="000000" w:themeColor="text1"/>
          <w:sz w:val="28"/>
          <w:szCs w:val="28"/>
          <w:lang w:val="sv-SE"/>
        </w:rPr>
        <w:t>……………………</w:t>
      </w:r>
      <w:r w:rsidRPr="00B12D85">
        <w:rPr>
          <w:rFonts w:ascii="Arial" w:hAnsi="Arial" w:cs="Arial"/>
          <w:color w:val="000000" w:themeColor="text1"/>
          <w:spacing w:val="-20"/>
          <w:sz w:val="28"/>
          <w:szCs w:val="28"/>
          <w:lang w:val="sv-SE"/>
        </w:rPr>
        <w:t xml:space="preserve"> </w:t>
      </w:r>
    </w:p>
    <w:p w14:paraId="0025F9DF"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Har du astma och/eller </w:t>
      </w:r>
      <w:proofErr w:type="gramStart"/>
      <w:r w:rsidRPr="00B12D85">
        <w:rPr>
          <w:rFonts w:ascii="Arial" w:hAnsi="Arial" w:cs="Arial"/>
          <w:color w:val="000000" w:themeColor="text1"/>
          <w:sz w:val="28"/>
          <w:szCs w:val="28"/>
          <w:lang w:val="sv-SE"/>
        </w:rPr>
        <w:t>allergi?…</w:t>
      </w:r>
      <w:proofErr w:type="gramEnd"/>
      <w:r w:rsidRPr="00B12D85">
        <w:rPr>
          <w:rFonts w:ascii="Arial" w:hAnsi="Arial" w:cs="Arial"/>
          <w:color w:val="000000" w:themeColor="text1"/>
          <w:sz w:val="28"/>
          <w:szCs w:val="28"/>
          <w:lang w:val="sv-SE"/>
        </w:rPr>
        <w:t>……………</w:t>
      </w:r>
      <w:proofErr w:type="gramStart"/>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 xml:space="preserve">.…… </w:t>
      </w:r>
    </w:p>
    <w:p w14:paraId="4BEF816E" w14:textId="77777777" w:rsidR="00B12D85" w:rsidRPr="00B12D85" w:rsidRDefault="00B12D85" w:rsidP="00B14B58">
      <w:pPr>
        <w:spacing w:line="240" w:lineRule="auto"/>
        <w:rPr>
          <w:rFonts w:ascii="Arial" w:hAnsi="Arial" w:cs="Arial"/>
          <w:color w:val="000000" w:themeColor="text1"/>
          <w:sz w:val="28"/>
          <w:szCs w:val="28"/>
          <w:lang w:val="sv-SE"/>
        </w:rPr>
      </w:pPr>
      <w:r w:rsidRPr="00B12D85">
        <w:rPr>
          <w:rFonts w:ascii="Arial" w:hAnsi="Arial" w:cs="Arial"/>
          <w:color w:val="000000" w:themeColor="text1"/>
          <w:sz w:val="28"/>
          <w:szCs w:val="28"/>
          <w:lang w:val="sv-SE"/>
        </w:rPr>
        <w:t>Eventuell medresenär</w:t>
      </w:r>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(synskadad) och medresenärs personnummer</w:t>
      </w:r>
      <w:proofErr w:type="gramStart"/>
      <w:r w:rsidRPr="00B12D85">
        <w:rPr>
          <w:rFonts w:ascii="Arial" w:hAnsi="Arial" w:cs="Arial"/>
          <w:color w:val="000000" w:themeColor="text1"/>
          <w:spacing w:val="-9"/>
          <w:sz w:val="28"/>
          <w:szCs w:val="28"/>
          <w:lang w:val="sv-SE"/>
        </w:rPr>
        <w:t xml:space="preserve"> </w:t>
      </w:r>
      <w:r w:rsidRPr="00B12D85">
        <w:rPr>
          <w:rFonts w:ascii="Arial" w:hAnsi="Arial" w:cs="Arial"/>
          <w:color w:val="000000" w:themeColor="text1"/>
          <w:sz w:val="28"/>
          <w:szCs w:val="28"/>
          <w:lang w:val="sv-SE"/>
        </w:rPr>
        <w:t>.…</w:t>
      </w:r>
      <w:proofErr w:type="gramEnd"/>
      <w:r w:rsidRPr="00B12D85">
        <w:rPr>
          <w:rFonts w:ascii="Arial" w:hAnsi="Arial" w:cs="Arial"/>
          <w:color w:val="000000" w:themeColor="text1"/>
          <w:sz w:val="28"/>
          <w:szCs w:val="28"/>
          <w:lang w:val="sv-SE"/>
        </w:rPr>
        <w:t>………………………</w:t>
      </w:r>
    </w:p>
    <w:p w14:paraId="3E453340" w14:textId="77777777" w:rsidR="00B12D85" w:rsidRPr="00B12D85" w:rsidRDefault="00B12D85" w:rsidP="00B14B58">
      <w:pPr>
        <w:tabs>
          <w:tab w:val="left" w:pos="1634"/>
          <w:tab w:val="left" w:pos="3791"/>
          <w:tab w:val="left" w:pos="5954"/>
        </w:tabs>
        <w:spacing w:before="1" w:after="120" w:line="240" w:lineRule="auto"/>
        <w:ind w:right="2835" w:firstLine="3"/>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På vilket sätt önskar du få information från oss? </w:t>
      </w:r>
    </w:p>
    <w:p w14:paraId="7FCC01C0" w14:textId="77777777" w:rsidR="00B12D85" w:rsidRPr="00B12D85" w:rsidRDefault="00B12D85" w:rsidP="00B14B58">
      <w:pPr>
        <w:tabs>
          <w:tab w:val="left" w:pos="2410"/>
        </w:tabs>
        <w:spacing w:after="120" w:line="240" w:lineRule="auto"/>
        <w:rPr>
          <w:rFonts w:ascii="Arial" w:hAnsi="Arial" w:cs="Arial"/>
          <w:color w:val="000000" w:themeColor="text1"/>
          <w:spacing w:val="-2"/>
          <w:sz w:val="28"/>
          <w:szCs w:val="28"/>
          <w:lang w:val="sv-SE"/>
        </w:rPr>
      </w:pPr>
      <w:r w:rsidRPr="00B12D85">
        <w:rPr>
          <w:rFonts w:ascii="Arial" w:hAnsi="Arial" w:cs="Arial"/>
          <w:color w:val="000000" w:themeColor="text1"/>
          <w:spacing w:val="-2"/>
          <w:sz w:val="28"/>
          <w:szCs w:val="28"/>
          <w:lang w:val="sv-SE"/>
        </w:rPr>
        <w:lastRenderedPageBreak/>
        <w:t>Svartskrift……</w:t>
      </w:r>
      <w:r w:rsidRPr="00B12D85">
        <w:rPr>
          <w:rFonts w:ascii="Arial" w:hAnsi="Arial" w:cs="Arial"/>
          <w:color w:val="000000" w:themeColor="text1"/>
          <w:spacing w:val="-2"/>
          <w:sz w:val="28"/>
          <w:szCs w:val="28"/>
          <w:lang w:val="sv-SE"/>
        </w:rPr>
        <w:tab/>
        <w:t>Punktskrift…</w:t>
      </w:r>
      <w:proofErr w:type="gramStart"/>
      <w:r w:rsidRPr="00B12D85">
        <w:rPr>
          <w:rFonts w:ascii="Arial" w:hAnsi="Arial" w:cs="Arial"/>
          <w:color w:val="000000" w:themeColor="text1"/>
          <w:spacing w:val="-2"/>
          <w:sz w:val="28"/>
          <w:szCs w:val="28"/>
          <w:lang w:val="sv-SE"/>
        </w:rPr>
        <w:t>…….</w:t>
      </w:r>
      <w:proofErr w:type="gramEnd"/>
      <w:r w:rsidRPr="00B12D85">
        <w:rPr>
          <w:rFonts w:ascii="Arial" w:hAnsi="Arial" w:cs="Arial"/>
          <w:color w:val="000000" w:themeColor="text1"/>
          <w:spacing w:val="-2"/>
          <w:sz w:val="28"/>
          <w:szCs w:val="28"/>
          <w:lang w:val="sv-SE"/>
        </w:rPr>
        <w:t>.</w:t>
      </w:r>
      <w:r w:rsidRPr="00B12D85">
        <w:rPr>
          <w:rFonts w:ascii="Arial" w:hAnsi="Arial" w:cs="Arial"/>
          <w:color w:val="000000" w:themeColor="text1"/>
          <w:spacing w:val="-2"/>
          <w:sz w:val="28"/>
          <w:szCs w:val="28"/>
          <w:lang w:val="sv-SE"/>
        </w:rPr>
        <w:tab/>
        <w:t>Mejl……….        Daisy………....</w:t>
      </w:r>
    </w:p>
    <w:p w14:paraId="506C2B58" w14:textId="77777777" w:rsidR="00B12D85" w:rsidRPr="00B12D85" w:rsidRDefault="00B12D85" w:rsidP="00B14B58">
      <w:pPr>
        <w:spacing w:after="120" w:line="240" w:lineRule="auto"/>
        <w:ind w:right="-142"/>
        <w:rPr>
          <w:rFonts w:ascii="Arial" w:hAnsi="Arial" w:cs="Arial"/>
          <w:color w:val="000000" w:themeColor="text1"/>
          <w:sz w:val="28"/>
          <w:szCs w:val="28"/>
          <w:lang w:val="sv-SE"/>
        </w:rPr>
      </w:pPr>
      <w:r w:rsidRPr="00B12D85">
        <w:rPr>
          <w:rFonts w:ascii="Arial" w:hAnsi="Arial" w:cs="Arial"/>
          <w:color w:val="000000" w:themeColor="text1"/>
          <w:sz w:val="28"/>
          <w:szCs w:val="28"/>
          <w:lang w:val="sv-SE"/>
        </w:rPr>
        <w:t xml:space="preserve">Övrigt av </w:t>
      </w:r>
      <w:proofErr w:type="gramStart"/>
      <w:r w:rsidRPr="00B12D85">
        <w:rPr>
          <w:rFonts w:ascii="Arial" w:hAnsi="Arial" w:cs="Arial"/>
          <w:color w:val="000000" w:themeColor="text1"/>
          <w:sz w:val="28"/>
          <w:szCs w:val="28"/>
          <w:lang w:val="sv-SE"/>
        </w:rPr>
        <w:t>betydelse:…</w:t>
      </w:r>
      <w:proofErr w:type="gramEnd"/>
      <w:r w:rsidRPr="00B12D85">
        <w:rPr>
          <w:rFonts w:ascii="Arial" w:hAnsi="Arial" w:cs="Arial"/>
          <w:color w:val="000000" w:themeColor="text1"/>
          <w:sz w:val="28"/>
          <w:szCs w:val="28"/>
          <w:lang w:val="sv-SE"/>
        </w:rPr>
        <w:t>…………………………………………………………</w:t>
      </w:r>
    </w:p>
    <w:p w14:paraId="55DEC8A6" w14:textId="60C7ADE7" w:rsidR="00AA0E2F" w:rsidRPr="003E2C5F" w:rsidRDefault="00B12D85" w:rsidP="00B12D85">
      <w:pPr>
        <w:spacing w:before="249"/>
        <w:rPr>
          <w:rFonts w:ascii="Arial" w:hAnsi="Arial" w:cs="Arial"/>
          <w:b/>
          <w:color w:val="000000" w:themeColor="text1"/>
          <w:sz w:val="28"/>
          <w:szCs w:val="28"/>
          <w:lang w:val="sv-SE"/>
        </w:rPr>
        <w:sectPr w:rsidR="00AA0E2F" w:rsidRPr="003E2C5F" w:rsidSect="00652A84">
          <w:footerReference w:type="default" r:id="rId21"/>
          <w:pgSz w:w="11906" w:h="16838" w:code="9"/>
          <w:pgMar w:top="1417" w:right="1417" w:bottom="1417" w:left="1417" w:header="964" w:footer="567" w:gutter="0"/>
          <w:pgNumType w:start="0"/>
          <w:cols w:space="720"/>
          <w:docGrid w:linePitch="299"/>
        </w:sectPr>
      </w:pPr>
      <w:r w:rsidRPr="00B12D85">
        <w:rPr>
          <w:rFonts w:ascii="Arial" w:hAnsi="Arial" w:cs="Arial"/>
          <w:b/>
          <w:color w:val="000000" w:themeColor="text1"/>
          <w:sz w:val="28"/>
          <w:szCs w:val="28"/>
          <w:lang w:val="sv-SE"/>
        </w:rPr>
        <w:t>Mejla</w:t>
      </w:r>
      <w:r w:rsidRPr="00B12D85">
        <w:rPr>
          <w:rFonts w:ascii="Arial" w:hAnsi="Arial" w:cs="Arial"/>
          <w:b/>
          <w:color w:val="000000" w:themeColor="text1"/>
          <w:spacing w:val="-11"/>
          <w:sz w:val="28"/>
          <w:szCs w:val="28"/>
          <w:lang w:val="sv-SE"/>
        </w:rPr>
        <w:t xml:space="preserve"> </w:t>
      </w:r>
      <w:r w:rsidRPr="00B12D85">
        <w:rPr>
          <w:rFonts w:ascii="Arial" w:hAnsi="Arial" w:cs="Arial"/>
          <w:b/>
          <w:color w:val="000000" w:themeColor="text1"/>
          <w:sz w:val="28"/>
          <w:szCs w:val="28"/>
          <w:lang w:val="sv-SE"/>
        </w:rPr>
        <w:t>ifylld</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blankett</w:t>
      </w:r>
      <w:r w:rsidRPr="00B12D85">
        <w:rPr>
          <w:rFonts w:ascii="Arial" w:hAnsi="Arial" w:cs="Arial"/>
          <w:b/>
          <w:color w:val="000000" w:themeColor="text1"/>
          <w:spacing w:val="-10"/>
          <w:sz w:val="28"/>
          <w:szCs w:val="28"/>
          <w:lang w:val="sv-SE"/>
        </w:rPr>
        <w:t xml:space="preserve"> </w:t>
      </w:r>
      <w:r w:rsidRPr="00B12D85">
        <w:rPr>
          <w:rFonts w:ascii="Arial" w:hAnsi="Arial" w:cs="Arial"/>
          <w:b/>
          <w:color w:val="000000" w:themeColor="text1"/>
          <w:sz w:val="28"/>
          <w:szCs w:val="28"/>
          <w:lang w:val="sv-SE"/>
        </w:rPr>
        <w:t xml:space="preserve">till </w:t>
      </w:r>
      <w:hyperlink r:id="rId22" w:history="1">
        <w:r w:rsidRPr="00B12D85">
          <w:rPr>
            <w:rFonts w:ascii="Arial" w:hAnsi="Arial" w:cs="Arial"/>
            <w:color w:val="000000" w:themeColor="text1"/>
            <w:sz w:val="28"/>
            <w:szCs w:val="28"/>
            <w:u w:val="single"/>
            <w:lang w:val="sv-SE"/>
          </w:rPr>
          <w:t>go@srf.nu</w:t>
        </w:r>
      </w:hyperlink>
      <w:r w:rsidRPr="00B12D85">
        <w:rPr>
          <w:rFonts w:ascii="Arial" w:hAnsi="Arial" w:cs="Arial"/>
          <w:b/>
          <w:color w:val="000000" w:themeColor="text1"/>
          <w:sz w:val="28"/>
          <w:szCs w:val="28"/>
          <w:lang w:val="sv-SE"/>
        </w:rPr>
        <w:t xml:space="preserve"> eller posta till SRF Go, Box 90277, 120 24 Stockholm</w:t>
      </w:r>
    </w:p>
    <w:p w14:paraId="5854541E" w14:textId="77777777" w:rsidR="00D906E4" w:rsidRPr="00D906E4" w:rsidRDefault="00D906E4" w:rsidP="00D906E4">
      <w:pPr>
        <w:rPr>
          <w:lang w:val="sv-SE"/>
        </w:rPr>
      </w:pPr>
    </w:p>
    <w:p w14:paraId="362BF4DE" w14:textId="77777777" w:rsidR="00D906E4" w:rsidRDefault="00D906E4" w:rsidP="00D906E4">
      <w:pPr>
        <w:rPr>
          <w:b/>
        </w:rPr>
      </w:pPr>
      <w:r>
        <w:rPr>
          <w:b/>
          <w:noProof/>
        </w:rPr>
        <w:drawing>
          <wp:inline distT="0" distB="0" distL="0" distR="0" wp14:anchorId="7234B56F" wp14:editId="6B2153CA">
            <wp:extent cx="9415166" cy="110853"/>
            <wp:effectExtent l="0" t="0" r="0" b="3810"/>
            <wp:docPr id="1" name="Bildobjekt 1"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ckad linje flerfä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3720" cy="150161"/>
                    </a:xfrm>
                    <a:prstGeom prst="rect">
                      <a:avLst/>
                    </a:prstGeom>
                    <a:noFill/>
                    <a:ln>
                      <a:noFill/>
                    </a:ln>
                  </pic:spPr>
                </pic:pic>
              </a:graphicData>
            </a:graphic>
          </wp:inline>
        </w:drawing>
      </w:r>
    </w:p>
    <w:p w14:paraId="4F5DA6B0" w14:textId="77777777" w:rsidR="00D906E4" w:rsidRDefault="00D906E4" w:rsidP="00D906E4">
      <w:pPr>
        <w:rPr>
          <w:b/>
        </w:rPr>
      </w:pPr>
    </w:p>
    <w:p w14:paraId="56D09710" w14:textId="4AD8416D" w:rsidR="00D906E4" w:rsidRPr="00E40465" w:rsidRDefault="00D906E4" w:rsidP="00D906E4">
      <w:pPr>
        <w:pStyle w:val="faktatextbakF"/>
        <w:rPr>
          <w:rFonts w:ascii="Arial" w:hAnsi="Arial" w:cs="Arial"/>
          <w:sz w:val="28"/>
          <w:szCs w:val="28"/>
        </w:rPr>
      </w:pPr>
      <w:r w:rsidRPr="00E40465">
        <w:rPr>
          <w:rFonts w:ascii="Arial" w:hAnsi="Arial" w:cs="Arial"/>
          <w:sz w:val="28"/>
          <w:szCs w:val="28"/>
        </w:rPr>
        <w:t>Synskadades Riksförbund är landets företrädare för personer med synnedsättning.</w:t>
      </w:r>
    </w:p>
    <w:p w14:paraId="1B401496" w14:textId="77777777" w:rsidR="00D906E4" w:rsidRDefault="00D906E4" w:rsidP="00D906E4">
      <w:pPr>
        <w:pStyle w:val="faktatextbakF"/>
        <w:rPr>
          <w:rFonts w:ascii="Arial" w:hAnsi="Arial" w:cs="Arial"/>
          <w:sz w:val="28"/>
          <w:szCs w:val="28"/>
        </w:rPr>
      </w:pPr>
    </w:p>
    <w:p w14:paraId="046274D2" w14:textId="397277EB" w:rsidR="00D906E4" w:rsidRDefault="00D906E4" w:rsidP="00D906E4">
      <w:pPr>
        <w:pStyle w:val="faktatextbakF"/>
        <w:rPr>
          <w:rFonts w:ascii="Arial" w:hAnsi="Arial" w:cs="Arial"/>
          <w:caps/>
          <w:sz w:val="28"/>
          <w:szCs w:val="28"/>
        </w:rPr>
      </w:pPr>
      <w:r w:rsidRPr="00E40465">
        <w:rPr>
          <w:rFonts w:ascii="Arial" w:hAnsi="Arial" w:cs="Arial"/>
          <w:sz w:val="28"/>
          <w:szCs w:val="28"/>
        </w:rPr>
        <w:t xml:space="preserve">Synskadades Riksförbund </w:t>
      </w:r>
    </w:p>
    <w:p w14:paraId="31035787" w14:textId="564896C5" w:rsidR="006A0347" w:rsidRPr="002F5AF6" w:rsidRDefault="006A0347" w:rsidP="00D906E4">
      <w:pPr>
        <w:pStyle w:val="faktatextbakF"/>
        <w:rPr>
          <w:rFonts w:ascii="Arial" w:hAnsi="Arial" w:cs="Arial"/>
          <w:caps/>
          <w:sz w:val="28"/>
          <w:szCs w:val="28"/>
        </w:rPr>
      </w:pPr>
      <w:r w:rsidRPr="002F5AF6">
        <w:rPr>
          <w:rFonts w:ascii="Arial" w:hAnsi="Arial" w:cs="Arial"/>
          <w:sz w:val="28"/>
          <w:szCs w:val="28"/>
        </w:rPr>
        <w:t>Box</w:t>
      </w:r>
      <w:r w:rsidRPr="002F5AF6">
        <w:rPr>
          <w:rFonts w:ascii="Arial" w:hAnsi="Arial" w:cs="Arial"/>
          <w:caps/>
          <w:sz w:val="28"/>
          <w:szCs w:val="28"/>
        </w:rPr>
        <w:t xml:space="preserve"> 90277</w:t>
      </w:r>
    </w:p>
    <w:p w14:paraId="09A1572D" w14:textId="7F1F719B" w:rsidR="006A0347" w:rsidRPr="002F5AF6" w:rsidRDefault="006A0347" w:rsidP="00D906E4">
      <w:pPr>
        <w:pStyle w:val="faktatextbakF"/>
        <w:rPr>
          <w:rFonts w:ascii="Arial" w:hAnsi="Arial" w:cs="Arial"/>
          <w:sz w:val="28"/>
          <w:szCs w:val="28"/>
        </w:rPr>
      </w:pPr>
      <w:r w:rsidRPr="002F5AF6">
        <w:rPr>
          <w:rFonts w:ascii="Arial" w:hAnsi="Arial" w:cs="Arial"/>
          <w:caps/>
          <w:sz w:val="28"/>
          <w:szCs w:val="28"/>
        </w:rPr>
        <w:t xml:space="preserve">120 24 </w:t>
      </w:r>
      <w:r w:rsidRPr="002F5AF6">
        <w:rPr>
          <w:rFonts w:ascii="Arial" w:hAnsi="Arial" w:cs="Arial"/>
          <w:sz w:val="28"/>
          <w:szCs w:val="28"/>
        </w:rPr>
        <w:t>Stockholm</w:t>
      </w:r>
    </w:p>
    <w:p w14:paraId="3FE3AC9B" w14:textId="14B20EE9" w:rsidR="006A0347" w:rsidRPr="002F5AF6" w:rsidRDefault="00E26777" w:rsidP="00D906E4">
      <w:pPr>
        <w:pStyle w:val="faktatextbakF"/>
        <w:rPr>
          <w:rFonts w:ascii="Arial" w:hAnsi="Arial" w:cs="Arial"/>
          <w:caps/>
          <w:sz w:val="28"/>
          <w:szCs w:val="28"/>
        </w:rPr>
      </w:pPr>
      <w:r w:rsidRPr="002F5AF6">
        <w:rPr>
          <w:rFonts w:ascii="Arial" w:hAnsi="Arial" w:cs="Arial"/>
          <w:sz w:val="28"/>
          <w:szCs w:val="28"/>
        </w:rPr>
        <w:t>T</w:t>
      </w:r>
      <w:r w:rsidR="00D906E4" w:rsidRPr="002F5AF6">
        <w:rPr>
          <w:rFonts w:ascii="Arial" w:hAnsi="Arial" w:cs="Arial"/>
          <w:sz w:val="28"/>
          <w:szCs w:val="28"/>
        </w:rPr>
        <w:t>el</w:t>
      </w:r>
      <w:r>
        <w:rPr>
          <w:rFonts w:ascii="Arial" w:hAnsi="Arial" w:cs="Arial"/>
          <w:sz w:val="28"/>
          <w:szCs w:val="28"/>
        </w:rPr>
        <w:t xml:space="preserve"> nr</w:t>
      </w:r>
      <w:r w:rsidR="00D906E4" w:rsidRPr="002F5AF6">
        <w:rPr>
          <w:rFonts w:ascii="Arial" w:hAnsi="Arial" w:cs="Arial"/>
          <w:sz w:val="28"/>
          <w:szCs w:val="28"/>
        </w:rPr>
        <w:t xml:space="preserve">: 08-39 90 00 </w:t>
      </w:r>
    </w:p>
    <w:p w14:paraId="6ADBF5E7" w14:textId="77777777" w:rsidR="006A0347" w:rsidRPr="002F5AF6" w:rsidRDefault="006A0347" w:rsidP="00D906E4">
      <w:pPr>
        <w:pStyle w:val="faktatextbakF"/>
        <w:rPr>
          <w:rFonts w:ascii="Arial" w:hAnsi="Arial" w:cs="Arial"/>
          <w:caps/>
          <w:sz w:val="28"/>
          <w:szCs w:val="28"/>
        </w:rPr>
      </w:pPr>
      <w:hyperlink r:id="rId24" w:history="1">
        <w:r w:rsidRPr="002F5AF6">
          <w:rPr>
            <w:rStyle w:val="Hyperlnk"/>
            <w:rFonts w:ascii="Arial" w:hAnsi="Arial" w:cs="Arial"/>
            <w:sz w:val="28"/>
            <w:szCs w:val="28"/>
          </w:rPr>
          <w:t>info@srf.nu</w:t>
        </w:r>
      </w:hyperlink>
      <w:r w:rsidR="00D906E4" w:rsidRPr="002F5AF6">
        <w:rPr>
          <w:rFonts w:ascii="Arial" w:hAnsi="Arial" w:cs="Arial"/>
          <w:sz w:val="28"/>
          <w:szCs w:val="28"/>
        </w:rPr>
        <w:t xml:space="preserve"> </w:t>
      </w:r>
    </w:p>
    <w:p w14:paraId="502843DA" w14:textId="5BBC88E1" w:rsidR="00D906E4" w:rsidRPr="002F5AF6" w:rsidRDefault="00D906E4" w:rsidP="00D906E4">
      <w:pPr>
        <w:pStyle w:val="faktatextbakF"/>
        <w:rPr>
          <w:rFonts w:ascii="Arial" w:hAnsi="Arial" w:cs="Arial"/>
          <w:caps/>
          <w:sz w:val="28"/>
          <w:szCs w:val="28"/>
        </w:rPr>
      </w:pPr>
      <w:hyperlink r:id="rId25" w:history="1">
        <w:r w:rsidRPr="002F5AF6">
          <w:rPr>
            <w:rStyle w:val="Hyperlnk"/>
            <w:rFonts w:ascii="Arial" w:hAnsi="Arial" w:cs="Arial"/>
            <w:sz w:val="28"/>
            <w:szCs w:val="28"/>
          </w:rPr>
          <w:t>srf.nu</w:t>
        </w:r>
      </w:hyperlink>
    </w:p>
    <w:p w14:paraId="33BFD870" w14:textId="77777777" w:rsidR="00D906E4" w:rsidRPr="002F5AF6" w:rsidRDefault="00D906E4" w:rsidP="00D906E4">
      <w:pPr>
        <w:rPr>
          <w:lang w:val="sv-SE"/>
        </w:rPr>
      </w:pPr>
    </w:p>
    <w:p w14:paraId="61DF1D26" w14:textId="3DEA2FD0" w:rsidR="00D906E4" w:rsidRPr="00E40465" w:rsidRDefault="00D906E4" w:rsidP="00D906E4">
      <w:pPr>
        <w:pStyle w:val="faktatextbakF"/>
        <w:rPr>
          <w:rFonts w:ascii="Arial" w:hAnsi="Arial" w:cs="Arial"/>
          <w:sz w:val="28"/>
          <w:szCs w:val="28"/>
        </w:rPr>
      </w:pPr>
      <w:r w:rsidRPr="00E40465">
        <w:rPr>
          <w:rFonts w:ascii="Arial" w:hAnsi="Arial" w:cs="Arial"/>
          <w:sz w:val="28"/>
          <w:szCs w:val="28"/>
        </w:rPr>
        <w:t xml:space="preserve">Stöd gärna vårt arbete </w:t>
      </w:r>
      <w:r>
        <w:rPr>
          <w:rFonts w:ascii="Arial" w:hAnsi="Arial" w:cs="Arial"/>
          <w:sz w:val="28"/>
          <w:szCs w:val="28"/>
        </w:rPr>
        <w:tab/>
        <w:t xml:space="preserve">     </w:t>
      </w:r>
    </w:p>
    <w:p w14:paraId="476E1A30" w14:textId="77777777" w:rsidR="00D906E4" w:rsidRPr="00A26675" w:rsidRDefault="00D906E4" w:rsidP="00D906E4">
      <w:pPr>
        <w:rPr>
          <w:rFonts w:ascii="Arial" w:hAnsi="Arial" w:cs="Arial"/>
          <w:sz w:val="28"/>
          <w:szCs w:val="28"/>
          <w:lang w:val="sv-SE"/>
        </w:rPr>
      </w:pPr>
      <w:r w:rsidRPr="00A26675">
        <w:rPr>
          <w:rFonts w:ascii="Arial" w:hAnsi="Arial" w:cs="Arial"/>
          <w:sz w:val="28"/>
          <w:szCs w:val="28"/>
          <w:lang w:val="sv-SE"/>
        </w:rPr>
        <w:t>Pg 90 00 90-2</w:t>
      </w:r>
    </w:p>
    <w:p w14:paraId="65EF860B" w14:textId="77777777" w:rsidR="00D906E4" w:rsidRPr="00D906E4" w:rsidRDefault="00D906E4" w:rsidP="00D906E4">
      <w:pPr>
        <w:rPr>
          <w:color w:val="1F497D"/>
          <w:lang w:val="sv-SE"/>
        </w:rPr>
      </w:pPr>
    </w:p>
    <w:p w14:paraId="30F62F56" w14:textId="626C8111" w:rsidR="00D906E4" w:rsidRPr="00D906E4" w:rsidRDefault="00A26675" w:rsidP="00D906E4">
      <w:pPr>
        <w:rPr>
          <w:color w:val="1F497D"/>
          <w:lang w:val="sv-SE"/>
        </w:rPr>
      </w:pPr>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7C4432">
        <w:rPr>
          <w:color w:val="1F497D"/>
        </w:rPr>
        <w:fldChar w:fldCharType="begin"/>
      </w:r>
      <w:r w:rsidR="007C4432">
        <w:rPr>
          <w:color w:val="1F497D"/>
        </w:rPr>
        <w:instrText xml:space="preserve"> INCLUDEPICTURE  "cid:image001.png@01D5C6EB.E7415390" \* MERGEFORMATINET </w:instrText>
      </w:r>
      <w:r w:rsidR="007C4432">
        <w:rPr>
          <w:color w:val="1F497D"/>
        </w:rPr>
        <w:fldChar w:fldCharType="separate"/>
      </w:r>
      <w:r w:rsidR="00910D95">
        <w:rPr>
          <w:color w:val="1F497D"/>
        </w:rPr>
        <w:fldChar w:fldCharType="begin"/>
      </w:r>
      <w:r w:rsidR="00910D95">
        <w:rPr>
          <w:color w:val="1F497D"/>
        </w:rPr>
        <w:instrText xml:space="preserve"> INCLUDEPICTURE  "cid:image001.png@01D5C6EB.E7415390" \* MERGEFORMATINET </w:instrText>
      </w:r>
      <w:r w:rsidR="00910D95">
        <w:rPr>
          <w:color w:val="1F497D"/>
        </w:rPr>
        <w:fldChar w:fldCharType="separate"/>
      </w:r>
      <w:r w:rsidR="006C236C">
        <w:rPr>
          <w:color w:val="1F497D"/>
        </w:rPr>
        <w:fldChar w:fldCharType="begin"/>
      </w:r>
      <w:r w:rsidR="006C236C">
        <w:rPr>
          <w:color w:val="1F497D"/>
        </w:rPr>
        <w:instrText xml:space="preserve"> INCLUDEPICTURE  "cid:image001.png@01D5C6EB.E7415390" \* MERGEFORMATINET </w:instrText>
      </w:r>
      <w:r w:rsidR="006C236C">
        <w:rPr>
          <w:color w:val="1F497D"/>
        </w:rPr>
        <w:fldChar w:fldCharType="separate"/>
      </w:r>
      <w:r w:rsidR="00E26777">
        <w:rPr>
          <w:color w:val="1F497D"/>
        </w:rPr>
        <w:fldChar w:fldCharType="begin"/>
      </w:r>
      <w:r w:rsidR="00E26777">
        <w:rPr>
          <w:color w:val="1F497D"/>
        </w:rPr>
        <w:instrText xml:space="preserve"> INCLUDEPICTURE  "cid:image001.png@01D5C6EB.E7415390" \* MERGEFORMATINET </w:instrText>
      </w:r>
      <w:r w:rsidR="00E26777">
        <w:rPr>
          <w:color w:val="1F497D"/>
        </w:rPr>
        <w:fldChar w:fldCharType="separate"/>
      </w:r>
      <w:r w:rsidR="005071A7">
        <w:rPr>
          <w:color w:val="1F497D"/>
        </w:rPr>
        <w:fldChar w:fldCharType="begin"/>
      </w:r>
      <w:r w:rsidR="005071A7">
        <w:rPr>
          <w:color w:val="1F497D"/>
        </w:rPr>
        <w:instrText xml:space="preserve"> INCLUDEPICTURE  "cid:image001.png@01D5C6EB.E7415390" \* MERGEFORMATINET </w:instrText>
      </w:r>
      <w:r w:rsidR="005071A7">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2D539A">
        <w:rPr>
          <w:color w:val="1F497D"/>
        </w:rPr>
        <w:fldChar w:fldCharType="begin"/>
      </w:r>
      <w:r w:rsidR="002D539A">
        <w:rPr>
          <w:color w:val="1F497D"/>
        </w:rPr>
        <w:instrText xml:space="preserve"> INCLUDEPICTURE  "cid:image001.png@01D5C6EB.E7415390" \* MERGEFORMATINET </w:instrText>
      </w:r>
      <w:r w:rsidR="002D539A">
        <w:rPr>
          <w:color w:val="1F497D"/>
        </w:rPr>
        <w:fldChar w:fldCharType="separate"/>
      </w:r>
      <w:r w:rsidR="00654100">
        <w:rPr>
          <w:color w:val="1F497D"/>
        </w:rPr>
        <w:fldChar w:fldCharType="begin"/>
      </w:r>
      <w:r w:rsidR="00654100">
        <w:rPr>
          <w:color w:val="1F497D"/>
        </w:rPr>
        <w:instrText xml:space="preserve"> INCLUDEPICTURE  "cid:image001.png@01D5C6EB.E7415390" \* MERGEFORMATINET </w:instrText>
      </w:r>
      <w:r w:rsidR="00654100">
        <w:rPr>
          <w:color w:val="1F497D"/>
        </w:rPr>
        <w:fldChar w:fldCharType="separate"/>
      </w:r>
      <w:r w:rsidR="00184F98">
        <w:rPr>
          <w:color w:val="1F497D"/>
        </w:rPr>
        <w:fldChar w:fldCharType="begin"/>
      </w:r>
      <w:r w:rsidR="00184F98">
        <w:rPr>
          <w:color w:val="1F497D"/>
        </w:rPr>
        <w:instrText xml:space="preserve"> INCLUDEPICTURE  "cid:image001.png@01D5C6EB.E7415390" \* MERGEFORMATINET </w:instrText>
      </w:r>
      <w:r w:rsidR="00184F98">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B93DF2">
        <w:rPr>
          <w:color w:val="1F497D"/>
        </w:rPr>
        <w:fldChar w:fldCharType="begin"/>
      </w:r>
      <w:r w:rsidR="00B93DF2">
        <w:rPr>
          <w:color w:val="1F497D"/>
        </w:rPr>
        <w:instrText xml:space="preserve"> INCLUDEPICTURE  "cid:image001.png@01D5C6EB.E7415390" \* MERGEFORMATINET </w:instrText>
      </w:r>
      <w:r w:rsidR="00B93DF2">
        <w:rPr>
          <w:color w:val="1F497D"/>
        </w:rPr>
        <w:fldChar w:fldCharType="separate"/>
      </w:r>
      <w:r w:rsidR="00C715BD">
        <w:rPr>
          <w:color w:val="1F497D"/>
        </w:rPr>
        <w:fldChar w:fldCharType="begin"/>
      </w:r>
      <w:r w:rsidR="00C715BD">
        <w:rPr>
          <w:color w:val="1F497D"/>
        </w:rPr>
        <w:instrText xml:space="preserve"> INCLUDEPICTURE  "cid:image001.png@01D5C6EB.E7415390" \* MERGEFORMATINET </w:instrText>
      </w:r>
      <w:r w:rsidR="00C715BD">
        <w:rPr>
          <w:color w:val="1F497D"/>
        </w:rPr>
        <w:fldChar w:fldCharType="separate"/>
      </w:r>
      <w:r w:rsidR="003823BC">
        <w:rPr>
          <w:color w:val="1F497D"/>
        </w:rPr>
        <w:fldChar w:fldCharType="begin"/>
      </w:r>
      <w:r w:rsidR="003823BC">
        <w:rPr>
          <w:color w:val="1F497D"/>
        </w:rPr>
        <w:instrText xml:space="preserve"> </w:instrText>
      </w:r>
      <w:r w:rsidR="003823BC">
        <w:rPr>
          <w:color w:val="1F497D"/>
        </w:rPr>
        <w:instrText>INCLUDEPICTURE  "cid:image001.png@01D5C6EB.E7415390" \* MERGEFORMATINET</w:instrText>
      </w:r>
      <w:r w:rsidR="003823BC">
        <w:rPr>
          <w:color w:val="1F497D"/>
        </w:rPr>
        <w:instrText xml:space="preserve"> </w:instrText>
      </w:r>
      <w:r w:rsidR="003823BC">
        <w:rPr>
          <w:color w:val="1F497D"/>
        </w:rPr>
        <w:fldChar w:fldCharType="separate"/>
      </w:r>
      <w:r w:rsidR="003823BC">
        <w:rPr>
          <w:color w:val="1F497D"/>
        </w:rPr>
        <w:pict w14:anchorId="6770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RF_Go_logo_blå_med_tagline_mellan_webb" style="width:108.4pt;height:36.4pt">
            <v:imagedata r:id="rId26" r:href="rId27"/>
          </v:shape>
        </w:pict>
      </w:r>
      <w:r w:rsidR="003823BC">
        <w:rPr>
          <w:color w:val="1F497D"/>
        </w:rPr>
        <w:fldChar w:fldCharType="end"/>
      </w:r>
      <w:r w:rsidR="00C715BD">
        <w:rPr>
          <w:color w:val="1F497D"/>
        </w:rPr>
        <w:fldChar w:fldCharType="end"/>
      </w:r>
      <w:r w:rsidR="00B93DF2">
        <w:rPr>
          <w:color w:val="1F497D"/>
        </w:rPr>
        <w:fldChar w:fldCharType="end"/>
      </w:r>
      <w:r>
        <w:rPr>
          <w:color w:val="1F497D"/>
        </w:rPr>
        <w:fldChar w:fldCharType="end"/>
      </w:r>
      <w:r w:rsidR="00184F98">
        <w:rPr>
          <w:color w:val="1F497D"/>
        </w:rPr>
        <w:fldChar w:fldCharType="end"/>
      </w:r>
      <w:r w:rsidR="00654100">
        <w:rPr>
          <w:color w:val="1F497D"/>
        </w:rPr>
        <w:fldChar w:fldCharType="end"/>
      </w:r>
      <w:r w:rsidR="002D539A">
        <w:rPr>
          <w:color w:val="1F497D"/>
        </w:rPr>
        <w:fldChar w:fldCharType="end"/>
      </w:r>
      <w:r w:rsidR="00DE2B88">
        <w:rPr>
          <w:color w:val="1F497D"/>
        </w:rPr>
        <w:fldChar w:fldCharType="end"/>
      </w:r>
      <w:r w:rsidR="00DE2B88">
        <w:rPr>
          <w:color w:val="1F497D"/>
        </w:rPr>
        <w:fldChar w:fldCharType="end"/>
      </w:r>
      <w:r w:rsidR="005071A7">
        <w:rPr>
          <w:color w:val="1F497D"/>
        </w:rPr>
        <w:fldChar w:fldCharType="end"/>
      </w:r>
      <w:r w:rsidR="00E26777">
        <w:rPr>
          <w:color w:val="1F497D"/>
        </w:rPr>
        <w:fldChar w:fldCharType="end"/>
      </w:r>
      <w:r w:rsidR="006C236C">
        <w:rPr>
          <w:color w:val="1F497D"/>
        </w:rPr>
        <w:fldChar w:fldCharType="end"/>
      </w:r>
      <w:r w:rsidR="00910D95">
        <w:rPr>
          <w:color w:val="1F497D"/>
        </w:rPr>
        <w:fldChar w:fldCharType="end"/>
      </w:r>
      <w:r w:rsidR="007C4432">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F82B9D3" w14:textId="084C0535" w:rsidR="00D906E4" w:rsidRDefault="00D906E4" w:rsidP="00D906E4">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7C4432">
        <w:rPr>
          <w:color w:val="1F497D"/>
        </w:rPr>
        <w:fldChar w:fldCharType="begin"/>
      </w:r>
      <w:r w:rsidR="007C4432">
        <w:rPr>
          <w:color w:val="1F497D"/>
        </w:rPr>
        <w:instrText xml:space="preserve"> INCLUDEPICTURE  "cid:image001.png@01D5C6EB.E7415390" \* MERGEFORMATINET </w:instrText>
      </w:r>
      <w:r w:rsidR="007C4432">
        <w:rPr>
          <w:color w:val="1F497D"/>
        </w:rPr>
        <w:fldChar w:fldCharType="separate"/>
      </w:r>
      <w:r w:rsidR="00910D95">
        <w:rPr>
          <w:color w:val="1F497D"/>
        </w:rPr>
        <w:fldChar w:fldCharType="begin"/>
      </w:r>
      <w:r w:rsidR="00910D95">
        <w:rPr>
          <w:color w:val="1F497D"/>
        </w:rPr>
        <w:instrText xml:space="preserve"> INCLUDEPICTURE  "cid:image001.png@01D5C6EB.E7415390" \* MERGEFORMATINET </w:instrText>
      </w:r>
      <w:r w:rsidR="00910D95">
        <w:rPr>
          <w:color w:val="1F497D"/>
        </w:rPr>
        <w:fldChar w:fldCharType="separate"/>
      </w:r>
      <w:r w:rsidR="006C236C">
        <w:rPr>
          <w:color w:val="1F497D"/>
        </w:rPr>
        <w:fldChar w:fldCharType="begin"/>
      </w:r>
      <w:r w:rsidR="006C236C">
        <w:rPr>
          <w:color w:val="1F497D"/>
        </w:rPr>
        <w:instrText xml:space="preserve"> INCLUDEPICTURE  "cid:image001.png@01D5C6EB.E7415390" \* MERGEFORMATINET </w:instrText>
      </w:r>
      <w:r w:rsidR="006C236C">
        <w:rPr>
          <w:color w:val="1F497D"/>
        </w:rPr>
        <w:fldChar w:fldCharType="separate"/>
      </w:r>
      <w:r w:rsidR="00E26777">
        <w:rPr>
          <w:color w:val="1F497D"/>
        </w:rPr>
        <w:fldChar w:fldCharType="begin"/>
      </w:r>
      <w:r w:rsidR="00E26777">
        <w:rPr>
          <w:color w:val="1F497D"/>
        </w:rPr>
        <w:instrText xml:space="preserve"> INCLUDEPICTURE  "cid:image001.png@01D5C6EB.E7415390" \* MERGEFORMATINET </w:instrText>
      </w:r>
      <w:r w:rsidR="00E26777">
        <w:rPr>
          <w:color w:val="1F497D"/>
        </w:rPr>
        <w:fldChar w:fldCharType="separate"/>
      </w:r>
      <w:r w:rsidR="005071A7">
        <w:rPr>
          <w:color w:val="1F497D"/>
        </w:rPr>
        <w:fldChar w:fldCharType="begin"/>
      </w:r>
      <w:r w:rsidR="005071A7">
        <w:rPr>
          <w:color w:val="1F497D"/>
        </w:rPr>
        <w:instrText xml:space="preserve"> INCLUDEPICTURE  "cid:image001.png@01D5C6EB.E7415390" \* MERGEFORMATINET </w:instrText>
      </w:r>
      <w:r w:rsidR="005071A7">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DE2B88">
        <w:rPr>
          <w:color w:val="1F497D"/>
        </w:rPr>
        <w:fldChar w:fldCharType="begin"/>
      </w:r>
      <w:r w:rsidR="00DE2B88">
        <w:rPr>
          <w:color w:val="1F497D"/>
        </w:rPr>
        <w:instrText xml:space="preserve"> INCLUDEPICTURE  "cid:image001.png@01D5C6EB.E7415390" \* MERGEFORMATINET </w:instrText>
      </w:r>
      <w:r w:rsidR="00DE2B88">
        <w:rPr>
          <w:color w:val="1F497D"/>
        </w:rPr>
        <w:fldChar w:fldCharType="separate"/>
      </w:r>
      <w:r w:rsidR="002D539A">
        <w:rPr>
          <w:color w:val="1F497D"/>
        </w:rPr>
        <w:fldChar w:fldCharType="begin"/>
      </w:r>
      <w:r w:rsidR="002D539A">
        <w:rPr>
          <w:color w:val="1F497D"/>
        </w:rPr>
        <w:instrText xml:space="preserve"> INCLUDEPICTURE  "cid:image001.png@01D5C6EB.E7415390" \* MERGEFORMATINET </w:instrText>
      </w:r>
      <w:r w:rsidR="002D539A">
        <w:rPr>
          <w:color w:val="1F497D"/>
        </w:rPr>
        <w:fldChar w:fldCharType="separate"/>
      </w:r>
      <w:r w:rsidR="00654100">
        <w:rPr>
          <w:color w:val="1F497D"/>
        </w:rPr>
        <w:fldChar w:fldCharType="begin"/>
      </w:r>
      <w:r w:rsidR="00654100">
        <w:rPr>
          <w:color w:val="1F497D"/>
        </w:rPr>
        <w:instrText xml:space="preserve"> INCLUDEPICTURE  "cid:image001.png@01D5C6EB.E7415390" \* MERGEFORMATINET </w:instrText>
      </w:r>
      <w:r w:rsidR="00654100">
        <w:rPr>
          <w:color w:val="1F497D"/>
        </w:rPr>
        <w:fldChar w:fldCharType="separate"/>
      </w:r>
      <w:r w:rsidR="00184F98">
        <w:rPr>
          <w:color w:val="1F497D"/>
        </w:rPr>
        <w:fldChar w:fldCharType="begin"/>
      </w:r>
      <w:r w:rsidR="00184F98">
        <w:rPr>
          <w:color w:val="1F497D"/>
        </w:rPr>
        <w:instrText xml:space="preserve"> INCLUDEPICTURE  "cid:image001.png@01D5C6EB.E7415390" \* MERGEFORMATINET </w:instrText>
      </w:r>
      <w:r w:rsidR="00184F98">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B93DF2">
        <w:rPr>
          <w:color w:val="1F497D"/>
        </w:rPr>
        <w:fldChar w:fldCharType="begin"/>
      </w:r>
      <w:r w:rsidR="00B93DF2">
        <w:rPr>
          <w:color w:val="1F497D"/>
        </w:rPr>
        <w:instrText xml:space="preserve"> INCLUDEPICTURE  "cid:image001.png@01D5C6EB.E7415390" \* MERGEFORMATINET </w:instrText>
      </w:r>
      <w:r w:rsidR="00B93DF2">
        <w:rPr>
          <w:color w:val="1F497D"/>
        </w:rPr>
        <w:fldChar w:fldCharType="separate"/>
      </w:r>
      <w:r w:rsidR="00C715BD">
        <w:rPr>
          <w:color w:val="1F497D"/>
        </w:rPr>
        <w:fldChar w:fldCharType="begin"/>
      </w:r>
      <w:r w:rsidR="00C715BD">
        <w:rPr>
          <w:color w:val="1F497D"/>
        </w:rPr>
        <w:instrText xml:space="preserve"> INCLUDEPICTURE  "cid:image001.png@01D5C6EB.E7415390" \* MERGEFORMATINET </w:instrText>
      </w:r>
      <w:r w:rsidR="00C715BD">
        <w:rPr>
          <w:color w:val="1F497D"/>
        </w:rPr>
        <w:fldChar w:fldCharType="separate"/>
      </w:r>
      <w:r w:rsidR="003823BC">
        <w:rPr>
          <w:color w:val="1F497D"/>
        </w:rPr>
        <w:fldChar w:fldCharType="begin"/>
      </w:r>
      <w:r w:rsidR="003823BC">
        <w:rPr>
          <w:color w:val="1F497D"/>
        </w:rPr>
        <w:instrText xml:space="preserve"> </w:instrText>
      </w:r>
      <w:r w:rsidR="003823BC">
        <w:rPr>
          <w:color w:val="1F497D"/>
        </w:rPr>
        <w:instrText>INCLUDEPICTURE  "cid:image001.png@01D5C6EB.E7415390" \* MERGEFORMATINET</w:instrText>
      </w:r>
      <w:r w:rsidR="003823BC">
        <w:rPr>
          <w:color w:val="1F497D"/>
        </w:rPr>
        <w:instrText xml:space="preserve"> </w:instrText>
      </w:r>
      <w:r w:rsidR="003823BC">
        <w:rPr>
          <w:color w:val="1F497D"/>
        </w:rPr>
        <w:fldChar w:fldCharType="separate"/>
      </w:r>
      <w:r w:rsidR="003823BC">
        <w:rPr>
          <w:color w:val="1F497D"/>
        </w:rPr>
        <w:pict w14:anchorId="7CFFF8EE">
          <v:shape id="_x0000_i1026" type="#_x0000_t75" alt="SRF_Go_logo_blå_med_tagline_mellan_webb" style="width:108.4pt;height:35.6pt">
            <v:imagedata r:id="rId28" r:href="rId29"/>
          </v:shape>
        </w:pict>
      </w:r>
      <w:r w:rsidR="003823BC">
        <w:rPr>
          <w:color w:val="1F497D"/>
        </w:rPr>
        <w:fldChar w:fldCharType="end"/>
      </w:r>
      <w:r w:rsidR="00C715BD">
        <w:rPr>
          <w:color w:val="1F497D"/>
        </w:rPr>
        <w:fldChar w:fldCharType="end"/>
      </w:r>
      <w:r w:rsidR="00B93DF2">
        <w:rPr>
          <w:color w:val="1F497D"/>
        </w:rPr>
        <w:fldChar w:fldCharType="end"/>
      </w:r>
      <w:r>
        <w:rPr>
          <w:color w:val="1F497D"/>
        </w:rPr>
        <w:fldChar w:fldCharType="end"/>
      </w:r>
      <w:r w:rsidR="00184F98">
        <w:rPr>
          <w:color w:val="1F497D"/>
        </w:rPr>
        <w:fldChar w:fldCharType="end"/>
      </w:r>
      <w:r w:rsidR="00654100">
        <w:rPr>
          <w:color w:val="1F497D"/>
        </w:rPr>
        <w:fldChar w:fldCharType="end"/>
      </w:r>
      <w:r w:rsidR="002D539A">
        <w:rPr>
          <w:color w:val="1F497D"/>
        </w:rPr>
        <w:fldChar w:fldCharType="end"/>
      </w:r>
      <w:r w:rsidR="00DE2B88">
        <w:rPr>
          <w:color w:val="1F497D"/>
        </w:rPr>
        <w:fldChar w:fldCharType="end"/>
      </w:r>
      <w:r w:rsidR="00DE2B88">
        <w:rPr>
          <w:color w:val="1F497D"/>
        </w:rPr>
        <w:fldChar w:fldCharType="end"/>
      </w:r>
      <w:r w:rsidR="005071A7">
        <w:rPr>
          <w:color w:val="1F497D"/>
        </w:rPr>
        <w:fldChar w:fldCharType="end"/>
      </w:r>
      <w:r w:rsidR="00E26777">
        <w:rPr>
          <w:color w:val="1F497D"/>
        </w:rPr>
        <w:fldChar w:fldCharType="end"/>
      </w:r>
      <w:r w:rsidR="006C236C">
        <w:rPr>
          <w:color w:val="1F497D"/>
        </w:rPr>
        <w:fldChar w:fldCharType="end"/>
      </w:r>
      <w:r w:rsidR="00910D95">
        <w:rPr>
          <w:color w:val="1F497D"/>
        </w:rPr>
        <w:fldChar w:fldCharType="end"/>
      </w:r>
      <w:r w:rsidR="007C4432">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DC09998" w14:textId="08A63D18" w:rsidR="00755EB3" w:rsidRPr="00843F59" w:rsidRDefault="00A26675" w:rsidP="00ED2E8B">
      <w:pPr>
        <w:rPr>
          <w:rFonts w:ascii="Sofia Sans" w:hAnsi="Sofia Sans"/>
          <w:lang w:val="sv-SE"/>
        </w:rPr>
      </w:pPr>
      <w:r>
        <w:rPr>
          <w:noProof/>
        </w:rPr>
        <w:drawing>
          <wp:inline distT="0" distB="0" distL="0" distR="0" wp14:anchorId="6C826515" wp14:editId="616CCCA4">
            <wp:extent cx="1122739" cy="353060"/>
            <wp:effectExtent l="0" t="0" r="1270" b="8890"/>
            <wp:docPr id="4" name="Bildobjekt 4" descr="Svensk insamlingskontroll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Konto_Logo_RGB_Bo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9655" cy="358379"/>
                    </a:xfrm>
                    <a:prstGeom prst="rect">
                      <a:avLst/>
                    </a:prstGeom>
                  </pic:spPr>
                </pic:pic>
              </a:graphicData>
            </a:graphic>
          </wp:inline>
        </w:drawing>
      </w:r>
      <w:r>
        <w:rPr>
          <w:noProof/>
        </w:rPr>
        <w:drawing>
          <wp:anchor distT="0" distB="0" distL="114300" distR="114300" simplePos="0" relativeHeight="251661312" behindDoc="1" locked="0" layoutInCell="1" allowOverlap="1" wp14:anchorId="198A247F" wp14:editId="60595483">
            <wp:simplePos x="0" y="0"/>
            <wp:positionH relativeFrom="margin">
              <wp:align>left</wp:align>
            </wp:positionH>
            <wp:positionV relativeFrom="paragraph">
              <wp:posOffset>1210310</wp:posOffset>
            </wp:positionV>
            <wp:extent cx="3184525" cy="800100"/>
            <wp:effectExtent l="0" t="0" r="0" b="0"/>
            <wp:wrapSquare wrapText="bothSides"/>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4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5EB3" w:rsidRPr="00843F59" w:rsidSect="00D906E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8A6E8" w14:textId="77777777" w:rsidR="00C715BD" w:rsidRDefault="00C715BD" w:rsidP="00C535D9">
      <w:pPr>
        <w:spacing w:after="0" w:line="240" w:lineRule="auto"/>
      </w:pPr>
      <w:r>
        <w:separator/>
      </w:r>
    </w:p>
  </w:endnote>
  <w:endnote w:type="continuationSeparator" w:id="0">
    <w:p w14:paraId="7DD3E201" w14:textId="77777777" w:rsidR="00C715BD" w:rsidRDefault="00C715BD" w:rsidP="00C5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w:altName w:val="Calibri"/>
    <w:panose1 w:val="00000000000000000000"/>
    <w:charset w:val="00"/>
    <w:family w:val="swiss"/>
    <w:notTrueType/>
    <w:pitch w:val="variable"/>
    <w:sig w:usb0="00000003" w:usb1="00000000" w:usb2="00000000" w:usb3="00000000" w:csb0="00000001" w:csb1="00000000"/>
  </w:font>
  <w:font w:name="Sofia Sans">
    <w:altName w:val="Calibri"/>
    <w:panose1 w:val="00000000000000000000"/>
    <w:charset w:val="00"/>
    <w:family w:val="auto"/>
    <w:pitch w:val="variable"/>
    <w:sig w:usb0="A00002EF"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971419"/>
      <w:docPartObj>
        <w:docPartGallery w:val="Page Numbers (Bottom of Page)"/>
        <w:docPartUnique/>
      </w:docPartObj>
    </w:sdtPr>
    <w:sdtEndPr/>
    <w:sdtContent>
      <w:p w14:paraId="532F7585" w14:textId="4B6D0F38" w:rsidR="00C535D9" w:rsidRDefault="00C535D9">
        <w:pPr>
          <w:pStyle w:val="Sidfot"/>
        </w:pPr>
        <w:r>
          <w:rPr>
            <w:noProof/>
          </w:rPr>
          <mc:AlternateContent>
            <mc:Choice Requires="wps">
              <w:drawing>
                <wp:anchor distT="0" distB="0" distL="114300" distR="114300" simplePos="0" relativeHeight="251659264" behindDoc="0" locked="0" layoutInCell="1" allowOverlap="1" wp14:anchorId="3143D03D" wp14:editId="6FC07F79">
                  <wp:simplePos x="0" y="0"/>
                  <wp:positionH relativeFrom="page">
                    <wp:align>right</wp:align>
                  </wp:positionH>
                  <wp:positionV relativeFrom="page">
                    <wp:align>bottom</wp:align>
                  </wp:positionV>
                  <wp:extent cx="2125980" cy="2054860"/>
                  <wp:effectExtent l="7620" t="0" r="0" b="2540"/>
                  <wp:wrapNone/>
                  <wp:docPr id="480493696" name="Likbent tri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D0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1FE42" w14:textId="77777777" w:rsidR="00C715BD" w:rsidRDefault="00C715BD" w:rsidP="00C535D9">
      <w:pPr>
        <w:spacing w:after="0" w:line="240" w:lineRule="auto"/>
      </w:pPr>
      <w:r>
        <w:separator/>
      </w:r>
    </w:p>
  </w:footnote>
  <w:footnote w:type="continuationSeparator" w:id="0">
    <w:p w14:paraId="33E93041" w14:textId="77777777" w:rsidR="00C715BD" w:rsidRDefault="00C715BD" w:rsidP="00C53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rerad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rerad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a"/>
      <w:lvlText w:val=""/>
      <w:lvlJc w:val="left"/>
      <w:pPr>
        <w:tabs>
          <w:tab w:val="num" w:pos="360"/>
        </w:tabs>
        <w:ind w:left="360" w:hanging="360"/>
      </w:pPr>
      <w:rPr>
        <w:rFonts w:ascii="Symbol" w:hAnsi="Symbol" w:hint="default"/>
      </w:rPr>
    </w:lvl>
  </w:abstractNum>
  <w:abstractNum w:abstractNumId="9" w15:restartNumberingAfterBreak="0">
    <w:nsid w:val="001553F9"/>
    <w:multiLevelType w:val="hybridMultilevel"/>
    <w:tmpl w:val="72129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5F42423"/>
    <w:multiLevelType w:val="hybridMultilevel"/>
    <w:tmpl w:val="42EA9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9790A10"/>
    <w:multiLevelType w:val="multilevel"/>
    <w:tmpl w:val="BCAE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02C90"/>
    <w:multiLevelType w:val="multilevel"/>
    <w:tmpl w:val="92E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32A1"/>
    <w:multiLevelType w:val="hybridMultilevel"/>
    <w:tmpl w:val="16B455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30A2BA5"/>
    <w:multiLevelType w:val="multilevel"/>
    <w:tmpl w:val="39CE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D5FF0"/>
    <w:multiLevelType w:val="multilevel"/>
    <w:tmpl w:val="75C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6410A"/>
    <w:multiLevelType w:val="multilevel"/>
    <w:tmpl w:val="CA0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85DA1"/>
    <w:multiLevelType w:val="hybridMultilevel"/>
    <w:tmpl w:val="7E7244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BD56F25"/>
    <w:multiLevelType w:val="hybridMultilevel"/>
    <w:tmpl w:val="57B65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2524F13"/>
    <w:multiLevelType w:val="hybridMultilevel"/>
    <w:tmpl w:val="AE742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36A63B8"/>
    <w:multiLevelType w:val="multilevel"/>
    <w:tmpl w:val="D1C6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27031"/>
    <w:multiLevelType w:val="multilevel"/>
    <w:tmpl w:val="940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C5B79"/>
    <w:multiLevelType w:val="hybridMultilevel"/>
    <w:tmpl w:val="00262BC2"/>
    <w:lvl w:ilvl="0" w:tplc="53D2098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DC63580"/>
    <w:multiLevelType w:val="multilevel"/>
    <w:tmpl w:val="5FE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E750A"/>
    <w:multiLevelType w:val="hybridMultilevel"/>
    <w:tmpl w:val="BCFC96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79A3D99"/>
    <w:multiLevelType w:val="hybridMultilevel"/>
    <w:tmpl w:val="B470DE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AB065F"/>
    <w:multiLevelType w:val="hybridMultilevel"/>
    <w:tmpl w:val="1108E35C"/>
    <w:lvl w:ilvl="0" w:tplc="48D81B1E">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7" w15:restartNumberingAfterBreak="0">
    <w:nsid w:val="41DF569E"/>
    <w:multiLevelType w:val="hybridMultilevel"/>
    <w:tmpl w:val="FF0AB2A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4803FE"/>
    <w:multiLevelType w:val="hybridMultilevel"/>
    <w:tmpl w:val="B818F4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1F0C31"/>
    <w:multiLevelType w:val="hybridMultilevel"/>
    <w:tmpl w:val="ECBC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4AF397E"/>
    <w:multiLevelType w:val="hybridMultilevel"/>
    <w:tmpl w:val="8C1211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6AE365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C7BAE"/>
    <w:multiLevelType w:val="hybridMultilevel"/>
    <w:tmpl w:val="451EF9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50382F5E"/>
    <w:multiLevelType w:val="multilevel"/>
    <w:tmpl w:val="E60E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5706B"/>
    <w:multiLevelType w:val="multilevel"/>
    <w:tmpl w:val="9DB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924C3"/>
    <w:multiLevelType w:val="hybridMultilevel"/>
    <w:tmpl w:val="251E4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568030B"/>
    <w:multiLevelType w:val="multilevel"/>
    <w:tmpl w:val="66A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45F38"/>
    <w:multiLevelType w:val="hybridMultilevel"/>
    <w:tmpl w:val="445A7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7D15380"/>
    <w:multiLevelType w:val="hybridMultilevel"/>
    <w:tmpl w:val="5A4EF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D5E45D6"/>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29361418">
    <w:abstractNumId w:val="8"/>
  </w:num>
  <w:num w:numId="2" w16cid:durableId="103579522">
    <w:abstractNumId w:val="6"/>
  </w:num>
  <w:num w:numId="3" w16cid:durableId="1336225836">
    <w:abstractNumId w:val="5"/>
  </w:num>
  <w:num w:numId="4" w16cid:durableId="1156532289">
    <w:abstractNumId w:val="4"/>
  </w:num>
  <w:num w:numId="5" w16cid:durableId="1502239819">
    <w:abstractNumId w:val="7"/>
  </w:num>
  <w:num w:numId="6" w16cid:durableId="2069644638">
    <w:abstractNumId w:val="3"/>
  </w:num>
  <w:num w:numId="7" w16cid:durableId="1867406442">
    <w:abstractNumId w:val="2"/>
  </w:num>
  <w:num w:numId="8" w16cid:durableId="1620575265">
    <w:abstractNumId w:val="1"/>
  </w:num>
  <w:num w:numId="9" w16cid:durableId="131481141">
    <w:abstractNumId w:val="0"/>
  </w:num>
  <w:num w:numId="10" w16cid:durableId="1177575107">
    <w:abstractNumId w:val="20"/>
  </w:num>
  <w:num w:numId="11" w16cid:durableId="1089346299">
    <w:abstractNumId w:val="23"/>
  </w:num>
  <w:num w:numId="12" w16cid:durableId="1576015476">
    <w:abstractNumId w:val="33"/>
  </w:num>
  <w:num w:numId="13" w16cid:durableId="721368898">
    <w:abstractNumId w:val="16"/>
  </w:num>
  <w:num w:numId="14" w16cid:durableId="266423784">
    <w:abstractNumId w:val="15"/>
  </w:num>
  <w:num w:numId="15" w16cid:durableId="2116754127">
    <w:abstractNumId w:val="12"/>
  </w:num>
  <w:num w:numId="16" w16cid:durableId="183785266">
    <w:abstractNumId w:val="21"/>
  </w:num>
  <w:num w:numId="17" w16cid:durableId="2117214713">
    <w:abstractNumId w:val="10"/>
  </w:num>
  <w:num w:numId="18" w16cid:durableId="1143959969">
    <w:abstractNumId w:val="37"/>
  </w:num>
  <w:num w:numId="19" w16cid:durableId="1354575308">
    <w:abstractNumId w:val="25"/>
  </w:num>
  <w:num w:numId="20" w16cid:durableId="1146701665">
    <w:abstractNumId w:val="13"/>
  </w:num>
  <w:num w:numId="21" w16cid:durableId="266276492">
    <w:abstractNumId w:val="30"/>
  </w:num>
  <w:num w:numId="22" w16cid:durableId="42214837">
    <w:abstractNumId w:val="28"/>
  </w:num>
  <w:num w:numId="23" w16cid:durableId="975378451">
    <w:abstractNumId w:val="32"/>
  </w:num>
  <w:num w:numId="24" w16cid:durableId="1356924079">
    <w:abstractNumId w:val="35"/>
  </w:num>
  <w:num w:numId="25" w16cid:durableId="1828859850">
    <w:abstractNumId w:val="14"/>
  </w:num>
  <w:num w:numId="26" w16cid:durableId="297610949">
    <w:abstractNumId w:val="31"/>
  </w:num>
  <w:num w:numId="27" w16cid:durableId="882714319">
    <w:abstractNumId w:val="39"/>
  </w:num>
  <w:num w:numId="28" w16cid:durableId="803699809">
    <w:abstractNumId w:val="38"/>
  </w:num>
  <w:num w:numId="29" w16cid:durableId="1158763301">
    <w:abstractNumId w:val="9"/>
  </w:num>
  <w:num w:numId="30" w16cid:durableId="772169587">
    <w:abstractNumId w:val="18"/>
  </w:num>
  <w:num w:numId="31" w16cid:durableId="485322176">
    <w:abstractNumId w:val="19"/>
  </w:num>
  <w:num w:numId="32" w16cid:durableId="545676863">
    <w:abstractNumId w:val="27"/>
  </w:num>
  <w:num w:numId="33" w16cid:durableId="762066762">
    <w:abstractNumId w:val="29"/>
  </w:num>
  <w:num w:numId="34" w16cid:durableId="1182011888">
    <w:abstractNumId w:val="24"/>
  </w:num>
  <w:num w:numId="35" w16cid:durableId="1502356145">
    <w:abstractNumId w:val="22"/>
  </w:num>
  <w:num w:numId="36" w16cid:durableId="1713919620">
    <w:abstractNumId w:val="17"/>
  </w:num>
  <w:num w:numId="37" w16cid:durableId="2087453497">
    <w:abstractNumId w:val="34"/>
  </w:num>
  <w:num w:numId="38" w16cid:durableId="1793672484">
    <w:abstractNumId w:val="36"/>
  </w:num>
  <w:num w:numId="39" w16cid:durableId="1201237358">
    <w:abstractNumId w:val="11"/>
  </w:num>
  <w:num w:numId="40" w16cid:durableId="11043068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88"/>
    <w:rsid w:val="00014DF7"/>
    <w:rsid w:val="00022F13"/>
    <w:rsid w:val="00024754"/>
    <w:rsid w:val="000329D5"/>
    <w:rsid w:val="0003334C"/>
    <w:rsid w:val="00034616"/>
    <w:rsid w:val="00045721"/>
    <w:rsid w:val="0005326A"/>
    <w:rsid w:val="0006063C"/>
    <w:rsid w:val="00061AF8"/>
    <w:rsid w:val="00067976"/>
    <w:rsid w:val="00085E8A"/>
    <w:rsid w:val="000904D2"/>
    <w:rsid w:val="000905EF"/>
    <w:rsid w:val="000A092C"/>
    <w:rsid w:val="000A45E1"/>
    <w:rsid w:val="000B1140"/>
    <w:rsid w:val="000B4AE9"/>
    <w:rsid w:val="000B5F6A"/>
    <w:rsid w:val="000B6748"/>
    <w:rsid w:val="000C452D"/>
    <w:rsid w:val="000C58DF"/>
    <w:rsid w:val="000C59A9"/>
    <w:rsid w:val="000E263C"/>
    <w:rsid w:val="000E26B8"/>
    <w:rsid w:val="000E2E60"/>
    <w:rsid w:val="000E44C4"/>
    <w:rsid w:val="000E4EE9"/>
    <w:rsid w:val="000E6973"/>
    <w:rsid w:val="000F4CA1"/>
    <w:rsid w:val="000F524D"/>
    <w:rsid w:val="0010122C"/>
    <w:rsid w:val="001028A4"/>
    <w:rsid w:val="00104933"/>
    <w:rsid w:val="00106C31"/>
    <w:rsid w:val="00113411"/>
    <w:rsid w:val="00120397"/>
    <w:rsid w:val="00124437"/>
    <w:rsid w:val="00132C57"/>
    <w:rsid w:val="00141D95"/>
    <w:rsid w:val="0014306A"/>
    <w:rsid w:val="001453EC"/>
    <w:rsid w:val="0015074B"/>
    <w:rsid w:val="00150ECD"/>
    <w:rsid w:val="00164BA3"/>
    <w:rsid w:val="00165742"/>
    <w:rsid w:val="00165D4E"/>
    <w:rsid w:val="001667C3"/>
    <w:rsid w:val="001729EB"/>
    <w:rsid w:val="001769D7"/>
    <w:rsid w:val="00184F98"/>
    <w:rsid w:val="00195D57"/>
    <w:rsid w:val="001A173E"/>
    <w:rsid w:val="001A2470"/>
    <w:rsid w:val="001B7F2C"/>
    <w:rsid w:val="001C46D6"/>
    <w:rsid w:val="001E4761"/>
    <w:rsid w:val="001E6548"/>
    <w:rsid w:val="0020412F"/>
    <w:rsid w:val="00205E69"/>
    <w:rsid w:val="00222A40"/>
    <w:rsid w:val="00225EF8"/>
    <w:rsid w:val="00226847"/>
    <w:rsid w:val="002324E5"/>
    <w:rsid w:val="002333C3"/>
    <w:rsid w:val="0024328B"/>
    <w:rsid w:val="00243F6B"/>
    <w:rsid w:val="00250E84"/>
    <w:rsid w:val="00253F9A"/>
    <w:rsid w:val="0026066E"/>
    <w:rsid w:val="00261942"/>
    <w:rsid w:val="00264048"/>
    <w:rsid w:val="00264A7C"/>
    <w:rsid w:val="0027385F"/>
    <w:rsid w:val="00275EE7"/>
    <w:rsid w:val="0029639D"/>
    <w:rsid w:val="002A39A7"/>
    <w:rsid w:val="002A3B31"/>
    <w:rsid w:val="002A7D33"/>
    <w:rsid w:val="002A7DAA"/>
    <w:rsid w:val="002B3F74"/>
    <w:rsid w:val="002C0302"/>
    <w:rsid w:val="002C2360"/>
    <w:rsid w:val="002C30C4"/>
    <w:rsid w:val="002C3664"/>
    <w:rsid w:val="002D3911"/>
    <w:rsid w:val="002D539A"/>
    <w:rsid w:val="002E0179"/>
    <w:rsid w:val="002F5AF6"/>
    <w:rsid w:val="00304DAF"/>
    <w:rsid w:val="0031082E"/>
    <w:rsid w:val="00310D6F"/>
    <w:rsid w:val="00316920"/>
    <w:rsid w:val="0032025B"/>
    <w:rsid w:val="00326F90"/>
    <w:rsid w:val="00341468"/>
    <w:rsid w:val="00343DB0"/>
    <w:rsid w:val="00344710"/>
    <w:rsid w:val="0037064C"/>
    <w:rsid w:val="00373329"/>
    <w:rsid w:val="0037425E"/>
    <w:rsid w:val="003804BD"/>
    <w:rsid w:val="003823BC"/>
    <w:rsid w:val="00382690"/>
    <w:rsid w:val="00390BF6"/>
    <w:rsid w:val="003A384F"/>
    <w:rsid w:val="003B77DF"/>
    <w:rsid w:val="003D3D9E"/>
    <w:rsid w:val="003D513E"/>
    <w:rsid w:val="003D59F8"/>
    <w:rsid w:val="003D6287"/>
    <w:rsid w:val="003E187A"/>
    <w:rsid w:val="003E2C5F"/>
    <w:rsid w:val="003F5722"/>
    <w:rsid w:val="00412A93"/>
    <w:rsid w:val="00415B96"/>
    <w:rsid w:val="004361F1"/>
    <w:rsid w:val="00436FF0"/>
    <w:rsid w:val="00443FE3"/>
    <w:rsid w:val="0045402D"/>
    <w:rsid w:val="0045534F"/>
    <w:rsid w:val="00455712"/>
    <w:rsid w:val="0046202B"/>
    <w:rsid w:val="0046282C"/>
    <w:rsid w:val="004635FA"/>
    <w:rsid w:val="00463980"/>
    <w:rsid w:val="00465040"/>
    <w:rsid w:val="00465F6E"/>
    <w:rsid w:val="00481593"/>
    <w:rsid w:val="00490117"/>
    <w:rsid w:val="004906FC"/>
    <w:rsid w:val="00491F38"/>
    <w:rsid w:val="00494042"/>
    <w:rsid w:val="004C203E"/>
    <w:rsid w:val="004C32BB"/>
    <w:rsid w:val="004C3A7B"/>
    <w:rsid w:val="004D06BC"/>
    <w:rsid w:val="004D1570"/>
    <w:rsid w:val="004E0F02"/>
    <w:rsid w:val="004E66CE"/>
    <w:rsid w:val="004F33AE"/>
    <w:rsid w:val="004F42C6"/>
    <w:rsid w:val="00504694"/>
    <w:rsid w:val="005071A7"/>
    <w:rsid w:val="00514669"/>
    <w:rsid w:val="00525E56"/>
    <w:rsid w:val="00530D35"/>
    <w:rsid w:val="0053353D"/>
    <w:rsid w:val="00543281"/>
    <w:rsid w:val="005512D1"/>
    <w:rsid w:val="005540F1"/>
    <w:rsid w:val="0056106A"/>
    <w:rsid w:val="00562B69"/>
    <w:rsid w:val="00567C61"/>
    <w:rsid w:val="00574C57"/>
    <w:rsid w:val="005834F5"/>
    <w:rsid w:val="00584A9F"/>
    <w:rsid w:val="00584E56"/>
    <w:rsid w:val="00593CED"/>
    <w:rsid w:val="00597343"/>
    <w:rsid w:val="005A6086"/>
    <w:rsid w:val="005B4E70"/>
    <w:rsid w:val="005B6AB1"/>
    <w:rsid w:val="005C3226"/>
    <w:rsid w:val="005E3549"/>
    <w:rsid w:val="005F3D5C"/>
    <w:rsid w:val="005F529E"/>
    <w:rsid w:val="00605BBC"/>
    <w:rsid w:val="0060669D"/>
    <w:rsid w:val="00613E50"/>
    <w:rsid w:val="00634B21"/>
    <w:rsid w:val="00635BF7"/>
    <w:rsid w:val="0064106D"/>
    <w:rsid w:val="006456B9"/>
    <w:rsid w:val="0064585B"/>
    <w:rsid w:val="006473C1"/>
    <w:rsid w:val="00652A84"/>
    <w:rsid w:val="00654100"/>
    <w:rsid w:val="00657AC5"/>
    <w:rsid w:val="00662327"/>
    <w:rsid w:val="00663C65"/>
    <w:rsid w:val="00664818"/>
    <w:rsid w:val="00664FE4"/>
    <w:rsid w:val="006652B6"/>
    <w:rsid w:val="00672E19"/>
    <w:rsid w:val="00683EF6"/>
    <w:rsid w:val="0069420A"/>
    <w:rsid w:val="006A0347"/>
    <w:rsid w:val="006A0A57"/>
    <w:rsid w:val="006A3CEB"/>
    <w:rsid w:val="006A7471"/>
    <w:rsid w:val="006B4427"/>
    <w:rsid w:val="006C236C"/>
    <w:rsid w:val="006C4C9A"/>
    <w:rsid w:val="006C71E8"/>
    <w:rsid w:val="006D21D7"/>
    <w:rsid w:val="006D2535"/>
    <w:rsid w:val="006D290B"/>
    <w:rsid w:val="006E457B"/>
    <w:rsid w:val="006F7C83"/>
    <w:rsid w:val="0070269C"/>
    <w:rsid w:val="00715694"/>
    <w:rsid w:val="00722B76"/>
    <w:rsid w:val="00725342"/>
    <w:rsid w:val="00725A10"/>
    <w:rsid w:val="00741083"/>
    <w:rsid w:val="00741DA1"/>
    <w:rsid w:val="00750198"/>
    <w:rsid w:val="007542D0"/>
    <w:rsid w:val="00755EB3"/>
    <w:rsid w:val="0078234C"/>
    <w:rsid w:val="007966A1"/>
    <w:rsid w:val="0079749E"/>
    <w:rsid w:val="00797E1C"/>
    <w:rsid w:val="007A6DAB"/>
    <w:rsid w:val="007B2588"/>
    <w:rsid w:val="007B7B20"/>
    <w:rsid w:val="007C4432"/>
    <w:rsid w:val="007E16D9"/>
    <w:rsid w:val="007E2204"/>
    <w:rsid w:val="007F2E63"/>
    <w:rsid w:val="00802E27"/>
    <w:rsid w:val="0080457E"/>
    <w:rsid w:val="00810EC2"/>
    <w:rsid w:val="008323E4"/>
    <w:rsid w:val="00835EE6"/>
    <w:rsid w:val="00837B80"/>
    <w:rsid w:val="00841BA9"/>
    <w:rsid w:val="00843F59"/>
    <w:rsid w:val="00862E37"/>
    <w:rsid w:val="00864CC1"/>
    <w:rsid w:val="00867E4F"/>
    <w:rsid w:val="00867EE5"/>
    <w:rsid w:val="00870651"/>
    <w:rsid w:val="008774F7"/>
    <w:rsid w:val="00882005"/>
    <w:rsid w:val="0088379B"/>
    <w:rsid w:val="00883816"/>
    <w:rsid w:val="008A0566"/>
    <w:rsid w:val="008A7FAF"/>
    <w:rsid w:val="008B419E"/>
    <w:rsid w:val="008B708A"/>
    <w:rsid w:val="008F4F14"/>
    <w:rsid w:val="00901AB5"/>
    <w:rsid w:val="009021F7"/>
    <w:rsid w:val="00910D95"/>
    <w:rsid w:val="009120DD"/>
    <w:rsid w:val="00912705"/>
    <w:rsid w:val="00912D46"/>
    <w:rsid w:val="00915499"/>
    <w:rsid w:val="0093109B"/>
    <w:rsid w:val="00935DDB"/>
    <w:rsid w:val="00944A81"/>
    <w:rsid w:val="00951C93"/>
    <w:rsid w:val="0096336E"/>
    <w:rsid w:val="0096385F"/>
    <w:rsid w:val="00974017"/>
    <w:rsid w:val="009744B0"/>
    <w:rsid w:val="00975C83"/>
    <w:rsid w:val="009A0D23"/>
    <w:rsid w:val="009A2465"/>
    <w:rsid w:val="009A7C97"/>
    <w:rsid w:val="009B0339"/>
    <w:rsid w:val="009B45A9"/>
    <w:rsid w:val="009B6017"/>
    <w:rsid w:val="009C15A4"/>
    <w:rsid w:val="009C5FEE"/>
    <w:rsid w:val="009D13E5"/>
    <w:rsid w:val="009D3949"/>
    <w:rsid w:val="00A07BED"/>
    <w:rsid w:val="00A13676"/>
    <w:rsid w:val="00A26675"/>
    <w:rsid w:val="00A30D6A"/>
    <w:rsid w:val="00A36F55"/>
    <w:rsid w:val="00A40942"/>
    <w:rsid w:val="00A458B6"/>
    <w:rsid w:val="00A45A9C"/>
    <w:rsid w:val="00A47585"/>
    <w:rsid w:val="00A81426"/>
    <w:rsid w:val="00A8186F"/>
    <w:rsid w:val="00A864BF"/>
    <w:rsid w:val="00A9798C"/>
    <w:rsid w:val="00AA0E2F"/>
    <w:rsid w:val="00AA1D8D"/>
    <w:rsid w:val="00AA548A"/>
    <w:rsid w:val="00AB2F7F"/>
    <w:rsid w:val="00AC14AB"/>
    <w:rsid w:val="00AC43C3"/>
    <w:rsid w:val="00AD2A36"/>
    <w:rsid w:val="00AD6224"/>
    <w:rsid w:val="00AE02CE"/>
    <w:rsid w:val="00AE0E60"/>
    <w:rsid w:val="00AE2236"/>
    <w:rsid w:val="00AE3459"/>
    <w:rsid w:val="00AE3CBB"/>
    <w:rsid w:val="00AF5732"/>
    <w:rsid w:val="00AF592B"/>
    <w:rsid w:val="00B01A51"/>
    <w:rsid w:val="00B05057"/>
    <w:rsid w:val="00B05E02"/>
    <w:rsid w:val="00B12D85"/>
    <w:rsid w:val="00B13195"/>
    <w:rsid w:val="00B14B58"/>
    <w:rsid w:val="00B23170"/>
    <w:rsid w:val="00B25A11"/>
    <w:rsid w:val="00B27D8B"/>
    <w:rsid w:val="00B43A97"/>
    <w:rsid w:val="00B47730"/>
    <w:rsid w:val="00B53A2B"/>
    <w:rsid w:val="00B63E63"/>
    <w:rsid w:val="00B83886"/>
    <w:rsid w:val="00B84F3F"/>
    <w:rsid w:val="00B854B6"/>
    <w:rsid w:val="00B86FA6"/>
    <w:rsid w:val="00B91B5A"/>
    <w:rsid w:val="00B93DF2"/>
    <w:rsid w:val="00BB1FA2"/>
    <w:rsid w:val="00BC0CC8"/>
    <w:rsid w:val="00BC21C7"/>
    <w:rsid w:val="00BC7DD6"/>
    <w:rsid w:val="00BD0A88"/>
    <w:rsid w:val="00BE3676"/>
    <w:rsid w:val="00BE49CC"/>
    <w:rsid w:val="00BE4D17"/>
    <w:rsid w:val="00BF3B3A"/>
    <w:rsid w:val="00BF6539"/>
    <w:rsid w:val="00BF6A74"/>
    <w:rsid w:val="00C10CDE"/>
    <w:rsid w:val="00C20C99"/>
    <w:rsid w:val="00C44D06"/>
    <w:rsid w:val="00C535D9"/>
    <w:rsid w:val="00C61B4D"/>
    <w:rsid w:val="00C65A32"/>
    <w:rsid w:val="00C70451"/>
    <w:rsid w:val="00C715BD"/>
    <w:rsid w:val="00C72BD8"/>
    <w:rsid w:val="00C73644"/>
    <w:rsid w:val="00C7629C"/>
    <w:rsid w:val="00C879FC"/>
    <w:rsid w:val="00C87A1C"/>
    <w:rsid w:val="00C96D8E"/>
    <w:rsid w:val="00C97E16"/>
    <w:rsid w:val="00CB0664"/>
    <w:rsid w:val="00CC2F2C"/>
    <w:rsid w:val="00CD3384"/>
    <w:rsid w:val="00CF103B"/>
    <w:rsid w:val="00CF32B1"/>
    <w:rsid w:val="00CF4919"/>
    <w:rsid w:val="00D03BEB"/>
    <w:rsid w:val="00D11FBA"/>
    <w:rsid w:val="00D12DA7"/>
    <w:rsid w:val="00D14BC1"/>
    <w:rsid w:val="00D15F40"/>
    <w:rsid w:val="00D20CF1"/>
    <w:rsid w:val="00D20F39"/>
    <w:rsid w:val="00D22370"/>
    <w:rsid w:val="00D26CEF"/>
    <w:rsid w:val="00D3122B"/>
    <w:rsid w:val="00D41E93"/>
    <w:rsid w:val="00D440EE"/>
    <w:rsid w:val="00D567CD"/>
    <w:rsid w:val="00D650F6"/>
    <w:rsid w:val="00D73B8F"/>
    <w:rsid w:val="00D80BAE"/>
    <w:rsid w:val="00D83297"/>
    <w:rsid w:val="00D85B60"/>
    <w:rsid w:val="00D906E4"/>
    <w:rsid w:val="00D927F1"/>
    <w:rsid w:val="00D935EE"/>
    <w:rsid w:val="00D95849"/>
    <w:rsid w:val="00D96DEA"/>
    <w:rsid w:val="00D971E6"/>
    <w:rsid w:val="00DA6C86"/>
    <w:rsid w:val="00DB5298"/>
    <w:rsid w:val="00DB7AB6"/>
    <w:rsid w:val="00DD2C09"/>
    <w:rsid w:val="00DD4DD3"/>
    <w:rsid w:val="00DE2B88"/>
    <w:rsid w:val="00DE40FD"/>
    <w:rsid w:val="00DE5747"/>
    <w:rsid w:val="00DF01F8"/>
    <w:rsid w:val="00DF25B5"/>
    <w:rsid w:val="00DF5399"/>
    <w:rsid w:val="00E04288"/>
    <w:rsid w:val="00E05AEF"/>
    <w:rsid w:val="00E13A32"/>
    <w:rsid w:val="00E26777"/>
    <w:rsid w:val="00E27694"/>
    <w:rsid w:val="00E301F9"/>
    <w:rsid w:val="00E41A15"/>
    <w:rsid w:val="00E4449B"/>
    <w:rsid w:val="00E5041A"/>
    <w:rsid w:val="00E646B8"/>
    <w:rsid w:val="00E64ED4"/>
    <w:rsid w:val="00E706F3"/>
    <w:rsid w:val="00E70C58"/>
    <w:rsid w:val="00E9313B"/>
    <w:rsid w:val="00E95472"/>
    <w:rsid w:val="00EA2917"/>
    <w:rsid w:val="00EA3A3A"/>
    <w:rsid w:val="00EB391F"/>
    <w:rsid w:val="00EB55B8"/>
    <w:rsid w:val="00EC0BEA"/>
    <w:rsid w:val="00EC6866"/>
    <w:rsid w:val="00EC753F"/>
    <w:rsid w:val="00ED285D"/>
    <w:rsid w:val="00ED2E8B"/>
    <w:rsid w:val="00ED612F"/>
    <w:rsid w:val="00EE3F34"/>
    <w:rsid w:val="00EE7AE0"/>
    <w:rsid w:val="00EF43FB"/>
    <w:rsid w:val="00F035B6"/>
    <w:rsid w:val="00F03714"/>
    <w:rsid w:val="00F07F8A"/>
    <w:rsid w:val="00F10B42"/>
    <w:rsid w:val="00F15DCD"/>
    <w:rsid w:val="00F172DB"/>
    <w:rsid w:val="00F40B6F"/>
    <w:rsid w:val="00F41147"/>
    <w:rsid w:val="00F45AA2"/>
    <w:rsid w:val="00F46C07"/>
    <w:rsid w:val="00F47497"/>
    <w:rsid w:val="00F503D5"/>
    <w:rsid w:val="00F51854"/>
    <w:rsid w:val="00F54CF2"/>
    <w:rsid w:val="00F63D81"/>
    <w:rsid w:val="00F66ABD"/>
    <w:rsid w:val="00F84A58"/>
    <w:rsid w:val="00F91BBA"/>
    <w:rsid w:val="00F9217C"/>
    <w:rsid w:val="00F929C1"/>
    <w:rsid w:val="00F941C6"/>
    <w:rsid w:val="00F979D3"/>
    <w:rsid w:val="00FA0517"/>
    <w:rsid w:val="00FA5674"/>
    <w:rsid w:val="00FC5BE5"/>
    <w:rsid w:val="00FC693F"/>
    <w:rsid w:val="00FC6CBD"/>
    <w:rsid w:val="00FC6F57"/>
    <w:rsid w:val="00FD07A7"/>
    <w:rsid w:val="00FD1C6F"/>
    <w:rsid w:val="00FE4252"/>
    <w:rsid w:val="00FE5C0C"/>
    <w:rsid w:val="00FE6828"/>
    <w:rsid w:val="00FF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0E12DCDD"/>
  <w14:defaultImageDpi w14:val="300"/>
  <w15:docId w15:val="{1B88A178-FB63-48F3-AA21-0935A8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Rubrik1">
    <w:name w:val="heading 1"/>
    <w:basedOn w:val="Normal"/>
    <w:next w:val="Normal"/>
    <w:link w:val="Rubri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18B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618BF"/>
  </w:style>
  <w:style w:type="paragraph" w:styleId="Sidfot">
    <w:name w:val="footer"/>
    <w:basedOn w:val="Normal"/>
    <w:link w:val="SidfotChar"/>
    <w:uiPriority w:val="99"/>
    <w:unhideWhenUsed/>
    <w:rsid w:val="00E618B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618BF"/>
  </w:style>
  <w:style w:type="paragraph" w:styleId="Ingetavstnd">
    <w:name w:val="No Spacing"/>
    <w:link w:val="IngetavstndChar"/>
    <w:uiPriority w:val="1"/>
    <w:qFormat/>
    <w:rsid w:val="00FC693F"/>
    <w:pPr>
      <w:spacing w:after="0" w:line="240" w:lineRule="auto"/>
    </w:pPr>
  </w:style>
  <w:style w:type="character" w:customStyle="1" w:styleId="Rubrik1Char">
    <w:name w:val="Rubrik 1 Char"/>
    <w:basedOn w:val="Standardstycketeckensnitt"/>
    <w:link w:val="Rubri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FC693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C693F"/>
    <w:rPr>
      <w:rFonts w:asciiTheme="majorHAnsi" w:eastAsiaTheme="majorEastAsia" w:hAnsiTheme="majorHAnsi" w:cstheme="majorBidi"/>
      <w:b/>
      <w:bCs/>
      <w:color w:val="4F81BD" w:themeColor="accent1"/>
    </w:rPr>
  </w:style>
  <w:style w:type="paragraph" w:styleId="Rubrik">
    <w:name w:val="Title"/>
    <w:basedOn w:val="Normal"/>
    <w:next w:val="Normal"/>
    <w:link w:val="Rubrik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FC693F"/>
    <w:rPr>
      <w:rFonts w:asciiTheme="majorHAnsi" w:eastAsiaTheme="majorEastAsia" w:hAnsiTheme="majorHAnsi" w:cstheme="majorBidi"/>
      <w:i/>
      <w:iCs/>
      <w:color w:val="4F81BD" w:themeColor="accent1"/>
      <w:spacing w:val="15"/>
      <w:sz w:val="24"/>
      <w:szCs w:val="24"/>
    </w:rPr>
  </w:style>
  <w:style w:type="paragraph" w:styleId="Liststycke">
    <w:name w:val="List Paragraph"/>
    <w:basedOn w:val="Normal"/>
    <w:uiPriority w:val="34"/>
    <w:qFormat/>
    <w:rsid w:val="00FC693F"/>
    <w:pPr>
      <w:ind w:left="720"/>
      <w:contextualSpacing/>
    </w:pPr>
  </w:style>
  <w:style w:type="paragraph" w:styleId="Brdtext">
    <w:name w:val="Body Text"/>
    <w:basedOn w:val="Normal"/>
    <w:link w:val="BrdtextChar"/>
    <w:uiPriority w:val="99"/>
    <w:unhideWhenUsed/>
    <w:rsid w:val="00AA1D8D"/>
    <w:pPr>
      <w:spacing w:after="120"/>
    </w:pPr>
  </w:style>
  <w:style w:type="character" w:customStyle="1" w:styleId="BrdtextChar">
    <w:name w:val="Brödtext Char"/>
    <w:basedOn w:val="Standardstycketeckensnitt"/>
    <w:link w:val="Brdtext"/>
    <w:uiPriority w:val="99"/>
    <w:rsid w:val="00AA1D8D"/>
  </w:style>
  <w:style w:type="paragraph" w:styleId="Brdtext2">
    <w:name w:val="Body Text 2"/>
    <w:basedOn w:val="Normal"/>
    <w:link w:val="Brdtext2Char"/>
    <w:uiPriority w:val="99"/>
    <w:unhideWhenUsed/>
    <w:rsid w:val="00AA1D8D"/>
    <w:pPr>
      <w:spacing w:after="120" w:line="480" w:lineRule="auto"/>
    </w:pPr>
  </w:style>
  <w:style w:type="character" w:customStyle="1" w:styleId="Brdtext2Char">
    <w:name w:val="Brödtext 2 Char"/>
    <w:basedOn w:val="Standardstycketeckensnitt"/>
    <w:link w:val="Brdtext2"/>
    <w:uiPriority w:val="99"/>
    <w:rsid w:val="00AA1D8D"/>
  </w:style>
  <w:style w:type="paragraph" w:styleId="Brdtext3">
    <w:name w:val="Body Text 3"/>
    <w:basedOn w:val="Normal"/>
    <w:link w:val="Brdtext3Char"/>
    <w:uiPriority w:val="99"/>
    <w:unhideWhenUsed/>
    <w:rsid w:val="00AA1D8D"/>
    <w:pPr>
      <w:spacing w:after="120"/>
    </w:pPr>
    <w:rPr>
      <w:sz w:val="16"/>
      <w:szCs w:val="16"/>
    </w:rPr>
  </w:style>
  <w:style w:type="character" w:customStyle="1" w:styleId="Brdtext3Char">
    <w:name w:val="Brödtext 3 Char"/>
    <w:basedOn w:val="Standardstycketeckensnitt"/>
    <w:link w:val="Brdtext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Punktlista">
    <w:name w:val="List Bullet"/>
    <w:basedOn w:val="Normal"/>
    <w:uiPriority w:val="99"/>
    <w:unhideWhenUsed/>
    <w:rsid w:val="00326F90"/>
    <w:pPr>
      <w:numPr>
        <w:numId w:val="1"/>
      </w:numPr>
      <w:contextualSpacing/>
    </w:pPr>
  </w:style>
  <w:style w:type="paragraph" w:styleId="Punktlista2">
    <w:name w:val="List Bullet 2"/>
    <w:basedOn w:val="Normal"/>
    <w:uiPriority w:val="99"/>
    <w:unhideWhenUsed/>
    <w:rsid w:val="00326F90"/>
    <w:pPr>
      <w:numPr>
        <w:numId w:val="2"/>
      </w:numPr>
      <w:contextualSpacing/>
    </w:pPr>
  </w:style>
  <w:style w:type="paragraph" w:styleId="Punktlista3">
    <w:name w:val="List Bullet 3"/>
    <w:basedOn w:val="Normal"/>
    <w:uiPriority w:val="99"/>
    <w:unhideWhenUsed/>
    <w:rsid w:val="00326F90"/>
    <w:pPr>
      <w:numPr>
        <w:numId w:val="3"/>
      </w:numPr>
      <w:contextualSpacing/>
    </w:pPr>
  </w:style>
  <w:style w:type="paragraph" w:styleId="Numreradlista">
    <w:name w:val="List Number"/>
    <w:basedOn w:val="Normal"/>
    <w:uiPriority w:val="99"/>
    <w:unhideWhenUsed/>
    <w:rsid w:val="00326F90"/>
    <w:pPr>
      <w:numPr>
        <w:numId w:val="5"/>
      </w:numPr>
      <w:contextualSpacing/>
    </w:pPr>
  </w:style>
  <w:style w:type="paragraph" w:styleId="Numreradlista2">
    <w:name w:val="List Number 2"/>
    <w:basedOn w:val="Normal"/>
    <w:uiPriority w:val="99"/>
    <w:unhideWhenUsed/>
    <w:rsid w:val="0029639D"/>
    <w:pPr>
      <w:numPr>
        <w:numId w:val="6"/>
      </w:numPr>
      <w:contextualSpacing/>
    </w:pPr>
  </w:style>
  <w:style w:type="paragraph" w:styleId="Numreradlista3">
    <w:name w:val="List Number 3"/>
    <w:basedOn w:val="Normal"/>
    <w:uiPriority w:val="99"/>
    <w:unhideWhenUsed/>
    <w:rsid w:val="0029639D"/>
    <w:pPr>
      <w:numPr>
        <w:numId w:val="7"/>
      </w:numPr>
      <w:contextualSpacing/>
    </w:pPr>
  </w:style>
  <w:style w:type="paragraph" w:styleId="Listafortstt">
    <w:name w:val="List Continue"/>
    <w:basedOn w:val="Normal"/>
    <w:uiPriority w:val="99"/>
    <w:unhideWhenUsed/>
    <w:rsid w:val="0029639D"/>
    <w:pPr>
      <w:spacing w:after="120"/>
      <w:ind w:left="360"/>
      <w:contextualSpacing/>
    </w:pPr>
  </w:style>
  <w:style w:type="paragraph" w:styleId="Listafortstt2">
    <w:name w:val="List Continue 2"/>
    <w:basedOn w:val="Normal"/>
    <w:uiPriority w:val="99"/>
    <w:unhideWhenUsed/>
    <w:rsid w:val="0029639D"/>
    <w:pPr>
      <w:spacing w:after="120"/>
      <w:ind w:left="720"/>
      <w:contextualSpacing/>
    </w:pPr>
  </w:style>
  <w:style w:type="paragraph" w:styleId="Listafortstt3">
    <w:name w:val="List Continue 3"/>
    <w:basedOn w:val="Normal"/>
    <w:uiPriority w:val="99"/>
    <w:unhideWhenUsed/>
    <w:rsid w:val="0029639D"/>
    <w:pPr>
      <w:spacing w:after="120"/>
      <w:ind w:left="1080"/>
      <w:contextualSpacing/>
    </w:pPr>
  </w:style>
  <w:style w:type="paragraph" w:styleId="Makrotext">
    <w:name w:val="macro"/>
    <w:link w:val="Mak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Char">
    <w:name w:val="Makrotext Char"/>
    <w:basedOn w:val="Standardstycketeckensnitt"/>
    <w:link w:val="Makrotext"/>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Standardstycketeckensnitt"/>
    <w:link w:val="Citat"/>
    <w:uiPriority w:val="29"/>
    <w:rsid w:val="00FC693F"/>
    <w:rPr>
      <w:i/>
      <w:iCs/>
      <w:color w:val="000000" w:themeColor="text1"/>
    </w:rPr>
  </w:style>
  <w:style w:type="character" w:customStyle="1" w:styleId="Rubrik4Char">
    <w:name w:val="Rubrik 4 Char"/>
    <w:basedOn w:val="Standardstycketeckensnitt"/>
    <w:link w:val="Rubrik4"/>
    <w:uiPriority w:val="9"/>
    <w:semiHidden/>
    <w:rsid w:val="00FC693F"/>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C693F"/>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FC693F"/>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FC693F"/>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FC693F"/>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semiHidden/>
    <w:rsid w:val="00FC693F"/>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ark">
    <w:name w:val="Strong"/>
    <w:basedOn w:val="Standardstycketeckensnitt"/>
    <w:uiPriority w:val="22"/>
    <w:qFormat/>
    <w:rsid w:val="00FC693F"/>
    <w:rPr>
      <w:b/>
      <w:bCs/>
    </w:rPr>
  </w:style>
  <w:style w:type="character" w:styleId="Betoning">
    <w:name w:val="Emphasis"/>
    <w:basedOn w:val="Standardstycketeckensnitt"/>
    <w:uiPriority w:val="20"/>
    <w:qFormat/>
    <w:rsid w:val="00FC693F"/>
    <w:rPr>
      <w:i/>
      <w:iCs/>
    </w:rPr>
  </w:style>
  <w:style w:type="paragraph" w:styleId="Starktcitat">
    <w:name w:val="Intense Quote"/>
    <w:basedOn w:val="Normal"/>
    <w:next w:val="Normal"/>
    <w:link w:val="Starkt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FC693F"/>
    <w:rPr>
      <w:b/>
      <w:bCs/>
      <w:i/>
      <w:iCs/>
      <w:color w:val="4F81BD" w:themeColor="accent1"/>
    </w:rPr>
  </w:style>
  <w:style w:type="character" w:styleId="Diskretbetoning">
    <w:name w:val="Subtle Emphasis"/>
    <w:basedOn w:val="Standardstycketeckensnitt"/>
    <w:uiPriority w:val="19"/>
    <w:qFormat/>
    <w:rsid w:val="00FC693F"/>
    <w:rPr>
      <w:i/>
      <w:iCs/>
      <w:color w:val="808080" w:themeColor="text1" w:themeTint="7F"/>
    </w:rPr>
  </w:style>
  <w:style w:type="character" w:styleId="Starkbetoning">
    <w:name w:val="Intense Emphasis"/>
    <w:basedOn w:val="Standardstycketeckensnitt"/>
    <w:uiPriority w:val="21"/>
    <w:qFormat/>
    <w:rsid w:val="00FC693F"/>
    <w:rPr>
      <w:b/>
      <w:bCs/>
      <w:i/>
      <w:iCs/>
      <w:color w:val="4F81BD" w:themeColor="accent1"/>
    </w:rPr>
  </w:style>
  <w:style w:type="character" w:styleId="Diskretreferens">
    <w:name w:val="Subtle Reference"/>
    <w:basedOn w:val="Standardstycketeckensnitt"/>
    <w:uiPriority w:val="31"/>
    <w:qFormat/>
    <w:rsid w:val="00FC693F"/>
    <w:rPr>
      <w:smallCaps/>
      <w:color w:val="C0504D" w:themeColor="accent2"/>
      <w:u w:val="single"/>
    </w:rPr>
  </w:style>
  <w:style w:type="character" w:styleId="Starkreferens">
    <w:name w:val="Intense Reference"/>
    <w:basedOn w:val="Standardstycketeckensnitt"/>
    <w:uiPriority w:val="32"/>
    <w:qFormat/>
    <w:rsid w:val="00FC693F"/>
    <w:rPr>
      <w:b/>
      <w:bCs/>
      <w:smallCaps/>
      <w:color w:val="C0504D" w:themeColor="accent2"/>
      <w:spacing w:val="5"/>
      <w:u w:val="single"/>
    </w:rPr>
  </w:style>
  <w:style w:type="character" w:styleId="Bokenstitel">
    <w:name w:val="Book Title"/>
    <w:basedOn w:val="Standardstycketeckensnitt"/>
    <w:uiPriority w:val="33"/>
    <w:qFormat/>
    <w:rsid w:val="00FC693F"/>
    <w:rPr>
      <w:b/>
      <w:bCs/>
      <w:smallCaps/>
      <w:spacing w:val="5"/>
    </w:rPr>
  </w:style>
  <w:style w:type="paragraph" w:styleId="Innehllsfrteckningsrubrik">
    <w:name w:val="TOC Heading"/>
    <w:basedOn w:val="Rubrik1"/>
    <w:next w:val="Normal"/>
    <w:uiPriority w:val="39"/>
    <w:unhideWhenUsed/>
    <w:qFormat/>
    <w:rsid w:val="00FC693F"/>
    <w:pPr>
      <w:outlineLvl w:val="9"/>
    </w:pPr>
  </w:style>
  <w:style w:type="table" w:styleId="Tabellrutnt">
    <w:name w:val="Table Grid"/>
    <w:basedOn w:val="Normal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
    <w:name w:val="Light Shading"/>
    <w:basedOn w:val="Normal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Normal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trutnt">
    <w:name w:val="Light Grid"/>
    <w:basedOn w:val="Normal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llanmrkskuggning1">
    <w:name w:val="Medium Shading 1"/>
    <w:basedOn w:val="Normal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1">
    <w:name w:val="Medium Grid 1"/>
    <w:basedOn w:val="Normal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a">
    <w:name w:val="Dark List"/>
    <w:basedOn w:val="Normal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rgadskuggning">
    <w:name w:val="Colorful Shading"/>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lista">
    <w:name w:val="Colorful List"/>
    <w:basedOn w:val="Normal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trutnt">
    <w:name w:val="Colorful Grid"/>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nk">
    <w:name w:val="Hyperlink"/>
    <w:basedOn w:val="Standardstycketeckensnitt"/>
    <w:uiPriority w:val="99"/>
    <w:unhideWhenUsed/>
    <w:rsid w:val="00755EB3"/>
    <w:rPr>
      <w:color w:val="0000FF" w:themeColor="hyperlink"/>
      <w:u w:val="single"/>
    </w:rPr>
  </w:style>
  <w:style w:type="character" w:styleId="Olstomnmnande">
    <w:name w:val="Unresolved Mention"/>
    <w:basedOn w:val="Standardstycketeckensnitt"/>
    <w:uiPriority w:val="99"/>
    <w:semiHidden/>
    <w:unhideWhenUsed/>
    <w:rsid w:val="00755EB3"/>
    <w:rPr>
      <w:color w:val="605E5C"/>
      <w:shd w:val="clear" w:color="auto" w:fill="E1DFDD"/>
    </w:rPr>
  </w:style>
  <w:style w:type="paragraph" w:styleId="Normalwebb">
    <w:name w:val="Normal (Web)"/>
    <w:basedOn w:val="Normal"/>
    <w:uiPriority w:val="99"/>
    <w:unhideWhenUsed/>
    <w:rsid w:val="00ED2E8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getavstndChar">
    <w:name w:val="Inget avstånd Char"/>
    <w:basedOn w:val="Standardstycketeckensnitt"/>
    <w:link w:val="Ingetavstnd"/>
    <w:uiPriority w:val="1"/>
    <w:rsid w:val="00ED2E8B"/>
  </w:style>
  <w:style w:type="paragraph" w:styleId="Innehll1">
    <w:name w:val="toc 1"/>
    <w:basedOn w:val="Normal"/>
    <w:next w:val="Normal"/>
    <w:autoRedefine/>
    <w:uiPriority w:val="39"/>
    <w:unhideWhenUsed/>
    <w:rsid w:val="005512D1"/>
    <w:pPr>
      <w:tabs>
        <w:tab w:val="right" w:leader="dot" w:pos="9060"/>
      </w:tabs>
      <w:spacing w:after="100"/>
    </w:pPr>
    <w:rPr>
      <w:rFonts w:ascii="Arial" w:eastAsia="Calibri" w:hAnsi="Arial" w:cs="Arial"/>
      <w:noProof/>
      <w:sz w:val="32"/>
      <w:szCs w:val="32"/>
      <w:lang w:val="sv-SE"/>
    </w:rPr>
  </w:style>
  <w:style w:type="paragraph" w:styleId="Innehll2">
    <w:name w:val="toc 2"/>
    <w:basedOn w:val="Normal"/>
    <w:next w:val="Normal"/>
    <w:autoRedefine/>
    <w:uiPriority w:val="39"/>
    <w:unhideWhenUsed/>
    <w:rsid w:val="00664818"/>
    <w:pPr>
      <w:spacing w:after="100"/>
      <w:ind w:left="220"/>
    </w:pPr>
  </w:style>
  <w:style w:type="character" w:styleId="AnvndHyperlnk">
    <w:name w:val="FollowedHyperlink"/>
    <w:basedOn w:val="Standardstycketeckensnitt"/>
    <w:uiPriority w:val="99"/>
    <w:semiHidden/>
    <w:unhideWhenUsed/>
    <w:rsid w:val="00304DAF"/>
    <w:rPr>
      <w:color w:val="800080" w:themeColor="followedHyperlink"/>
      <w:u w:val="single"/>
    </w:rPr>
  </w:style>
  <w:style w:type="paragraph" w:styleId="Innehll3">
    <w:name w:val="toc 3"/>
    <w:basedOn w:val="Normal"/>
    <w:next w:val="Normal"/>
    <w:autoRedefine/>
    <w:uiPriority w:val="39"/>
    <w:unhideWhenUsed/>
    <w:rsid w:val="00835EE6"/>
    <w:pPr>
      <w:spacing w:after="100"/>
      <w:ind w:left="440"/>
    </w:pPr>
  </w:style>
  <w:style w:type="paragraph" w:customStyle="1" w:styleId="faktatextbakF">
    <w:name w:val="faktatext bak F"/>
    <w:basedOn w:val="Normal"/>
    <w:uiPriority w:val="99"/>
    <w:rsid w:val="00D906E4"/>
    <w:pPr>
      <w:autoSpaceDE w:val="0"/>
      <w:autoSpaceDN w:val="0"/>
      <w:adjustRightInd w:val="0"/>
      <w:spacing w:after="0" w:line="280" w:lineRule="atLeast"/>
      <w:textAlignment w:val="center"/>
    </w:pPr>
    <w:rPr>
      <w:rFonts w:ascii="Frutiger 55" w:eastAsia="Calibri" w:hAnsi="Frutiger 55" w:cs="Frutiger 55"/>
      <w:color w:val="000000"/>
      <w:sz w:val="23"/>
      <w:szCs w:val="23"/>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87274">
      <w:bodyDiv w:val="1"/>
      <w:marLeft w:val="0"/>
      <w:marRight w:val="0"/>
      <w:marTop w:val="0"/>
      <w:marBottom w:val="0"/>
      <w:divBdr>
        <w:top w:val="none" w:sz="0" w:space="0" w:color="auto"/>
        <w:left w:val="none" w:sz="0" w:space="0" w:color="auto"/>
        <w:bottom w:val="none" w:sz="0" w:space="0" w:color="auto"/>
        <w:right w:val="none" w:sz="0" w:space="0" w:color="auto"/>
      </w:divBdr>
    </w:div>
    <w:div w:id="173954707">
      <w:bodyDiv w:val="1"/>
      <w:marLeft w:val="0"/>
      <w:marRight w:val="0"/>
      <w:marTop w:val="0"/>
      <w:marBottom w:val="0"/>
      <w:divBdr>
        <w:top w:val="none" w:sz="0" w:space="0" w:color="auto"/>
        <w:left w:val="none" w:sz="0" w:space="0" w:color="auto"/>
        <w:bottom w:val="none" w:sz="0" w:space="0" w:color="auto"/>
        <w:right w:val="none" w:sz="0" w:space="0" w:color="auto"/>
      </w:divBdr>
    </w:div>
    <w:div w:id="187839898">
      <w:bodyDiv w:val="1"/>
      <w:marLeft w:val="0"/>
      <w:marRight w:val="0"/>
      <w:marTop w:val="0"/>
      <w:marBottom w:val="0"/>
      <w:divBdr>
        <w:top w:val="none" w:sz="0" w:space="0" w:color="auto"/>
        <w:left w:val="none" w:sz="0" w:space="0" w:color="auto"/>
        <w:bottom w:val="none" w:sz="0" w:space="0" w:color="auto"/>
        <w:right w:val="none" w:sz="0" w:space="0" w:color="auto"/>
      </w:divBdr>
    </w:div>
    <w:div w:id="264732559">
      <w:bodyDiv w:val="1"/>
      <w:marLeft w:val="0"/>
      <w:marRight w:val="0"/>
      <w:marTop w:val="0"/>
      <w:marBottom w:val="0"/>
      <w:divBdr>
        <w:top w:val="none" w:sz="0" w:space="0" w:color="auto"/>
        <w:left w:val="none" w:sz="0" w:space="0" w:color="auto"/>
        <w:bottom w:val="none" w:sz="0" w:space="0" w:color="auto"/>
        <w:right w:val="none" w:sz="0" w:space="0" w:color="auto"/>
      </w:divBdr>
    </w:div>
    <w:div w:id="336272639">
      <w:bodyDiv w:val="1"/>
      <w:marLeft w:val="0"/>
      <w:marRight w:val="0"/>
      <w:marTop w:val="0"/>
      <w:marBottom w:val="0"/>
      <w:divBdr>
        <w:top w:val="none" w:sz="0" w:space="0" w:color="auto"/>
        <w:left w:val="none" w:sz="0" w:space="0" w:color="auto"/>
        <w:bottom w:val="none" w:sz="0" w:space="0" w:color="auto"/>
        <w:right w:val="none" w:sz="0" w:space="0" w:color="auto"/>
      </w:divBdr>
    </w:div>
    <w:div w:id="392124406">
      <w:bodyDiv w:val="1"/>
      <w:marLeft w:val="0"/>
      <w:marRight w:val="0"/>
      <w:marTop w:val="0"/>
      <w:marBottom w:val="0"/>
      <w:divBdr>
        <w:top w:val="none" w:sz="0" w:space="0" w:color="auto"/>
        <w:left w:val="none" w:sz="0" w:space="0" w:color="auto"/>
        <w:bottom w:val="none" w:sz="0" w:space="0" w:color="auto"/>
        <w:right w:val="none" w:sz="0" w:space="0" w:color="auto"/>
      </w:divBdr>
    </w:div>
    <w:div w:id="432670871">
      <w:bodyDiv w:val="1"/>
      <w:marLeft w:val="0"/>
      <w:marRight w:val="0"/>
      <w:marTop w:val="0"/>
      <w:marBottom w:val="0"/>
      <w:divBdr>
        <w:top w:val="none" w:sz="0" w:space="0" w:color="auto"/>
        <w:left w:val="none" w:sz="0" w:space="0" w:color="auto"/>
        <w:bottom w:val="none" w:sz="0" w:space="0" w:color="auto"/>
        <w:right w:val="none" w:sz="0" w:space="0" w:color="auto"/>
      </w:divBdr>
    </w:div>
    <w:div w:id="792870247">
      <w:bodyDiv w:val="1"/>
      <w:marLeft w:val="0"/>
      <w:marRight w:val="0"/>
      <w:marTop w:val="0"/>
      <w:marBottom w:val="0"/>
      <w:divBdr>
        <w:top w:val="none" w:sz="0" w:space="0" w:color="auto"/>
        <w:left w:val="none" w:sz="0" w:space="0" w:color="auto"/>
        <w:bottom w:val="none" w:sz="0" w:space="0" w:color="auto"/>
        <w:right w:val="none" w:sz="0" w:space="0" w:color="auto"/>
      </w:divBdr>
      <w:divsChild>
        <w:div w:id="1591306652">
          <w:marLeft w:val="0"/>
          <w:marRight w:val="0"/>
          <w:marTop w:val="0"/>
          <w:marBottom w:val="0"/>
          <w:divBdr>
            <w:top w:val="none" w:sz="0" w:space="0" w:color="auto"/>
            <w:left w:val="none" w:sz="0" w:space="0" w:color="auto"/>
            <w:bottom w:val="none" w:sz="0" w:space="0" w:color="auto"/>
            <w:right w:val="none" w:sz="0" w:space="0" w:color="auto"/>
          </w:divBdr>
          <w:divsChild>
            <w:div w:id="101070888">
              <w:marLeft w:val="0"/>
              <w:marRight w:val="0"/>
              <w:marTop w:val="0"/>
              <w:marBottom w:val="0"/>
              <w:divBdr>
                <w:top w:val="none" w:sz="0" w:space="0" w:color="auto"/>
                <w:left w:val="none" w:sz="0" w:space="0" w:color="auto"/>
                <w:bottom w:val="none" w:sz="0" w:space="0" w:color="auto"/>
                <w:right w:val="none" w:sz="0" w:space="0" w:color="auto"/>
              </w:divBdr>
              <w:divsChild>
                <w:div w:id="3171312">
                  <w:marLeft w:val="0"/>
                  <w:marRight w:val="0"/>
                  <w:marTop w:val="0"/>
                  <w:marBottom w:val="0"/>
                  <w:divBdr>
                    <w:top w:val="none" w:sz="0" w:space="0" w:color="auto"/>
                    <w:left w:val="none" w:sz="0" w:space="0" w:color="auto"/>
                    <w:bottom w:val="none" w:sz="0" w:space="0" w:color="auto"/>
                    <w:right w:val="none" w:sz="0" w:space="0" w:color="auto"/>
                  </w:divBdr>
                  <w:divsChild>
                    <w:div w:id="1812405367">
                      <w:marLeft w:val="0"/>
                      <w:marRight w:val="0"/>
                      <w:marTop w:val="0"/>
                      <w:marBottom w:val="0"/>
                      <w:divBdr>
                        <w:top w:val="none" w:sz="0" w:space="0" w:color="auto"/>
                        <w:left w:val="none" w:sz="0" w:space="0" w:color="auto"/>
                        <w:bottom w:val="none" w:sz="0" w:space="0" w:color="auto"/>
                        <w:right w:val="none" w:sz="0" w:space="0" w:color="auto"/>
                      </w:divBdr>
                      <w:divsChild>
                        <w:div w:id="1263150536">
                          <w:marLeft w:val="0"/>
                          <w:marRight w:val="0"/>
                          <w:marTop w:val="0"/>
                          <w:marBottom w:val="0"/>
                          <w:divBdr>
                            <w:top w:val="none" w:sz="0" w:space="0" w:color="auto"/>
                            <w:left w:val="none" w:sz="0" w:space="0" w:color="auto"/>
                            <w:bottom w:val="none" w:sz="0" w:space="0" w:color="auto"/>
                            <w:right w:val="none" w:sz="0" w:space="0" w:color="auto"/>
                          </w:divBdr>
                          <w:divsChild>
                            <w:div w:id="1384282509">
                              <w:marLeft w:val="0"/>
                              <w:marRight w:val="0"/>
                              <w:marTop w:val="0"/>
                              <w:marBottom w:val="0"/>
                              <w:divBdr>
                                <w:top w:val="none" w:sz="0" w:space="0" w:color="auto"/>
                                <w:left w:val="none" w:sz="0" w:space="0" w:color="auto"/>
                                <w:bottom w:val="none" w:sz="0" w:space="0" w:color="auto"/>
                                <w:right w:val="none" w:sz="0" w:space="0" w:color="auto"/>
                              </w:divBdr>
                              <w:divsChild>
                                <w:div w:id="15857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83649">
      <w:bodyDiv w:val="1"/>
      <w:marLeft w:val="0"/>
      <w:marRight w:val="0"/>
      <w:marTop w:val="0"/>
      <w:marBottom w:val="0"/>
      <w:divBdr>
        <w:top w:val="none" w:sz="0" w:space="0" w:color="auto"/>
        <w:left w:val="none" w:sz="0" w:space="0" w:color="auto"/>
        <w:bottom w:val="none" w:sz="0" w:space="0" w:color="auto"/>
        <w:right w:val="none" w:sz="0" w:space="0" w:color="auto"/>
      </w:divBdr>
    </w:div>
    <w:div w:id="849872087">
      <w:bodyDiv w:val="1"/>
      <w:marLeft w:val="0"/>
      <w:marRight w:val="0"/>
      <w:marTop w:val="0"/>
      <w:marBottom w:val="0"/>
      <w:divBdr>
        <w:top w:val="none" w:sz="0" w:space="0" w:color="auto"/>
        <w:left w:val="none" w:sz="0" w:space="0" w:color="auto"/>
        <w:bottom w:val="none" w:sz="0" w:space="0" w:color="auto"/>
        <w:right w:val="none" w:sz="0" w:space="0" w:color="auto"/>
      </w:divBdr>
    </w:div>
    <w:div w:id="867570245">
      <w:bodyDiv w:val="1"/>
      <w:marLeft w:val="0"/>
      <w:marRight w:val="0"/>
      <w:marTop w:val="0"/>
      <w:marBottom w:val="0"/>
      <w:divBdr>
        <w:top w:val="none" w:sz="0" w:space="0" w:color="auto"/>
        <w:left w:val="none" w:sz="0" w:space="0" w:color="auto"/>
        <w:bottom w:val="none" w:sz="0" w:space="0" w:color="auto"/>
        <w:right w:val="none" w:sz="0" w:space="0" w:color="auto"/>
      </w:divBdr>
    </w:div>
    <w:div w:id="927810230">
      <w:bodyDiv w:val="1"/>
      <w:marLeft w:val="0"/>
      <w:marRight w:val="0"/>
      <w:marTop w:val="0"/>
      <w:marBottom w:val="0"/>
      <w:divBdr>
        <w:top w:val="none" w:sz="0" w:space="0" w:color="auto"/>
        <w:left w:val="none" w:sz="0" w:space="0" w:color="auto"/>
        <w:bottom w:val="none" w:sz="0" w:space="0" w:color="auto"/>
        <w:right w:val="none" w:sz="0" w:space="0" w:color="auto"/>
      </w:divBdr>
    </w:div>
    <w:div w:id="934019718">
      <w:bodyDiv w:val="1"/>
      <w:marLeft w:val="0"/>
      <w:marRight w:val="0"/>
      <w:marTop w:val="0"/>
      <w:marBottom w:val="0"/>
      <w:divBdr>
        <w:top w:val="none" w:sz="0" w:space="0" w:color="auto"/>
        <w:left w:val="none" w:sz="0" w:space="0" w:color="auto"/>
        <w:bottom w:val="none" w:sz="0" w:space="0" w:color="auto"/>
        <w:right w:val="none" w:sz="0" w:space="0" w:color="auto"/>
      </w:divBdr>
    </w:div>
    <w:div w:id="947351675">
      <w:bodyDiv w:val="1"/>
      <w:marLeft w:val="0"/>
      <w:marRight w:val="0"/>
      <w:marTop w:val="0"/>
      <w:marBottom w:val="0"/>
      <w:divBdr>
        <w:top w:val="none" w:sz="0" w:space="0" w:color="auto"/>
        <w:left w:val="none" w:sz="0" w:space="0" w:color="auto"/>
        <w:bottom w:val="none" w:sz="0" w:space="0" w:color="auto"/>
        <w:right w:val="none" w:sz="0" w:space="0" w:color="auto"/>
      </w:divBdr>
    </w:div>
    <w:div w:id="1125855245">
      <w:bodyDiv w:val="1"/>
      <w:marLeft w:val="0"/>
      <w:marRight w:val="0"/>
      <w:marTop w:val="0"/>
      <w:marBottom w:val="0"/>
      <w:divBdr>
        <w:top w:val="none" w:sz="0" w:space="0" w:color="auto"/>
        <w:left w:val="none" w:sz="0" w:space="0" w:color="auto"/>
        <w:bottom w:val="none" w:sz="0" w:space="0" w:color="auto"/>
        <w:right w:val="none" w:sz="0" w:space="0" w:color="auto"/>
      </w:divBdr>
    </w:div>
    <w:div w:id="1249772738">
      <w:bodyDiv w:val="1"/>
      <w:marLeft w:val="0"/>
      <w:marRight w:val="0"/>
      <w:marTop w:val="0"/>
      <w:marBottom w:val="0"/>
      <w:divBdr>
        <w:top w:val="none" w:sz="0" w:space="0" w:color="auto"/>
        <w:left w:val="none" w:sz="0" w:space="0" w:color="auto"/>
        <w:bottom w:val="none" w:sz="0" w:space="0" w:color="auto"/>
        <w:right w:val="none" w:sz="0" w:space="0" w:color="auto"/>
      </w:divBdr>
    </w:div>
    <w:div w:id="1281455985">
      <w:bodyDiv w:val="1"/>
      <w:marLeft w:val="0"/>
      <w:marRight w:val="0"/>
      <w:marTop w:val="0"/>
      <w:marBottom w:val="0"/>
      <w:divBdr>
        <w:top w:val="none" w:sz="0" w:space="0" w:color="auto"/>
        <w:left w:val="none" w:sz="0" w:space="0" w:color="auto"/>
        <w:bottom w:val="none" w:sz="0" w:space="0" w:color="auto"/>
        <w:right w:val="none" w:sz="0" w:space="0" w:color="auto"/>
      </w:divBdr>
    </w:div>
    <w:div w:id="1696924301">
      <w:bodyDiv w:val="1"/>
      <w:marLeft w:val="0"/>
      <w:marRight w:val="0"/>
      <w:marTop w:val="0"/>
      <w:marBottom w:val="0"/>
      <w:divBdr>
        <w:top w:val="none" w:sz="0" w:space="0" w:color="auto"/>
        <w:left w:val="none" w:sz="0" w:space="0" w:color="auto"/>
        <w:bottom w:val="none" w:sz="0" w:space="0" w:color="auto"/>
        <w:right w:val="none" w:sz="0" w:space="0" w:color="auto"/>
      </w:divBdr>
    </w:div>
    <w:div w:id="1758019936">
      <w:bodyDiv w:val="1"/>
      <w:marLeft w:val="0"/>
      <w:marRight w:val="0"/>
      <w:marTop w:val="0"/>
      <w:marBottom w:val="0"/>
      <w:divBdr>
        <w:top w:val="none" w:sz="0" w:space="0" w:color="auto"/>
        <w:left w:val="none" w:sz="0" w:space="0" w:color="auto"/>
        <w:bottom w:val="none" w:sz="0" w:space="0" w:color="auto"/>
        <w:right w:val="none" w:sz="0" w:space="0" w:color="auto"/>
      </w:divBdr>
    </w:div>
    <w:div w:id="1792243587">
      <w:bodyDiv w:val="1"/>
      <w:marLeft w:val="0"/>
      <w:marRight w:val="0"/>
      <w:marTop w:val="0"/>
      <w:marBottom w:val="0"/>
      <w:divBdr>
        <w:top w:val="none" w:sz="0" w:space="0" w:color="auto"/>
        <w:left w:val="none" w:sz="0" w:space="0" w:color="auto"/>
        <w:bottom w:val="none" w:sz="0" w:space="0" w:color="auto"/>
        <w:right w:val="none" w:sz="0" w:space="0" w:color="auto"/>
      </w:divBdr>
    </w:div>
    <w:div w:id="1980723227">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rf.nu/var-verksamhet/stipendier-och-fonder/lars-norrmans-fond/ansokan-lars-norrmans-fond/" TargetMode="External"/><Relationship Id="rId18" Type="http://schemas.openxmlformats.org/officeDocument/2006/relationships/customXml" Target="ink/ink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nskildabidrag@srf.nu" TargetMode="External"/><Relationship Id="rId17" Type="http://schemas.openxmlformats.org/officeDocument/2006/relationships/image" Target="media/image2.pn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about:blank" TargetMode="External"/><Relationship Id="rId29" Type="http://schemas.openxmlformats.org/officeDocument/2006/relationships/image" Target="cid:image001.png@01D5C6EB.E7415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f.nu/var-verksamhet/stipendier-och-fonder/lars-norrmans-fond/" TargetMode="External"/><Relationship Id="rId24" Type="http://schemas.openxmlformats.org/officeDocument/2006/relationships/hyperlink" Target="mailto:info@srf.n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2.wmf"/><Relationship Id="rId28" Type="http://schemas.openxmlformats.org/officeDocument/2006/relationships/image" Target="media/image5.png"/><Relationship Id="rId10" Type="http://schemas.openxmlformats.org/officeDocument/2006/relationships/hyperlink" Target="mailto:bidrag@irisstiftelseforvaltning.se" TargetMode="External"/><Relationship Id="rId19" Type="http://schemas.openxmlformats.org/officeDocument/2006/relationships/image" Target="media/image3.pn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mailto:enskildabidrag@srf.nu" TargetMode="External"/><Relationship Id="rId22" Type="http://schemas.openxmlformats.org/officeDocument/2006/relationships/hyperlink" Target="mailto:go@srf.nu" TargetMode="External"/><Relationship Id="rId27" Type="http://schemas.openxmlformats.org/officeDocument/2006/relationships/image" Target="cid:image001.png@01D5C6EB.E7415390" TargetMode="External"/><Relationship Id="rId30"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8.2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 0,'-6'0,"-7"11,-1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7.6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5422</Words>
  <Characters>28740</Characters>
  <Application>Microsoft Office Word</Application>
  <DocSecurity>4</DocSecurity>
  <Lines>239</Lines>
  <Paragraphs>68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34094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Rebecca Morén</cp:lastModifiedBy>
  <cp:revision>2</cp:revision>
  <cp:lastPrinted>2025-11-25T08:33:00Z</cp:lastPrinted>
  <dcterms:created xsi:type="dcterms:W3CDTF">2026-05-11T12:10:00Z</dcterms:created>
  <dcterms:modified xsi:type="dcterms:W3CDTF">2026-05-11T12:10:00Z</dcterms:modified>
  <cp:category/>
</cp:coreProperties>
</file>